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A4B5D" w14:textId="77777777" w:rsidR="00501161" w:rsidRDefault="00501161"/>
    <w:p w14:paraId="02A9E749" w14:textId="77777777" w:rsidR="00501161" w:rsidRDefault="00501161"/>
    <w:p w14:paraId="4B1A8D59" w14:textId="77777777" w:rsidR="00501161" w:rsidRDefault="00501161"/>
    <w:p w14:paraId="54AD6128" w14:textId="77777777" w:rsidR="00501161" w:rsidRDefault="00501161"/>
    <w:p w14:paraId="1A751380" w14:textId="77777777" w:rsidR="00501161" w:rsidRDefault="00501161"/>
    <w:p w14:paraId="1879D26B" w14:textId="77777777" w:rsidR="00501161" w:rsidRDefault="00501161"/>
    <w:p w14:paraId="148A2033" w14:textId="77777777" w:rsidR="00501161" w:rsidRDefault="00C637DA">
      <w:pPr>
        <w:jc w:val="center"/>
      </w:pPr>
      <w:r>
        <w:rPr>
          <w:rFonts w:ascii="Calibri" w:eastAsia="Calibri" w:hAnsi="Calibri"/>
          <w:b/>
          <w:bCs/>
          <w:sz w:val="60"/>
          <w:szCs w:val="60"/>
        </w:rPr>
        <w:t>HIMMAPARN PARADISE</w:t>
      </w:r>
    </w:p>
    <w:p w14:paraId="12020964" w14:textId="77777777" w:rsidR="00501161" w:rsidRDefault="00C637DA">
      <w:pPr>
        <w:jc w:val="center"/>
      </w:pPr>
      <w:r>
        <w:rPr>
          <w:rFonts w:ascii="Calibri" w:eastAsia="Calibri" w:hAnsi="Calibri"/>
          <w:b/>
          <w:bCs/>
          <w:color w:val="8A6D1E"/>
          <w:sz w:val="56"/>
          <w:szCs w:val="56"/>
        </w:rPr>
        <w:t>ป่าหิมพานต์</w:t>
      </w:r>
    </w:p>
    <w:p w14:paraId="732EF207" w14:textId="77777777" w:rsidR="00501161" w:rsidRDefault="00501161"/>
    <w:p w14:paraId="6B07F94A" w14:textId="77777777" w:rsidR="00501161" w:rsidRDefault="00C637DA">
      <w:pPr>
        <w:jc w:val="center"/>
      </w:pPr>
      <w:r>
        <w:rPr>
          <w:rFonts w:ascii="Calibri" w:eastAsia="Calibri" w:hAnsi="Calibri"/>
          <w:sz w:val="28"/>
          <w:szCs w:val="28"/>
        </w:rPr>
        <w:t>Project Himmaparn</w:t>
      </w:r>
    </w:p>
    <w:p w14:paraId="2BF38ABD" w14:textId="77777777" w:rsidR="00501161" w:rsidRDefault="00C637DA">
      <w:pPr>
        <w:jc w:val="center"/>
      </w:pPr>
      <w:r>
        <w:rPr>
          <w:rFonts w:ascii="Calibri" w:eastAsia="Calibri" w:hAnsi="Calibri"/>
          <w:sz w:val="28"/>
          <w:szCs w:val="28"/>
        </w:rPr>
        <w:t>Survival Turn-based Dungeon Crawler RPG</w:t>
      </w:r>
    </w:p>
    <w:p w14:paraId="391E3C11" w14:textId="77777777" w:rsidR="00501161" w:rsidRDefault="00C637DA">
      <w:pPr>
        <w:jc w:val="center"/>
      </w:pPr>
      <w:r>
        <w:rPr>
          <w:rFonts w:ascii="Calibri" w:eastAsia="Calibri" w:hAnsi="Calibri"/>
          <w:sz w:val="28"/>
          <w:szCs w:val="28"/>
        </w:rPr>
        <w:t>Game Design Document</w:t>
      </w:r>
    </w:p>
    <w:p w14:paraId="57F335FC" w14:textId="77777777" w:rsidR="00501161" w:rsidRDefault="00501161"/>
    <w:p w14:paraId="286AEE46" w14:textId="77777777" w:rsidR="00501161" w:rsidRDefault="00501161"/>
    <w:p w14:paraId="2943B239" w14:textId="77777777" w:rsidR="00501161" w:rsidRDefault="00501161"/>
    <w:p w14:paraId="2518F06D" w14:textId="77777777" w:rsidR="00501161" w:rsidRDefault="00C637DA">
      <w:pPr>
        <w:jc w:val="center"/>
      </w:pPr>
      <w:r>
        <w:rPr>
          <w:rFonts w:ascii="Calibri" w:eastAsia="Calibri" w:hAnsi="Calibri"/>
          <w:sz w:val="28"/>
          <w:szCs w:val="28"/>
        </w:rPr>
        <w:t>Version: 2.0</w:t>
      </w:r>
    </w:p>
    <w:p w14:paraId="48CC5685" w14:textId="77777777" w:rsidR="00501161" w:rsidRDefault="00C637DA">
      <w:pPr>
        <w:jc w:val="center"/>
      </w:pPr>
      <w:r>
        <w:rPr>
          <w:rFonts w:ascii="Calibri" w:eastAsia="Calibri" w:hAnsi="Calibri"/>
          <w:sz w:val="28"/>
          <w:szCs w:val="28"/>
        </w:rPr>
        <w:t>ตุลาคม 2569</w:t>
      </w:r>
    </w:p>
    <w:p w14:paraId="62200CBF" w14:textId="77777777" w:rsidR="00501161" w:rsidRDefault="00501161"/>
    <w:p w14:paraId="0295F2D4" w14:textId="77777777" w:rsidR="00501161" w:rsidRDefault="00501161"/>
    <w:p w14:paraId="4D9150A8" w14:textId="77777777" w:rsidR="00501161" w:rsidRDefault="00501161"/>
    <w:p w14:paraId="5AD02C3A" w14:textId="77777777" w:rsidR="00501161" w:rsidRDefault="00501161"/>
    <w:p w14:paraId="7F3D8CD3" w14:textId="77777777" w:rsidR="00501161" w:rsidRDefault="00C637DA">
      <w:pPr>
        <w:jc w:val="center"/>
      </w:pPr>
      <w:r>
        <w:rPr>
          <w:rFonts w:ascii="Calibri" w:eastAsia="Calibri" w:hAnsi="Calibri"/>
          <w:sz w:val="28"/>
          <w:szCs w:val="28"/>
        </w:rPr>
        <w:t>Chiradet Donphaiyon — Game Designer</w:t>
      </w:r>
    </w:p>
    <w:p w14:paraId="77508019" w14:textId="77777777" w:rsidR="00501161" w:rsidRDefault="00C637DA">
      <w:pPr>
        <w:jc w:val="center"/>
      </w:pPr>
      <w:r>
        <w:rPr>
          <w:rFonts w:ascii="Calibri" w:eastAsia="Calibri" w:hAnsi="Calibri"/>
          <w:sz w:val="28"/>
          <w:szCs w:val="28"/>
        </w:rPr>
        <w:t>Hlongpar</w:t>
      </w:r>
    </w:p>
    <w:p w14:paraId="664F2C40" w14:textId="77777777" w:rsidR="00501161" w:rsidRDefault="00C637DA">
      <w:r>
        <w:br w:type="page"/>
      </w:r>
    </w:p>
    <w:p w14:paraId="0661861E" w14:textId="77777777" w:rsidR="00501161" w:rsidRDefault="00C637DA">
      <w:r>
        <w:rPr>
          <w:rFonts w:ascii="Calibri" w:eastAsia="Calibri" w:hAnsi="Calibri"/>
          <w:b/>
          <w:bCs/>
          <w:sz w:val="36"/>
          <w:szCs w:val="36"/>
        </w:rPr>
        <w:lastRenderedPageBreak/>
        <w:t>Project Himmaparn v2.0</w:t>
      </w:r>
    </w:p>
    <w:p w14:paraId="6662F1D5" w14:textId="77777777" w:rsidR="00501161" w:rsidRDefault="00C637DA">
      <w:pPr>
        <w:ind w:firstLine="720"/>
      </w:pPr>
      <w:r>
        <w:t xml:space="preserve">เอกสารฉบับนี้เป็น Game Design </w:t>
      </w:r>
      <w:r>
        <w:t xml:space="preserve">Document </w:t>
      </w:r>
      <w:r>
        <w:t>ของ Project Himmaparn (Himmaparn Paradise) เกม Survival Turn-based RPG แนว Dungeon Crawl ผู้เล่นจะนำคณะเดินทาง 3 คนบุกเข้าไปในป่าหิมพานต์ เอาชีวิตรอดจากเหล่า "สัตว์หิมพานต์" เขียนแผนที่ด้วยตัวเอง และพัฒนาตัวละครให้แข็งแกร่งพอจะฝ่าเข้าไปยังใจกลางป่</w:t>
      </w:r>
      <w:r>
        <w:t>าให้ได้</w:t>
      </w:r>
    </w:p>
    <w:p w14:paraId="7CE45669" w14:textId="77777777" w:rsidR="00501161" w:rsidRDefault="00C637DA">
      <w:r>
        <w:rPr>
          <w:rFonts w:ascii="Calibri" w:eastAsia="Calibri" w:hAnsi="Calibri"/>
          <w:b/>
          <w:bCs/>
          <w:sz w:val="36"/>
          <w:szCs w:val="36"/>
        </w:rPr>
        <w:t>สารบัญ</w:t>
      </w:r>
    </w:p>
    <w:p w14:paraId="5808469B" w14:textId="279B2700" w:rsidR="00C637DA" w:rsidRDefault="00C637DA">
      <w:pPr>
        <w:pStyle w:val="TOC1"/>
        <w:tabs>
          <w:tab w:val="right" w:leader="dot" w:pos="9016"/>
        </w:tabs>
        <w:rPr>
          <w:noProof/>
        </w:rPr>
      </w:pPr>
      <w:r>
        <w:fldChar w:fldCharType="begin"/>
      </w:r>
      <w:r>
        <w:instrText>TOC \o "1-2" \h \z \u</w:instrText>
      </w:r>
      <w:r>
        <w:fldChar w:fldCharType="separate"/>
      </w:r>
      <w:hyperlink w:anchor="_Toc243336670" w:history="1">
        <w:r w:rsidRPr="004305E7">
          <w:rPr>
            <w:rStyle w:val="Hyperlink"/>
            <w:noProof/>
          </w:rPr>
          <w:t>1.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0897BC7" w14:textId="23E35FCA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71" w:history="1">
        <w:r w:rsidRPr="004305E7">
          <w:rPr>
            <w:rStyle w:val="Hyperlink"/>
            <w:noProof/>
          </w:rPr>
          <w:t>1.1 Game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55E6878" w14:textId="4F07C52E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72" w:history="1">
        <w:r w:rsidRPr="004305E7">
          <w:rPr>
            <w:rStyle w:val="Hyperlink"/>
            <w:noProof/>
          </w:rPr>
          <w:t>1.2 Game Design Direction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1DAA201" w14:textId="1D607667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73" w:history="1">
        <w:r w:rsidRPr="004305E7">
          <w:rPr>
            <w:rStyle w:val="Hyperlink"/>
            <w:noProof/>
          </w:rPr>
          <w:t>1.3 Design Philosophy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B85D51B" w14:textId="7FFE92E8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74" w:history="1">
        <w:r w:rsidRPr="004305E7">
          <w:rPr>
            <w:rStyle w:val="Hyperlink"/>
            <w:noProof/>
          </w:rPr>
          <w:t>1.4 Time Duration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84D575B" w14:textId="35732E12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675" w:history="1">
        <w:r w:rsidRPr="004305E7">
          <w:rPr>
            <w:rStyle w:val="Hyperlink"/>
            <w:noProof/>
          </w:rPr>
          <w:t>2. Game Loop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A1D2322" w14:textId="2FEA9ED3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76" w:history="1">
        <w:r w:rsidRPr="004305E7">
          <w:rPr>
            <w:rStyle w:val="Hyperlink"/>
            <w:noProof/>
          </w:rPr>
          <w:t>2.1 Game Flow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AD9D0D4" w14:textId="230147EB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77" w:history="1">
        <w:r w:rsidRPr="004305E7">
          <w:rPr>
            <w:rStyle w:val="Hyperlink"/>
            <w:noProof/>
          </w:rPr>
          <w:t>2.2 Key Rules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12D2A10" w14:textId="08D0A394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78" w:history="1">
        <w:r w:rsidRPr="004305E7">
          <w:rPr>
            <w:rStyle w:val="Hyperlink"/>
            <w:noProof/>
          </w:rPr>
          <w:t>2.3 Win / Loss Condition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CB36182" w14:textId="76C80C0D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79" w:history="1">
        <w:r w:rsidRPr="004305E7">
          <w:rPr>
            <w:rStyle w:val="Hyperlink"/>
            <w:noProof/>
          </w:rPr>
          <w:t>2.4 Future Consideration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8B08CD2" w14:textId="6931AAE5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680" w:history="1">
        <w:r w:rsidRPr="004305E7">
          <w:rPr>
            <w:rStyle w:val="Hyperlink"/>
            <w:noProof/>
          </w:rPr>
          <w:t>3. Character Level &amp; EXP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81730E6" w14:textId="4167478C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81" w:history="1">
        <w:r w:rsidRPr="004305E7">
          <w:rPr>
            <w:rStyle w:val="Hyperlink"/>
            <w:noProof/>
          </w:rPr>
          <w:t>3.1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CBBD4E1" w14:textId="1DA119CC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82" w:history="1">
        <w:r w:rsidRPr="004305E7">
          <w:rPr>
            <w:rStyle w:val="Hyperlink"/>
            <w:noProof/>
          </w:rPr>
          <w:t>3.2 EXP Gain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CE26FBE" w14:textId="233FCB04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83" w:history="1">
        <w:r w:rsidRPr="004305E7">
          <w:rPr>
            <w:rStyle w:val="Hyperlink"/>
            <w:noProof/>
          </w:rPr>
          <w:t>3.3 Level Thresholds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5E581BF" w14:textId="00DAEEE8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84" w:history="1">
        <w:r w:rsidRPr="004305E7">
          <w:rPr>
            <w:rStyle w:val="Hyperlink"/>
            <w:noProof/>
          </w:rPr>
          <w:t>3.4 Level Up Event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0AF5F4B" w14:textId="43717812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685" w:history="1">
        <w:r w:rsidRPr="004305E7">
          <w:rPr>
            <w:rStyle w:val="Hyperlink"/>
            <w:noProof/>
          </w:rPr>
          <w:t>4. Character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2E79119" w14:textId="73F7E82C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86" w:history="1">
        <w:r w:rsidRPr="004305E7">
          <w:rPr>
            <w:rStyle w:val="Hyperlink"/>
            <w:noProof/>
          </w:rPr>
          <w:t>4.1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8B61F2F" w14:textId="30A587AC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87" w:history="1">
        <w:r w:rsidRPr="004305E7">
          <w:rPr>
            <w:rStyle w:val="Hyperlink"/>
            <w:noProof/>
          </w:rPr>
          <w:t>4.2 Stat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DD72344" w14:textId="6AD36C56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88" w:history="1">
        <w:r w:rsidRPr="004305E7">
          <w:rPr>
            <w:rStyle w:val="Hyperlink"/>
            <w:noProof/>
          </w:rPr>
          <w:t>4.3 Level &amp; Skill Point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170D5B2" w14:textId="459E9859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89" w:history="1">
        <w:r w:rsidRPr="004305E7">
          <w:rPr>
            <w:rStyle w:val="Hyperlink"/>
            <w:noProof/>
          </w:rPr>
          <w:t>4.4 Base Stat &amp; Growth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0C30062" w14:textId="6FF18078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90" w:history="1">
        <w:r w:rsidRPr="004305E7">
          <w:rPr>
            <w:rStyle w:val="Hyperlink"/>
            <w:noProof/>
          </w:rPr>
          <w:t>4.5 Stat Simulation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3F266AD" w14:textId="5E82FD48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91" w:history="1">
        <w:r w:rsidRPr="004305E7">
          <w:rPr>
            <w:rStyle w:val="Hyperlink"/>
            <w:noProof/>
          </w:rPr>
          <w:t>4.6 Equipment Bonus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559C1BB" w14:textId="3EAB4D2A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92" w:history="1">
        <w:r w:rsidRPr="004305E7">
          <w:rPr>
            <w:rStyle w:val="Hyperlink"/>
            <w:noProof/>
          </w:rPr>
          <w:t>4.7 Class &amp; Skill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F69F653" w14:textId="2107564E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93" w:history="1">
        <w:r w:rsidRPr="004305E7">
          <w:rPr>
            <w:rStyle w:val="Hyperlink"/>
            <w:noProof/>
          </w:rPr>
          <w:t>4.8 Build Analysis (</w:t>
        </w:r>
        <w:r w:rsidRPr="004305E7">
          <w:rPr>
            <w:rStyle w:val="Hyperlink"/>
            <w:noProof/>
            <w:cs/>
          </w:rPr>
          <w:t xml:space="preserve">ตัวอย่างบิลด์ที่ </w:t>
        </w:r>
        <w:r w:rsidRPr="004305E7">
          <w:rPr>
            <w:rStyle w:val="Hyperlink"/>
            <w:noProof/>
          </w:rPr>
          <w:t xml:space="preserve">Lv30, SP 32 </w:t>
        </w:r>
        <w:r w:rsidRPr="004305E7">
          <w:rPr>
            <w:rStyle w:val="Hyperlink"/>
            <w:noProof/>
            <w:cs/>
          </w:rPr>
          <w:t>แต้ม)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1F1BD4BA" w14:textId="7CBFAC91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94" w:history="1">
        <w:r w:rsidRPr="004305E7">
          <w:rPr>
            <w:rStyle w:val="Hyperlink"/>
            <w:noProof/>
          </w:rPr>
          <w:t>4.9 Party Composition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09BC9FBE" w14:textId="28DEFD5F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695" w:history="1">
        <w:r w:rsidRPr="004305E7">
          <w:rPr>
            <w:rStyle w:val="Hyperlink"/>
            <w:noProof/>
          </w:rPr>
          <w:t>5. Combat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2448EA08" w14:textId="70469B51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96" w:history="1">
        <w:r w:rsidRPr="004305E7">
          <w:rPr>
            <w:rStyle w:val="Hyperlink"/>
            <w:noProof/>
          </w:rPr>
          <w:t>5.1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1C46FC9D" w14:textId="285BB79A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97" w:history="1">
        <w:r w:rsidRPr="004305E7">
          <w:rPr>
            <w:rStyle w:val="Hyperlink"/>
            <w:noProof/>
          </w:rPr>
          <w:t>5.2 Battle Flow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6A55E65A" w14:textId="348C0218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98" w:history="1">
        <w:r w:rsidRPr="004305E7">
          <w:rPr>
            <w:rStyle w:val="Hyperlink"/>
            <w:noProof/>
          </w:rPr>
          <w:t>5.3 Action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7C730A4B" w14:textId="046399E6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699" w:history="1">
        <w:r w:rsidRPr="004305E7">
          <w:rPr>
            <w:rStyle w:val="Hyperlink"/>
            <w:noProof/>
          </w:rPr>
          <w:t>5.4 Damage Calculation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_Toc243336699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645EEC42" w14:textId="529BDF36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00" w:history="1">
        <w:r w:rsidRPr="004305E7">
          <w:rPr>
            <w:rStyle w:val="Hyperlink"/>
            <w:noProof/>
          </w:rPr>
          <w:t>5.5 Element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289A9A7C" w14:textId="1E877359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01" w:history="1">
        <w:r w:rsidRPr="004305E7">
          <w:rPr>
            <w:rStyle w:val="Hyperlink"/>
            <w:noProof/>
          </w:rPr>
          <w:t>5.6 Status Effects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4E256036" w14:textId="584BE94C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02" w:history="1">
        <w:r w:rsidRPr="004305E7">
          <w:rPr>
            <w:rStyle w:val="Hyperlink"/>
            <w:noProof/>
          </w:rPr>
          <w:t>5.7 Battle Rewards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0AE8D74E" w14:textId="4F1B01DF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03" w:history="1">
        <w:r w:rsidRPr="004305E7">
          <w:rPr>
            <w:rStyle w:val="Hyperlink"/>
            <w:noProof/>
          </w:rPr>
          <w:t>6. World &amp; Chapter Structure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21987D17" w14:textId="3D5BEA5C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04" w:history="1">
        <w:r w:rsidRPr="004305E7">
          <w:rPr>
            <w:rStyle w:val="Hyperlink"/>
            <w:noProof/>
          </w:rPr>
          <w:t>6.1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7203A635" w14:textId="34A283E9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05" w:history="1">
        <w:r w:rsidRPr="004305E7">
          <w:rPr>
            <w:rStyle w:val="Hyperlink"/>
            <w:noProof/>
          </w:rPr>
          <w:t>6.2 Chapter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110C2AB4" w14:textId="63F51775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06" w:history="1">
        <w:r w:rsidRPr="004305E7">
          <w:rPr>
            <w:rStyle w:val="Hyperlink"/>
            <w:noProof/>
          </w:rPr>
          <w:t xml:space="preserve">6.3 Depth Feeling — </w:t>
        </w:r>
        <w:r w:rsidRPr="004305E7">
          <w:rPr>
            <w:rStyle w:val="Hyperlink"/>
            <w:noProof/>
            <w:cs/>
          </w:rPr>
          <w:t>ทำให้รู้สึกว่าลึกขึ้นเรื่อยๆ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1ACF0127" w14:textId="6BA19115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07" w:history="1">
        <w:r w:rsidRPr="004305E7">
          <w:rPr>
            <w:rStyle w:val="Hyperlink"/>
            <w:noProof/>
          </w:rPr>
          <w:t>6.4 Level Target per Chapter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126BECC5" w14:textId="5DCC48D1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08" w:history="1">
        <w:r w:rsidRPr="004305E7">
          <w:rPr>
            <w:rStyle w:val="Hyperlink"/>
            <w:noProof/>
          </w:rPr>
          <w:t>7. Exploration &amp; Dungeon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5166EC80" w14:textId="35FC159F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09" w:history="1">
        <w:r w:rsidRPr="004305E7">
          <w:rPr>
            <w:rStyle w:val="Hyperlink"/>
            <w:noProof/>
          </w:rPr>
          <w:t>7.1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748BC768" w14:textId="5465A409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10" w:history="1">
        <w:r w:rsidRPr="004305E7">
          <w:rPr>
            <w:rStyle w:val="Hyperlink"/>
            <w:noProof/>
          </w:rPr>
          <w:t>7.2 Movement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316DE9FA" w14:textId="280361DD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11" w:history="1">
        <w:r w:rsidRPr="004305E7">
          <w:rPr>
            <w:rStyle w:val="Hyperlink"/>
            <w:noProof/>
          </w:rPr>
          <w:t>7.3 Random Encounter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60B5E5C6" w14:textId="6B7F4887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12" w:history="1">
        <w:r w:rsidRPr="004305E7">
          <w:rPr>
            <w:rStyle w:val="Hyperlink"/>
            <w:noProof/>
          </w:rPr>
          <w:t>7.4 Gathering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3D3CC17C" w14:textId="25D26719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13" w:history="1">
        <w:r w:rsidRPr="004305E7">
          <w:rPr>
            <w:rStyle w:val="Hyperlink"/>
            <w:noProof/>
          </w:rPr>
          <w:t xml:space="preserve">7.5 </w:t>
        </w:r>
        <w:r w:rsidRPr="004305E7">
          <w:rPr>
            <w:rStyle w:val="Hyperlink"/>
            <w:noProof/>
            <w:cs/>
          </w:rPr>
          <w:t>สัตว์ชั้นสูง (</w:t>
        </w:r>
        <w:r w:rsidRPr="004305E7">
          <w:rPr>
            <w:rStyle w:val="Hyperlink"/>
            <w:noProof/>
          </w:rPr>
          <w:t>Visible Elite)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5ED782BE" w14:textId="0CF22106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14" w:history="1">
        <w:r w:rsidRPr="004305E7">
          <w:rPr>
            <w:rStyle w:val="Hyperlink"/>
            <w:noProof/>
          </w:rPr>
          <w:t>7.6 Return to Camp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0CBFA4EB" w14:textId="20F76FC3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15" w:history="1">
        <w:r w:rsidRPr="004305E7">
          <w:rPr>
            <w:rStyle w:val="Hyperlink"/>
            <w:noProof/>
          </w:rPr>
          <w:t xml:space="preserve">8. Cartography — </w:t>
        </w:r>
        <w:r w:rsidRPr="004305E7">
          <w:rPr>
            <w:rStyle w:val="Hyperlink"/>
            <w:noProof/>
            <w:cs/>
          </w:rPr>
          <w:t>ระบบวาดแผนที่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2F268272" w14:textId="79E51D6D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16" w:history="1">
        <w:r w:rsidRPr="004305E7">
          <w:rPr>
            <w:rStyle w:val="Hyperlink"/>
            <w:noProof/>
          </w:rPr>
          <w:t>8.1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7367164B" w14:textId="2409B0C2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17" w:history="1">
        <w:r w:rsidRPr="004305E7">
          <w:rPr>
            <w:rStyle w:val="Hyperlink"/>
            <w:noProof/>
          </w:rPr>
          <w:t>8.2 Map Screens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54CF3501" w14:textId="4DC46E9B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18" w:history="1">
        <w:r w:rsidRPr="004305E7">
          <w:rPr>
            <w:rStyle w:val="Hyperlink"/>
            <w:noProof/>
          </w:rPr>
          <w:t>8.3 Map Layers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2C3147A6" w14:textId="31E04FED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19" w:history="1">
        <w:r w:rsidRPr="004305E7">
          <w:rPr>
            <w:rStyle w:val="Hyperlink"/>
            <w:noProof/>
          </w:rPr>
          <w:t>8.4 Icon 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79966E70" w14:textId="5BEEF6B2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20" w:history="1">
        <w:r w:rsidRPr="004305E7">
          <w:rPr>
            <w:rStyle w:val="Hyperlink"/>
            <w:noProof/>
          </w:rPr>
          <w:t>8.5 Auto-Map Options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1B17B54D" w14:textId="64DDB804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21" w:history="1">
        <w:r w:rsidRPr="004305E7">
          <w:rPr>
            <w:rStyle w:val="Hyperlink"/>
            <w:noProof/>
          </w:rPr>
          <w:t>8.6 Map Completion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77931320" w14:textId="3F7256A1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22" w:history="1">
        <w:r w:rsidRPr="004305E7">
          <w:rPr>
            <w:rStyle w:val="Hyperlink"/>
            <w:noProof/>
          </w:rPr>
          <w:t>8.7 Map &amp; Gimmick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6051AFC1" w14:textId="19C93EEC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23" w:history="1">
        <w:r w:rsidRPr="004305E7">
          <w:rPr>
            <w:rStyle w:val="Hyperlink"/>
            <w:noProof/>
          </w:rPr>
          <w:t>8.8 Data &amp; Save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38D06624" w14:textId="45B8A16A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24" w:history="1">
        <w:r w:rsidRPr="004305E7">
          <w:rPr>
            <w:rStyle w:val="Hyperlink"/>
            <w:noProof/>
          </w:rPr>
          <w:t>9. Survival &amp; Time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2DEB438D" w14:textId="65D6E267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25" w:history="1">
        <w:r w:rsidRPr="004305E7">
          <w:rPr>
            <w:rStyle w:val="Hyperlink"/>
            <w:noProof/>
          </w:rPr>
          <w:t>9.1 Hunger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358B5536" w14:textId="243B4036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26" w:history="1">
        <w:r w:rsidRPr="004305E7">
          <w:rPr>
            <w:rStyle w:val="Hyperlink"/>
            <w:noProof/>
          </w:rPr>
          <w:t>9.2 Time — Day Light Cycle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3D50BC0E" w14:textId="686A70C4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27" w:history="1">
        <w:r w:rsidRPr="004305E7">
          <w:rPr>
            <w:rStyle w:val="Hyperlink"/>
            <w:noProof/>
          </w:rPr>
          <w:t>9.3 Day / Night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5D4B2AD8" w14:textId="717F8D7D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28" w:history="1">
        <w:r w:rsidRPr="004305E7">
          <w:rPr>
            <w:rStyle w:val="Hyperlink"/>
            <w:noProof/>
          </w:rPr>
          <w:t>9.4 Chapter Deadline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27B77E6E" w14:textId="27F93B62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29" w:history="1">
        <w:r w:rsidRPr="004305E7">
          <w:rPr>
            <w:rStyle w:val="Hyperlink"/>
            <w:noProof/>
          </w:rPr>
          <w:t>10. Camp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457A1342" w14:textId="3E86A1BE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30" w:history="1">
        <w:r w:rsidRPr="004305E7">
          <w:rPr>
            <w:rStyle w:val="Hyperlink"/>
            <w:noProof/>
          </w:rPr>
          <w:t>10.1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7741A7E2" w14:textId="4B9E6385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31" w:history="1">
        <w:r w:rsidRPr="004305E7">
          <w:rPr>
            <w:rStyle w:val="Hyperlink"/>
            <w:noProof/>
          </w:rPr>
          <w:t xml:space="preserve">10.2 Camp Layout — </w:t>
        </w:r>
        <w:r w:rsidRPr="004305E7">
          <w:rPr>
            <w:rStyle w:val="Hyperlink"/>
            <w:noProof/>
            <w:cs/>
          </w:rPr>
          <w:t>ค่ายสำเภาเกยตื้น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2CD2924C" w14:textId="575559F7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32" w:history="1">
        <w:r w:rsidRPr="004305E7">
          <w:rPr>
            <w:rStyle w:val="Hyperlink"/>
            <w:noProof/>
          </w:rPr>
          <w:t>10.3 Camp NPC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25433791" w14:textId="6E940ABD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33" w:history="1">
        <w:r w:rsidRPr="004305E7">
          <w:rPr>
            <w:rStyle w:val="Hyperlink"/>
            <w:noProof/>
          </w:rPr>
          <w:t xml:space="preserve">10.4 Recruitment — </w:t>
        </w:r>
        <w:r w:rsidRPr="004305E7">
          <w:rPr>
            <w:rStyle w:val="Hyperlink"/>
            <w:noProof/>
            <w:cs/>
          </w:rPr>
          <w:t>ทำเนียบอาสา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14:paraId="1EB773DE" w14:textId="4ADB7F6D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34" w:history="1">
        <w:r w:rsidRPr="004305E7">
          <w:rPr>
            <w:rStyle w:val="Hyperlink"/>
            <w:noProof/>
          </w:rPr>
          <w:t xml:space="preserve">10.5 Shop Unlock — </w:t>
        </w:r>
        <w:r w:rsidRPr="004305E7">
          <w:rPr>
            <w:rStyle w:val="Hyperlink"/>
            <w:noProof/>
            <w:cs/>
          </w:rPr>
          <w:t>ระบบปลดล็อกสินค้า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14:paraId="7EE4DC58" w14:textId="39B23F72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35" w:history="1">
        <w:r w:rsidRPr="004305E7">
          <w:rPr>
            <w:rStyle w:val="Hyperlink"/>
            <w:noProof/>
          </w:rPr>
          <w:t>10.6 Quest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14:paraId="2CE60DDC" w14:textId="52048D72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36" w:history="1">
        <w:r w:rsidRPr="004305E7">
          <w:rPr>
            <w:rStyle w:val="Hyperlink"/>
            <w:noProof/>
          </w:rPr>
          <w:t xml:space="preserve">10.7 Forward Camp — </w:t>
        </w:r>
        <w:r w:rsidRPr="004305E7">
          <w:rPr>
            <w:rStyle w:val="Hyperlink"/>
            <w:noProof/>
            <w:cs/>
          </w:rPr>
          <w:t>การย้ายค่าย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10AE8E5C" w14:textId="6ED6F14C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37" w:history="1">
        <w:r w:rsidRPr="004305E7">
          <w:rPr>
            <w:rStyle w:val="Hyperlink"/>
            <w:noProof/>
          </w:rPr>
          <w:t>11. Crafting &amp; Item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1398264F" w14:textId="2E37DFC0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38" w:history="1">
        <w:r w:rsidRPr="004305E7">
          <w:rPr>
            <w:rStyle w:val="Hyperlink"/>
            <w:noProof/>
          </w:rPr>
          <w:t>11.1 Item Types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4F0251BB" w14:textId="0DC6624D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39" w:history="1">
        <w:r w:rsidRPr="004305E7">
          <w:rPr>
            <w:rStyle w:val="Hyperlink"/>
            <w:noProof/>
          </w:rPr>
          <w:t>11.2 Equipment Tier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27065325" w14:textId="0699DB98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40" w:history="1">
        <w:r w:rsidRPr="004305E7">
          <w:rPr>
            <w:rStyle w:val="Hyperlink"/>
            <w:noProof/>
          </w:rPr>
          <w:t>11.3 Food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14:paraId="38B06E9C" w14:textId="28061417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41" w:history="1">
        <w:r w:rsidRPr="004305E7">
          <w:rPr>
            <w:rStyle w:val="Hyperlink"/>
            <w:noProof/>
          </w:rPr>
          <w:t>11.4 Consumables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14:paraId="63902B0A" w14:textId="682EB6DA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42" w:history="1">
        <w:r w:rsidRPr="004305E7">
          <w:rPr>
            <w:rStyle w:val="Hyperlink"/>
            <w:noProof/>
          </w:rPr>
          <w:t>11.5 Crafting Rules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14:paraId="2CD00CB4" w14:textId="25CE5591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43" w:history="1">
        <w:r w:rsidRPr="004305E7">
          <w:rPr>
            <w:rStyle w:val="Hyperlink"/>
            <w:noProof/>
          </w:rPr>
          <w:t>12. Economy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14:paraId="448428B6" w14:textId="3E5997FF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44" w:history="1">
        <w:r w:rsidRPr="004305E7">
          <w:rPr>
            <w:rStyle w:val="Hyperlink"/>
            <w:noProof/>
          </w:rPr>
          <w:t>13. Enemy System &amp; Bestiary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1D1AA75C" w14:textId="1220C6B6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45" w:history="1">
        <w:r w:rsidRPr="004305E7">
          <w:rPr>
            <w:rStyle w:val="Hyperlink"/>
            <w:noProof/>
          </w:rPr>
          <w:t>13.1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229334B6" w14:textId="2DA7860D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46" w:history="1">
        <w:r w:rsidRPr="004305E7">
          <w:rPr>
            <w:rStyle w:val="Hyperlink"/>
            <w:noProof/>
          </w:rPr>
          <w:t>13.2 Enemy Tier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0459FE1E" w14:textId="082828F5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47" w:history="1">
        <w:r w:rsidRPr="004305E7">
          <w:rPr>
            <w:rStyle w:val="Hyperlink"/>
            <w:noProof/>
          </w:rPr>
          <w:t>13.3 Night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0B7669C4" w14:textId="0B919990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48" w:history="1">
        <w:r w:rsidRPr="004305E7">
          <w:rPr>
            <w:rStyle w:val="Hyperlink"/>
            <w:noProof/>
          </w:rPr>
          <w:t>13.4 Behavior Pattern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58C445C4" w14:textId="2FFA3C28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49" w:history="1">
        <w:r w:rsidRPr="004305E7">
          <w:rPr>
            <w:rStyle w:val="Hyperlink"/>
            <w:noProof/>
          </w:rPr>
          <w:t>13.5 Enemy Stat Formula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7CB54791" w14:textId="25F716FB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50" w:history="1">
        <w:r w:rsidRPr="004305E7">
          <w:rPr>
            <w:rStyle w:val="Hyperlink"/>
            <w:noProof/>
          </w:rPr>
          <w:t>13.6 Bestiary by Chapter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51877DEF" w14:textId="083C82EB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51" w:history="1">
        <w:r w:rsidRPr="004305E7">
          <w:rPr>
            <w:rStyle w:val="Hyperlink"/>
            <w:noProof/>
          </w:rPr>
          <w:t>13.7 Survivability Reference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123</w:t>
        </w:r>
        <w:r>
          <w:rPr>
            <w:noProof/>
            <w:webHidden/>
          </w:rPr>
          <w:fldChar w:fldCharType="end"/>
        </w:r>
      </w:hyperlink>
    </w:p>
    <w:p w14:paraId="55F72831" w14:textId="6195DC0E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52" w:history="1">
        <w:r w:rsidRPr="004305E7">
          <w:rPr>
            <w:rStyle w:val="Hyperlink"/>
            <w:noProof/>
          </w:rPr>
          <w:t>13.8 Bestiary (</w:t>
        </w:r>
        <w:r w:rsidRPr="004305E7">
          <w:rPr>
            <w:rStyle w:val="Hyperlink"/>
            <w:noProof/>
            <w:cs/>
          </w:rPr>
          <w:t>สมุดสัตว์)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05CDCF00" w14:textId="44991C56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53" w:history="1">
        <w:r w:rsidRPr="004305E7">
          <w:rPr>
            <w:rStyle w:val="Hyperlink"/>
            <w:noProof/>
          </w:rPr>
          <w:t>14. Boss Design (</w:t>
        </w:r>
        <w:r w:rsidRPr="004305E7">
          <w:rPr>
            <w:rStyle w:val="Hyperlink"/>
            <w:noProof/>
            <w:cs/>
          </w:rPr>
          <w:t xml:space="preserve">รอ </w:t>
        </w:r>
        <w:r w:rsidRPr="004305E7">
          <w:rPr>
            <w:rStyle w:val="Hyperlink"/>
            <w:noProof/>
          </w:rPr>
          <w:t xml:space="preserve">Game Designer </w:t>
        </w:r>
        <w:r w:rsidRPr="004305E7">
          <w:rPr>
            <w:rStyle w:val="Hyperlink"/>
            <w:noProof/>
            <w:cs/>
          </w:rPr>
          <w:t>ระบุตัวบอส)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14:paraId="438AD564" w14:textId="186374CB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54" w:history="1">
        <w:r w:rsidRPr="004305E7">
          <w:rPr>
            <w:rStyle w:val="Hyperlink"/>
            <w:noProof/>
          </w:rPr>
          <w:t>14.1 Boss Template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14:paraId="4029457B" w14:textId="544BA2D5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55" w:history="1">
        <w:r w:rsidRPr="004305E7">
          <w:rPr>
            <w:rStyle w:val="Hyperlink"/>
            <w:noProof/>
          </w:rPr>
          <w:t>15. Story &amp; Narrative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127</w:t>
        </w:r>
        <w:r>
          <w:rPr>
            <w:noProof/>
            <w:webHidden/>
          </w:rPr>
          <w:fldChar w:fldCharType="end"/>
        </w:r>
      </w:hyperlink>
    </w:p>
    <w:p w14:paraId="0A5B4598" w14:textId="3D85FEA4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56" w:history="1">
        <w:r w:rsidRPr="004305E7">
          <w:rPr>
            <w:rStyle w:val="Hyperlink"/>
            <w:noProof/>
          </w:rPr>
          <w:t>15.1 Story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127</w:t>
        </w:r>
        <w:r>
          <w:rPr>
            <w:noProof/>
            <w:webHidden/>
          </w:rPr>
          <w:fldChar w:fldCharType="end"/>
        </w:r>
      </w:hyperlink>
    </w:p>
    <w:p w14:paraId="6A899DC0" w14:textId="2238A136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57" w:history="1">
        <w:r w:rsidRPr="004305E7">
          <w:rPr>
            <w:rStyle w:val="Hyperlink"/>
            <w:noProof/>
          </w:rPr>
          <w:t>15.2 Narrative Delivery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133</w:t>
        </w:r>
        <w:r>
          <w:rPr>
            <w:noProof/>
            <w:webHidden/>
          </w:rPr>
          <w:fldChar w:fldCharType="end"/>
        </w:r>
      </w:hyperlink>
    </w:p>
    <w:p w14:paraId="3C75BE2B" w14:textId="47F9798B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58" w:history="1">
        <w:r w:rsidRPr="004305E7">
          <w:rPr>
            <w:rStyle w:val="Hyperlink"/>
            <w:noProof/>
          </w:rPr>
          <w:t>16. Save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135</w:t>
        </w:r>
        <w:r>
          <w:rPr>
            <w:noProof/>
            <w:webHidden/>
          </w:rPr>
          <w:fldChar w:fldCharType="end"/>
        </w:r>
      </w:hyperlink>
    </w:p>
    <w:p w14:paraId="0C0D5549" w14:textId="467D1F0E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59" w:history="1">
        <w:r w:rsidRPr="004305E7">
          <w:rPr>
            <w:rStyle w:val="Hyperlink"/>
            <w:noProof/>
          </w:rPr>
          <w:t>17. UI / UX &amp; Controls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136</w:t>
        </w:r>
        <w:r>
          <w:rPr>
            <w:noProof/>
            <w:webHidden/>
          </w:rPr>
          <w:fldChar w:fldCharType="end"/>
        </w:r>
      </w:hyperlink>
    </w:p>
    <w:p w14:paraId="768D86F1" w14:textId="43FA3653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60" w:history="1">
        <w:r w:rsidRPr="004305E7">
          <w:rPr>
            <w:rStyle w:val="Hyperlink"/>
            <w:noProof/>
          </w:rPr>
          <w:t>17.1 Exploration HUD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136</w:t>
        </w:r>
        <w:r>
          <w:rPr>
            <w:noProof/>
            <w:webHidden/>
          </w:rPr>
          <w:fldChar w:fldCharType="end"/>
        </w:r>
      </w:hyperlink>
    </w:p>
    <w:p w14:paraId="2E7EB8F3" w14:textId="309370AB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61" w:history="1">
        <w:r w:rsidRPr="004305E7">
          <w:rPr>
            <w:rStyle w:val="Hyperlink"/>
            <w:noProof/>
          </w:rPr>
          <w:t>17.2 Controls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136</w:t>
        </w:r>
        <w:r>
          <w:rPr>
            <w:noProof/>
            <w:webHidden/>
          </w:rPr>
          <w:fldChar w:fldCharType="end"/>
        </w:r>
      </w:hyperlink>
    </w:p>
    <w:p w14:paraId="4E89FD3F" w14:textId="36C70031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62" w:history="1">
        <w:r w:rsidRPr="004305E7">
          <w:rPr>
            <w:rStyle w:val="Hyperlink"/>
            <w:noProof/>
          </w:rPr>
          <w:t>17.3 Combat UI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136</w:t>
        </w:r>
        <w:r>
          <w:rPr>
            <w:noProof/>
            <w:webHidden/>
          </w:rPr>
          <w:fldChar w:fldCharType="end"/>
        </w:r>
      </w:hyperlink>
    </w:p>
    <w:p w14:paraId="1EC531DB" w14:textId="0ED25774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63" w:history="1">
        <w:r w:rsidRPr="004305E7">
          <w:rPr>
            <w:rStyle w:val="Hyperlink"/>
            <w:noProof/>
          </w:rPr>
          <w:t>18. Prototype Scope &amp; Playtest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137</w:t>
        </w:r>
        <w:r>
          <w:rPr>
            <w:noProof/>
            <w:webHidden/>
          </w:rPr>
          <w:fldChar w:fldCharType="end"/>
        </w:r>
      </w:hyperlink>
    </w:p>
    <w:p w14:paraId="0E165B7B" w14:textId="3A9B053B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64" w:history="1">
        <w:r w:rsidRPr="004305E7">
          <w:rPr>
            <w:rStyle w:val="Hyperlink"/>
            <w:noProof/>
          </w:rPr>
          <w:t>18.1 Playtest Metrics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137</w:t>
        </w:r>
        <w:r>
          <w:rPr>
            <w:noProof/>
            <w:webHidden/>
          </w:rPr>
          <w:fldChar w:fldCharType="end"/>
        </w:r>
      </w:hyperlink>
    </w:p>
    <w:p w14:paraId="0AC024A6" w14:textId="558B4505" w:rsidR="00C637DA" w:rsidRDefault="00C637DA">
      <w:pPr>
        <w:pStyle w:val="TOC1"/>
        <w:tabs>
          <w:tab w:val="right" w:leader="dot" w:pos="9016"/>
        </w:tabs>
        <w:rPr>
          <w:noProof/>
        </w:rPr>
      </w:pPr>
      <w:hyperlink w:anchor="_Toc243336765" w:history="1">
        <w:r w:rsidRPr="004305E7">
          <w:rPr>
            <w:rStyle w:val="Hyperlink"/>
            <w:noProof/>
          </w:rPr>
          <w:t>19. Formula Reference (</w:t>
        </w:r>
        <w:r w:rsidRPr="004305E7">
          <w:rPr>
            <w:rStyle w:val="Hyperlink"/>
            <w:noProof/>
            <w:cs/>
          </w:rPr>
          <w:t>สรุปสูตรคำนวณ)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138</w:t>
        </w:r>
        <w:r>
          <w:rPr>
            <w:noProof/>
            <w:webHidden/>
          </w:rPr>
          <w:fldChar w:fldCharType="end"/>
        </w:r>
      </w:hyperlink>
    </w:p>
    <w:p w14:paraId="084AB92B" w14:textId="069A3F63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66" w:history="1">
        <w:r w:rsidRPr="004305E7">
          <w:rPr>
            <w:rStyle w:val="Hyperlink"/>
            <w:noProof/>
          </w:rPr>
          <w:t>19.1 Character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138</w:t>
        </w:r>
        <w:r>
          <w:rPr>
            <w:noProof/>
            <w:webHidden/>
          </w:rPr>
          <w:fldChar w:fldCharType="end"/>
        </w:r>
      </w:hyperlink>
    </w:p>
    <w:p w14:paraId="35AE5753" w14:textId="48657B37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67" w:history="1">
        <w:r w:rsidRPr="004305E7">
          <w:rPr>
            <w:rStyle w:val="Hyperlink"/>
            <w:noProof/>
          </w:rPr>
          <w:t>19.2 Combat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138</w:t>
        </w:r>
        <w:r>
          <w:rPr>
            <w:noProof/>
            <w:webHidden/>
          </w:rPr>
          <w:fldChar w:fldCharType="end"/>
        </w:r>
      </w:hyperlink>
    </w:p>
    <w:p w14:paraId="7C58E789" w14:textId="48ECF9F3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68" w:history="1">
        <w:r w:rsidRPr="004305E7">
          <w:rPr>
            <w:rStyle w:val="Hyperlink"/>
            <w:noProof/>
          </w:rPr>
          <w:t>19.3 Enemy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138</w:t>
        </w:r>
        <w:r>
          <w:rPr>
            <w:noProof/>
            <w:webHidden/>
          </w:rPr>
          <w:fldChar w:fldCharType="end"/>
        </w:r>
      </w:hyperlink>
    </w:p>
    <w:p w14:paraId="79B7718C" w14:textId="5292BAC7" w:rsidR="00C637DA" w:rsidRDefault="00C637DA">
      <w:pPr>
        <w:pStyle w:val="TOC2"/>
        <w:tabs>
          <w:tab w:val="right" w:leader="dot" w:pos="9016"/>
        </w:tabs>
        <w:rPr>
          <w:noProof/>
        </w:rPr>
      </w:pPr>
      <w:hyperlink w:anchor="_Toc243336769" w:history="1">
        <w:r w:rsidRPr="004305E7">
          <w:rPr>
            <w:rStyle w:val="Hyperlink"/>
            <w:noProof/>
          </w:rPr>
          <w:t>19.4 Survival &amp; Time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_Toc243336769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139</w:t>
        </w:r>
        <w:r>
          <w:rPr>
            <w:noProof/>
            <w:webHidden/>
          </w:rPr>
          <w:fldChar w:fldCharType="end"/>
        </w:r>
      </w:hyperlink>
    </w:p>
    <w:p w14:paraId="5ED3F8C6" w14:textId="0D8BEE97" w:rsidR="00501161" w:rsidRDefault="00C637DA">
      <w:r>
        <w:fldChar w:fldCharType="end"/>
      </w:r>
    </w:p>
    <w:p w14:paraId="04FB9CE0" w14:textId="77777777" w:rsidR="00501161" w:rsidRDefault="00C637DA">
      <w:pPr>
        <w:pStyle w:val="Heading1"/>
        <w:pageBreakBefore/>
      </w:pPr>
      <w:bookmarkStart w:id="0" w:name="_Toc243336670"/>
      <w:r>
        <w:lastRenderedPageBreak/>
        <w:t>1. Overview</w:t>
      </w:r>
      <w:bookmarkEnd w:id="0"/>
    </w:p>
    <w:p w14:paraId="43BDE1CA" w14:textId="77777777" w:rsidR="00501161" w:rsidRDefault="00C637DA">
      <w:pPr>
        <w:pStyle w:val="Heading2"/>
      </w:pPr>
      <w:bookmarkStart w:id="1" w:name="_Toc243336671"/>
      <w:r>
        <w:t>1.1 Game Overview</w:t>
      </w:r>
      <w:bookmarkEnd w:id="1"/>
    </w:p>
    <w:p w14:paraId="668BE6DC" w14:textId="77777777" w:rsidR="00501161" w:rsidRDefault="00C637DA">
      <w:pPr>
        <w:ind w:firstLine="720"/>
      </w:pPr>
      <w:r>
        <w:t xml:space="preserve">Himmaparn Paradise </w:t>
      </w:r>
      <w:r>
        <w:t xml:space="preserve">เป็นเกม Survival Turn-based RPG แนว Dungeon Crawl ภาพแบบ 2D-HD ที่มีฉากสามมิติ และตัวละครเป็นภาพสองมิติ พัฒนาโดย Hlongpar </w:t>
      </w:r>
      <w:r>
        <w:t>ผู้เล่นจะได้เลือกปาร์ตี้ 3 คนจาก 6 อาชีพเข้าไปผจญภัยในป่าหิมพานต์ ค้นหาเสบียง และเอาตัวรอดจากเหล่า "สัตว์หิมพานต์" ที่พร้อมจะจัดการผู้เล่นตลอดเวลา เป้าหมายของผู้เล่นคือเอาตัวรอดโดยบริหารเวลาและทรัพยากร เพื่อฝ่าเข้าไปให้ลึกที่สุด จนวันหนึ่งสามารถหนีออกจากป่</w:t>
      </w:r>
      <w:r>
        <w:t>าสุดอันตรายแห่งนี้ได้</w:t>
      </w:r>
    </w:p>
    <w:p w14:paraId="20247604" w14:textId="77777777" w:rsidR="00501161" w:rsidRDefault="00C637DA">
      <w:pPr>
        <w:ind w:firstLine="720"/>
      </w:pPr>
      <w:r>
        <w:t>ความเป็น Survival Turn-based RPG ส่งผลต่อการออกแบบอย่างมาก ในฐานะเกม RPG จึงต้องออกแบบระบบสกิล เลเวล EXP MP และการบริหารทรัพยากรต่างๆ และต้องใช้การ Balancing อย่างมาก ไม่เช่นนั้นจะมีบางอาชีพที่ OP เกินไปจนผู้เล่นไม่เล่นอาชีพอื่น อีกด้</w:t>
      </w:r>
      <w:r>
        <w:t>านหนึ่งคือระบบ Survival ที่ผสานความเป็นเกมเอาตัวรอดเข้าไป จึงต้องบาลานซ์ให้กดดันผู้เล่นไม่มากและไม่น้อยเกินไป ให้ผู้เล่นรู้สึกว่าไม่ถูกเอาเปรียบ แต่ยังท้าทายอยู่</w:t>
      </w:r>
    </w:p>
    <w:p w14:paraId="31D0471A" w14:textId="77777777" w:rsidR="00501161" w:rsidRDefault="00C637DA">
      <w:pPr>
        <w:ind w:firstLine="720"/>
      </w:pPr>
      <w:r>
        <w:t xml:space="preserve">Core Experience Design </w:t>
      </w:r>
      <w:r>
        <w:t>คือ "เอาชีวิตรอด เขียนแผนที่ และพัฒนาตัวละครให้เก่งที่สุด" เมื่อเริ่มเก</w:t>
      </w:r>
      <w:r>
        <w:t>ม ผู้เล่นจะเล่น Tutorial ที่ค่าย ซึ่งสอนส่วนต่างๆ ตั้งแต่การเลือกคนเข้าปาร์ตี้ การรับภารกิจ การรักษาตัวละคร การคราฟอาวุธ ชุดเกราะ และอาหาร เมื่อลองครบแล้ว NPC จะแนะนำให้เข้าไปตะลุยป่าจริง จุดนี้คือหัวใจของเกม เพราะทุกก้าวที่เดินจะเสีย Hunger ผู้เล่นต้องหาท</w:t>
      </w:r>
      <w:r>
        <w:t>างเอาชีวิตรอด รวบรวมทรัพยากรมาคราฟอาหาร อาวุธ และชุดเกราะ และเก็บ EXP จากการต่อสู้มาพัฒนาตัวละคร เมื่อเลเวลอัพ Stat ของตัวละครจะเพิ่มขึ้นเองตามอาชีพ และได้ Skill Point ไปอัพสกิลตามแนวทางของ Etrian Odyssey</w:t>
      </w:r>
    </w:p>
    <w:p w14:paraId="1E448D82" w14:textId="77777777" w:rsidR="00501161" w:rsidRDefault="00C637DA">
      <w:pPr>
        <w:ind w:firstLine="720"/>
      </w:pPr>
      <w:r>
        <w:t>การเขียนแผนที่ช่วยให้ผู้เล่นไม่หลงทิศทางและทำให้การ</w:t>
      </w:r>
      <w:r>
        <w:t>เดินทางสนุกขึ้น เกมไม่วาดแผนที่ให้ ผู้เล่นต้องวาดเองบนตาราง (Section 8) การผจญภัยในเกมนับเป็นวัน ทุกการเดินและทุกแอคชั่นในค่ายทำให้เวลาเดินหน้า เมื่อครบ 31 วัน ศัตรูที่แข็งแกร่ง (บอสประจำ Chapter) จะมาไล่ล่า ถ้าจัดการได้ ผู้เล่นจะได้เข้าไปในส่วนที่ลึกกว่าเ</w:t>
      </w:r>
      <w:r>
        <w:t>ดิมของป่า แล้ววน Loop นี้ไปจนจบ Chapter สุดท้ายของเกม (ทั้งหมด 7 Chapter)</w:t>
      </w:r>
    </w:p>
    <w:p w14:paraId="46F57EA1" w14:textId="77777777" w:rsidR="00501161" w:rsidRDefault="00C637DA">
      <w:pPr>
        <w:ind w:firstLine="720"/>
      </w:pPr>
      <w:r>
        <w:t xml:space="preserve">Survival Day System </w:t>
      </w:r>
      <w:r>
        <w:t>คือหัวใจของเกมและการพัฒนาตัวละคร ทุกการเดินและทุกแอคชั่นในเกมทำให้เสียเวลา ระบบนี้ทำงานแบบ Day Light Cycle ที่เวลาในเกมเดินไปเรื่อยๆ (1 วันในเกม = 6 นาที 24 วินาท</w:t>
      </w:r>
      <w:r>
        <w:t>ีของการสำรวจ) เมื่อครบ 31 วัน บอสประจำ Chapter จะปรากฏเพื่อให้เนื้อเรื่องเดินต่อ ภายใน 31 วันนี้ผู้เล่นจึงต้องรวบรวมทรัพยากร พัฒนาตัวละคร และออกสำรวจให้มากที่สุดก่อนวันที่ 31 จะมาถึง</w:t>
      </w:r>
    </w:p>
    <w:p w14:paraId="5307CE7D" w14:textId="77777777" w:rsidR="00501161" w:rsidRDefault="00C637DA">
      <w:pPr>
        <w:ind w:firstLine="720"/>
      </w:pPr>
      <w:r>
        <w:lastRenderedPageBreak/>
        <w:t>เหล่า "สัตว์หิมพานต์" คือสัตว์ที่มีพละกำลัง อิทธิฤทธิ์ และเวทมนตร์ไม่เหมื</w:t>
      </w:r>
      <w:r>
        <w:t>อนสัตว์ทั่วไป มีตั้งแต่สัตว์เดรัจฉานไปจนถึงสัตว์ชั้นสูงที่บดขยี้โลกใบเล็กๆ ได้ ศัตรูทุกตัวมีเป้าหมายจัดการผู้เล่นให้แตกสลาย แต่สัตว์แต่ละชนิดก็มี Behavior และจุดอ่อนที่ต่างกัน หากผู้เล่นค้นพบจุดอ่อนของพวกมันก็จะจัดการพวกมันลงได้</w:t>
      </w:r>
    </w:p>
    <w:p w14:paraId="6D896FBE" w14:textId="77777777" w:rsidR="00501161" w:rsidRDefault="00C637DA">
      <w:pPr>
        <w:ind w:firstLine="720"/>
      </w:pPr>
      <w:r>
        <w:t xml:space="preserve">Art Style </w:t>
      </w:r>
      <w:r>
        <w:t>ใช้แนว 2D-HD High</w:t>
      </w:r>
      <w:r>
        <w:t xml:space="preserve"> Fantasy </w:t>
      </w:r>
      <w:r>
        <w:t>คือฉากแบบ 3D กับตัวละครและมอนส์เตอร์แบบ 2D เน้นภาพตัวละครที่อลังการ มีเอกลักษณ์ และดัดแปลงมาจากตำนานไทยอย่างป่าหิมพานต์ เพื่อให้ผู้เล่นสัมผัสถึงความอลังการ น่ากลัว และสวยงามของสัตว์เหล่านี้ ส่วนตัวละครฝั่งผู้เล่น อาวุธ ชุด และชื่อสกิลใช้ธีมไทยโบรา</w:t>
      </w:r>
      <w:r>
        <w:t>ณแฟนตาซีสมัยกรุงศรีอยุธยา</w:t>
      </w:r>
    </w:p>
    <w:p w14:paraId="4C90C029" w14:textId="77777777" w:rsidR="00501161" w:rsidRDefault="00C637DA">
      <w:pPr>
        <w:ind w:firstLine="720"/>
      </w:pPr>
      <w:r>
        <w:t xml:space="preserve">Target Audience </w:t>
      </w:r>
      <w:r>
        <w:t>คือผู้เล่นที่ชอบเกมแนว Turn-based RPG และผู้เล่นที่ชอบเกมแนว Dungeon Crawler ที่บุกเบิกสำรวจดันเจี้ยนและพัฒนาตัวละครไปเรื่อยๆ รวมถึงแฟนของ Etrian Odyssey ที่ชอบการวาดแผนที่เอง</w:t>
      </w:r>
    </w:p>
    <w:p w14:paraId="6828D3B6" w14:textId="77777777" w:rsidR="00501161" w:rsidRDefault="00C637DA">
      <w:r>
        <w:rPr>
          <w:color w:val="555555"/>
          <w:sz w:val="26"/>
          <w:szCs w:val="26"/>
        </w:rPr>
        <w:t>เนื้อเรื่องของเกมแยกไปไว้ที่ Section 1</w:t>
      </w:r>
      <w:r>
        <w:rPr>
          <w:color w:val="555555"/>
          <w:sz w:val="26"/>
          <w:szCs w:val="26"/>
        </w:rPr>
        <w:t>5.1 Story</w:t>
      </w:r>
    </w:p>
    <w:p w14:paraId="014EDFC3" w14:textId="77777777" w:rsidR="00501161" w:rsidRDefault="00C637DA">
      <w:pPr>
        <w:pStyle w:val="Heading2"/>
      </w:pPr>
      <w:bookmarkStart w:id="2" w:name="_Toc243336672"/>
      <w:r>
        <w:t>1.2 Game Design Direction</w:t>
      </w:r>
      <w:bookmarkEnd w:id="2"/>
    </w:p>
    <w:p w14:paraId="49EAEBDE" w14:textId="77777777" w:rsidR="00501161" w:rsidRDefault="00C637DA">
      <w:pPr>
        <w:ind w:firstLine="720"/>
      </w:pPr>
      <w:r>
        <w:t xml:space="preserve">Project Himmaparn </w:t>
      </w:r>
      <w:r>
        <w:t>เน้นสร้างระบบ Survival Turn-based RPG ที่เป็นพื้นฐานและระบบหลักของเกมให้แน่นที่สุด และเล่นได้จริง รูปแบบการเล่นคือบุกเบิกป่าหิมพานต์จากชั้นนอกสุดเข้าไปหาใจกลาง วาดแผนที่ด้วยตัวเอง และพัฒนาตัวละครให้เก่ง</w:t>
      </w:r>
      <w:r>
        <w:t>ที่สุดในวันและเวลาที่จำกัด ระบบการวาดแผนที่ การเดินแบบตาราง สัตว์ชั้นสูงที่มองเห็นบนแมพ และการพัฒนาตัวละครอ้างอิงแนวทางของ Etrian Odyssey แล้วผสานกับระบบ Survival (Hunger และเส้นตาย 31 วัน) ซึ่งเป็นเอกลักษณ์ของเกมนี้</w:t>
      </w:r>
    </w:p>
    <w:p w14:paraId="54678E0C" w14:textId="77777777" w:rsidR="00501161" w:rsidRDefault="00C637DA">
      <w:pPr>
        <w:pStyle w:val="Heading2"/>
      </w:pPr>
      <w:bookmarkStart w:id="3" w:name="_Toc243336673"/>
      <w:r>
        <w:t>1.3 Design Philosophy</w:t>
      </w:r>
      <w:bookmarkEnd w:id="3"/>
    </w:p>
    <w:p w14:paraId="23C144F8" w14:textId="77777777" w:rsidR="00501161" w:rsidRDefault="00C637DA">
      <w:pPr>
        <w:pStyle w:val="ListBullet"/>
        <w:ind w:left="720"/>
      </w:pPr>
      <w:r>
        <w:rPr>
          <w:b/>
          <w:bCs/>
        </w:rPr>
        <w:t>Survival RPG</w:t>
      </w:r>
      <w:r>
        <w:t xml:space="preserve">: </w:t>
      </w:r>
      <w:r>
        <w:t>รับ</w:t>
      </w:r>
      <w:r>
        <w:t>บทบาทที่ได้รับในเกม และเอาชีวิตรอดให้ได้ มากกว่าการตั้งเป้าหมายเพื่อเก่งที่สุด</w:t>
      </w:r>
    </w:p>
    <w:p w14:paraId="487F9311" w14:textId="77777777" w:rsidR="00501161" w:rsidRDefault="00C637DA">
      <w:pPr>
        <w:pStyle w:val="ListBullet"/>
        <w:ind w:left="720"/>
      </w:pPr>
      <w:r>
        <w:rPr>
          <w:b/>
          <w:bCs/>
        </w:rPr>
        <w:t>Turn-based</w:t>
      </w:r>
      <w:r>
        <w:t xml:space="preserve">: </w:t>
      </w:r>
      <w:r>
        <w:t>ระบบการต่อสู้หลักเป็นการผลัดตาใช้สกิลกับมอนส์เตอร์ ไม่ใช่การต่อสู้แบบเรียลไทม์</w:t>
      </w:r>
    </w:p>
    <w:p w14:paraId="6139DD1F" w14:textId="77777777" w:rsidR="00501161" w:rsidRDefault="00C637DA">
      <w:pPr>
        <w:pStyle w:val="ListBullet"/>
        <w:ind w:left="720"/>
      </w:pPr>
      <w:r>
        <w:rPr>
          <w:b/>
          <w:bCs/>
        </w:rPr>
        <w:t>บริหารทรัพยากร</w:t>
      </w:r>
      <w:r>
        <w:t xml:space="preserve">: </w:t>
      </w:r>
      <w:r>
        <w:t>นอกจากพัฒนาตัวละครแล้ว ผู้เล่นยังต้องหาอาหาร คราฟอาวุธ เลือกคนเข้าปาร์</w:t>
      </w:r>
      <w:r>
        <w:t>ตี้ และบริหารคนในปาร์ตี้</w:t>
      </w:r>
    </w:p>
    <w:p w14:paraId="03E4E853" w14:textId="77777777" w:rsidR="00501161" w:rsidRDefault="00C637DA">
      <w:pPr>
        <w:pStyle w:val="ListBullet"/>
        <w:ind w:left="720"/>
      </w:pPr>
      <w:r>
        <w:rPr>
          <w:b/>
          <w:bCs/>
        </w:rPr>
        <w:t>เขียนแผนที่ด้วยมือ</w:t>
      </w:r>
      <w:r>
        <w:t xml:space="preserve">: </w:t>
      </w:r>
      <w:r>
        <w:t>แผนที่คือสิ่งที่ผู้เล่นสร้างเอง และเป็นเครื่องมือเอาตัวรอดที่สำคัญที่สุด</w:t>
      </w:r>
    </w:p>
    <w:p w14:paraId="7FB16781" w14:textId="77777777" w:rsidR="00501161" w:rsidRDefault="00C637DA">
      <w:pPr>
        <w:pStyle w:val="ListBullet"/>
        <w:ind w:left="720"/>
      </w:pPr>
      <w:r>
        <w:rPr>
          <w:b/>
          <w:bCs/>
        </w:rPr>
        <w:t>ตำนานป่าหิมพานต์</w:t>
      </w:r>
      <w:r>
        <w:t xml:space="preserve">: Theme </w:t>
      </w:r>
      <w:r>
        <w:t>หลักของโลกและศัตรู ส่วนฝั่งผู้เล่นเป็นไทยโบราณแฟนตาซีสมัยอยุธยา</w:t>
      </w:r>
    </w:p>
    <w:p w14:paraId="53DCB846" w14:textId="77777777" w:rsidR="00501161" w:rsidRDefault="00C637DA">
      <w:pPr>
        <w:pStyle w:val="ListBullet"/>
        <w:ind w:left="720"/>
      </w:pPr>
      <w:r>
        <w:rPr>
          <w:b/>
          <w:bCs/>
        </w:rPr>
        <w:t>สำรวจ</w:t>
      </w:r>
      <w:r>
        <w:t xml:space="preserve">: </w:t>
      </w:r>
      <w:r>
        <w:t>ยิ่งสำรวจได้มากในเวลาที่จำกัด ผู้เล่นจะยิ่งเก่งขึ้นในป่ามหาภัยแห่งนี้</w:t>
      </w:r>
    </w:p>
    <w:p w14:paraId="55962B5F" w14:textId="77777777" w:rsidR="00501161" w:rsidRDefault="00C637DA">
      <w:pPr>
        <w:pStyle w:val="Heading2"/>
      </w:pPr>
      <w:bookmarkStart w:id="4" w:name="_Toc243336674"/>
      <w:r>
        <w:lastRenderedPageBreak/>
        <w:t>1.4 Time Duration</w:t>
      </w:r>
      <w:bookmarkEnd w:id="4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7457"/>
      </w:tblGrid>
      <w:tr w:rsidR="00501161" w14:paraId="5D68C57A" w14:textId="77777777">
        <w:trPr>
          <w:tblHeader/>
          <w:jc w:val="center"/>
        </w:trPr>
        <w:tc>
          <w:tcPr>
            <w:tcW w:w="1557" w:type="dxa"/>
            <w:shd w:val="clear" w:color="auto" w:fill="F2F2F2"/>
          </w:tcPr>
          <w:p w14:paraId="7D0AC27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457" w:type="dxa"/>
            <w:shd w:val="clear" w:color="auto" w:fill="F2F2F2"/>
          </w:tcPr>
          <w:p w14:paraId="20D318B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1BD3FE28" w14:textId="77777777">
        <w:trPr>
          <w:jc w:val="center"/>
        </w:trPr>
        <w:tc>
          <w:tcPr>
            <w:tcW w:w="1557" w:type="dxa"/>
          </w:tcPr>
          <w:p w14:paraId="176CC9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วันในเกม</w:t>
            </w:r>
          </w:p>
        </w:tc>
        <w:tc>
          <w:tcPr>
            <w:tcW w:w="7457" w:type="dxa"/>
          </w:tcPr>
          <w:p w14:paraId="438336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6 </w:t>
            </w:r>
            <w:r>
              <w:rPr>
                <w:sz w:val="28"/>
                <w:szCs w:val="28"/>
              </w:rPr>
              <w:t>นาที 24 วินาทีจริง (16 วินาทีต่อชั่วโมงในเกม ขณะสำรวจ)</w:t>
            </w:r>
          </w:p>
        </w:tc>
      </w:tr>
      <w:tr w:rsidR="00501161" w14:paraId="2FAA98CD" w14:textId="77777777">
        <w:trPr>
          <w:jc w:val="center"/>
        </w:trPr>
        <w:tc>
          <w:tcPr>
            <w:tcW w:w="1557" w:type="dxa"/>
          </w:tcPr>
          <w:p w14:paraId="2ECA10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Chapter Deadline</w:t>
            </w:r>
          </w:p>
        </w:tc>
        <w:tc>
          <w:tcPr>
            <w:tcW w:w="7457" w:type="dxa"/>
          </w:tcPr>
          <w:p w14:paraId="18E54C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31 </w:t>
            </w:r>
            <w:r>
              <w:rPr>
                <w:sz w:val="28"/>
                <w:szCs w:val="28"/>
              </w:rPr>
              <w:t>วัน</w:t>
            </w:r>
          </w:p>
        </w:tc>
      </w:tr>
      <w:tr w:rsidR="00501161" w14:paraId="460D3A5B" w14:textId="77777777">
        <w:trPr>
          <w:jc w:val="center"/>
        </w:trPr>
        <w:tc>
          <w:tcPr>
            <w:tcW w:w="1557" w:type="dxa"/>
          </w:tcPr>
          <w:p w14:paraId="3EB4C5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เวลาเล่นต่อ Chapter</w:t>
            </w:r>
          </w:p>
        </w:tc>
        <w:tc>
          <w:tcPr>
            <w:tcW w:w="7457" w:type="dxa"/>
          </w:tcPr>
          <w:p w14:paraId="3812D8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ประมาณ 7–10 ชั่วโมง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รวมสำรวจ ต่อสู้ ค่าย บทสนทนา และไฟต์บอส) ผู้เล่นเก่งอาจใช้น้อยกว่านั้น</w:t>
            </w:r>
          </w:p>
        </w:tc>
      </w:tr>
      <w:tr w:rsidR="00501161" w14:paraId="41500FC6" w14:textId="77777777">
        <w:trPr>
          <w:jc w:val="center"/>
        </w:trPr>
        <w:tc>
          <w:tcPr>
            <w:tcW w:w="1557" w:type="dxa"/>
          </w:tcPr>
          <w:p w14:paraId="048492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 Chapter</w:t>
            </w:r>
          </w:p>
        </w:tc>
        <w:tc>
          <w:tcPr>
            <w:tcW w:w="7457" w:type="dxa"/>
          </w:tcPr>
          <w:p w14:paraId="6D0058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0E6528F7" w14:textId="77777777">
        <w:trPr>
          <w:jc w:val="center"/>
        </w:trPr>
        <w:tc>
          <w:tcPr>
            <w:tcW w:w="1557" w:type="dxa"/>
          </w:tcPr>
          <w:p w14:paraId="377A00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เวลาเล่นทั้งเกม</w:t>
            </w:r>
          </w:p>
        </w:tc>
        <w:tc>
          <w:tcPr>
            <w:tcW w:w="7457" w:type="dxa"/>
          </w:tcPr>
          <w:p w14:paraId="5E7A21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ประมาณ 49–70 ชั่วโมง + Post-game</w:t>
            </w:r>
          </w:p>
        </w:tc>
      </w:tr>
    </w:tbl>
    <w:p w14:paraId="59E134F1" w14:textId="77777777" w:rsidR="00501161" w:rsidRDefault="00501161">
      <w:pPr>
        <w:spacing w:after="40"/>
      </w:pPr>
    </w:p>
    <w:p w14:paraId="2FB8D7A5" w14:textId="77777777" w:rsidR="00501161" w:rsidRDefault="00C637DA">
      <w:r>
        <w:rPr>
          <w:color w:val="555555"/>
          <w:sz w:val="26"/>
          <w:szCs w:val="26"/>
        </w:rPr>
        <w:t>รายละเอียดเวลาในเกม เวลาของแต่ละ Action และการคำนวณ Time Budget อยู่ที่ Section 9.2</w:t>
      </w:r>
    </w:p>
    <w:p w14:paraId="6135A377" w14:textId="77777777" w:rsidR="00501161" w:rsidRDefault="00C637DA">
      <w:pPr>
        <w:pStyle w:val="Heading1"/>
        <w:pageBreakBefore/>
      </w:pPr>
      <w:bookmarkStart w:id="5" w:name="_Toc243336675"/>
      <w:r>
        <w:lastRenderedPageBreak/>
        <w:t>2. Game Loop</w:t>
      </w:r>
      <w:bookmarkEnd w:id="5"/>
    </w:p>
    <w:p w14:paraId="61CCF3DB" w14:textId="77777777" w:rsidR="00501161" w:rsidRDefault="00C637DA">
      <w:pPr>
        <w:pStyle w:val="Heading2"/>
      </w:pPr>
      <w:bookmarkStart w:id="6" w:name="_Toc243336676"/>
      <w:r>
        <w:t>2.1 Game Flow</w:t>
      </w:r>
      <w:bookmarkEnd w:id="6"/>
    </w:p>
    <w:p w14:paraId="0EB3FA6B" w14:textId="77777777" w:rsidR="00501161" w:rsidRDefault="00C637DA">
      <w:pPr>
        <w:ind w:left="720" w:hanging="340"/>
      </w:pPr>
      <w:r>
        <w:t xml:space="preserve">1.  </w:t>
      </w:r>
      <w:r>
        <w:rPr>
          <w:b/>
          <w:bCs/>
        </w:rPr>
        <w:t>เลือกคนเข้าปาร์ตี้</w:t>
      </w:r>
      <w:r>
        <w:t xml:space="preserve">: </w:t>
      </w:r>
      <w:r>
        <w:t>ในฐานะหัวหน้าหน่วยคุ้มกัน ผู้เล่นคัดคนจากกองทหารเข้าปาร์ตี้ 3 คน (Prologue ฉาก 0)</w:t>
      </w:r>
    </w:p>
    <w:p w14:paraId="299A96E4" w14:textId="77777777" w:rsidR="00501161" w:rsidRDefault="00C637DA">
      <w:pPr>
        <w:ind w:left="720" w:hanging="340"/>
      </w:pPr>
      <w:r>
        <w:t xml:space="preserve">2.  </w:t>
      </w:r>
      <w:r>
        <w:rPr>
          <w:b/>
          <w:bCs/>
        </w:rPr>
        <w:t xml:space="preserve">Tutorial </w:t>
      </w:r>
      <w:r>
        <w:rPr>
          <w:b/>
          <w:bCs/>
        </w:rPr>
        <w:t>สอนระบบต่างๆ ในค่าย</w:t>
      </w:r>
      <w:r>
        <w:t xml:space="preserve"> (Section 10): </w:t>
      </w:r>
      <w:r>
        <w:t>ทำเนียบอาสา (หาคนเข้าปาร์ตี้เพิ่ม), เรือนหมอหลวง (รักษา/ปรุงยา), โรงตีเหล็ก (คราฟอาวุธ/เกราะ), ห้างเถ้า</w:t>
      </w:r>
      <w:r>
        <w:t>แก่ฮง (ซื้อขาย), ครัวไฟ (อาหาร/เควสย่อย), เรือนราชทูต (ภารกิจหลัก), หอบันทึก (เควสแผนที่), ศาลาพระ (นอนและเซฟ)</w:t>
      </w:r>
    </w:p>
    <w:p w14:paraId="2A9B6F43" w14:textId="77777777" w:rsidR="00501161" w:rsidRDefault="00C637DA">
      <w:pPr>
        <w:ind w:left="720" w:hanging="340"/>
      </w:pPr>
      <w:r>
        <w:t xml:space="preserve">3.  </w:t>
      </w:r>
      <w:r>
        <w:rPr>
          <w:b/>
          <w:bCs/>
        </w:rPr>
        <w:t>เข้าป่า</w:t>
      </w:r>
      <w:r>
        <w:t xml:space="preserve">: </w:t>
      </w:r>
      <w:r>
        <w:t>สอนระบบ Map, Day และการเดินเฉพาะวันแรก จากนั้นสำรวจแมพ วาดแผนที่ เก็บทรัพยากร สั่งสมประสบการณ์ แล้วกลับค่ายเมื่อ Hunger หรือ HP/MP ใ</w:t>
      </w:r>
      <w:r>
        <w:t>กล้หมด</w:t>
      </w:r>
    </w:p>
    <w:p w14:paraId="28082D4A" w14:textId="77777777" w:rsidR="00501161" w:rsidRDefault="00C637DA">
      <w:pPr>
        <w:ind w:left="720" w:hanging="340"/>
      </w:pPr>
      <w:r>
        <w:t xml:space="preserve">4.  </w:t>
      </w:r>
      <w:r>
        <w:rPr>
          <w:b/>
          <w:bCs/>
        </w:rPr>
        <w:t>วนข้อ 2–3</w:t>
      </w:r>
      <w:r>
        <w:t xml:space="preserve"> </w:t>
      </w:r>
      <w:r>
        <w:t>จนถึงวันที่ 31 บอสปรากฏ (หรือท้าบอสก่อนกำหนดเมื่อไปถึงห้องบอส)</w:t>
      </w:r>
    </w:p>
    <w:p w14:paraId="5CBE4274" w14:textId="77777777" w:rsidR="00501161" w:rsidRDefault="00C637DA">
      <w:pPr>
        <w:ind w:left="720" w:hanging="340"/>
      </w:pPr>
      <w:r>
        <w:t xml:space="preserve">5.  </w:t>
      </w:r>
      <w:r>
        <w:rPr>
          <w:b/>
          <w:bCs/>
        </w:rPr>
        <w:t>จัดการบอสได้</w:t>
      </w:r>
      <w:r>
        <w:t xml:space="preserve">: </w:t>
      </w:r>
      <w:r>
        <w:t>เนื้อเรื่องดำเนิน ค่ายย้ายเข้าไปลึกขึ้น แมพใหม่ปรากฏ ตัวนับวันเริ่มใหม่</w:t>
      </w:r>
    </w:p>
    <w:p w14:paraId="0A083C6D" w14:textId="77777777" w:rsidR="00501161" w:rsidRDefault="00C637DA">
      <w:pPr>
        <w:ind w:left="720" w:hanging="340"/>
      </w:pPr>
      <w:r>
        <w:t xml:space="preserve">6.  </w:t>
      </w:r>
      <w:r>
        <w:rPr>
          <w:b/>
          <w:bCs/>
        </w:rPr>
        <w:t>วน Loop</w:t>
      </w:r>
      <w:r>
        <w:t xml:space="preserve">: </w:t>
      </w:r>
      <w:r>
        <w:t>กลับไปขั้นตอนที่ 2 จนจบ Chapter 7</w:t>
      </w:r>
    </w:p>
    <w:p w14:paraId="7902E4BB" w14:textId="77777777" w:rsidR="00501161" w:rsidRDefault="00C637DA">
      <w:pPr>
        <w:ind w:left="720" w:hanging="340"/>
      </w:pPr>
      <w:r>
        <w:t xml:space="preserve">7.  </w:t>
      </w:r>
      <w:r>
        <w:rPr>
          <w:b/>
          <w:bCs/>
        </w:rPr>
        <w:t>จบเกม</w:t>
      </w:r>
      <w:r>
        <w:t xml:space="preserve">: </w:t>
      </w:r>
      <w:r>
        <w:t>จบเกมในฉากจบแบบต่างๆ</w:t>
      </w:r>
    </w:p>
    <w:p w14:paraId="7F0DD08B" w14:textId="77777777" w:rsidR="00501161" w:rsidRDefault="00C637DA">
      <w:pPr>
        <w:pStyle w:val="Heading2"/>
      </w:pPr>
      <w:bookmarkStart w:id="7" w:name="_Toc243336677"/>
      <w:r>
        <w:t>2.2</w:t>
      </w:r>
      <w:r>
        <w:t xml:space="preserve"> Key Rules</w:t>
      </w:r>
      <w:bookmarkEnd w:id="7"/>
    </w:p>
    <w:p w14:paraId="50065304" w14:textId="77777777" w:rsidR="00501161" w:rsidRDefault="00C637DA">
      <w:pPr>
        <w:pStyle w:val="ListBullet"/>
        <w:ind w:left="720"/>
      </w:pPr>
      <w:r>
        <w:rPr>
          <w:b/>
          <w:bCs/>
        </w:rPr>
        <w:t>เลือกคนเข้าปาร์ตี้กี่ครั้งก็ได้ แต่จ้างคนใหม่ต้องใช้เงิน</w:t>
      </w:r>
      <w:r>
        <w:t xml:space="preserve">: </w:t>
      </w:r>
      <w:r>
        <w:t>กลับค่ายแล้วจัดปาร์ตี้ใหม่หรือจ้างคนใหม่ได้ (Section 10.1)</w:t>
      </w:r>
    </w:p>
    <w:p w14:paraId="1DAB974C" w14:textId="77777777" w:rsidR="00501161" w:rsidRDefault="00C637DA">
      <w:pPr>
        <w:pStyle w:val="ListBullet"/>
        <w:ind w:left="720"/>
      </w:pPr>
      <w:r>
        <w:rPr>
          <w:b/>
          <w:bCs/>
        </w:rPr>
        <w:t>ห้ามอาชีพซ้ำในปาร์ตี้</w:t>
      </w:r>
      <w:r>
        <w:t xml:space="preserve">: 6 </w:t>
      </w:r>
      <w:r>
        <w:t>อาชีพ 3 ที่นั่ง</w:t>
      </w:r>
    </w:p>
    <w:p w14:paraId="5AD80617" w14:textId="77777777" w:rsidR="00501161" w:rsidRDefault="00C637DA">
      <w:pPr>
        <w:pStyle w:val="ListBullet"/>
        <w:ind w:left="720"/>
      </w:pPr>
      <w:r>
        <w:rPr>
          <w:b/>
          <w:bCs/>
        </w:rPr>
        <w:t>อาวุธเฉพาะแต่ละอาชีพ</w:t>
      </w:r>
      <w:r>
        <w:t xml:space="preserve">: </w:t>
      </w:r>
      <w:r>
        <w:t>แต่ละอาชีพใช้อาวุธและชุดเกราะได้เฉพาะชนิดของตัวเอง</w:t>
      </w:r>
    </w:p>
    <w:p w14:paraId="2C6E8523" w14:textId="77777777" w:rsidR="00501161" w:rsidRDefault="00C637DA">
      <w:pPr>
        <w:pStyle w:val="ListBullet"/>
        <w:ind w:left="720"/>
      </w:pPr>
      <w:r>
        <w:rPr>
          <w:b/>
          <w:bCs/>
        </w:rPr>
        <w:t xml:space="preserve">ใช้ค่า Hunger </w:t>
      </w:r>
      <w:r>
        <w:rPr>
          <w:b/>
          <w:bCs/>
        </w:rPr>
        <w:t>ในการเดิน</w:t>
      </w:r>
      <w:r>
        <w:t xml:space="preserve">: </w:t>
      </w:r>
      <w:r>
        <w:t>ทุกก้าวกิน Hunger 1 หน่วย ถ้า Hunger หมดจะเสีย HP คนในปาร์ตี้แทน (5% Max HP ต่อก้าว)</w:t>
      </w:r>
    </w:p>
    <w:p w14:paraId="26F64EF5" w14:textId="77777777" w:rsidR="00501161" w:rsidRDefault="00C637DA">
      <w:pPr>
        <w:pStyle w:val="ListBullet"/>
        <w:ind w:left="720"/>
      </w:pPr>
      <w:r>
        <w:rPr>
          <w:b/>
          <w:bCs/>
        </w:rPr>
        <w:t>เวลา</w:t>
      </w:r>
      <w:r>
        <w:t xml:space="preserve">: </w:t>
      </w:r>
      <w:r>
        <w:t>เกมมีระบบ Day Night Cycle เดินแบบเวลาจริงขณะสำรวจ แอคชั่นในค่ายกินเวลาตามตาราง เมื่อครบ 31 วันเนื้อเรื่องดำเนินต่อ</w:t>
      </w:r>
    </w:p>
    <w:p w14:paraId="523FCC2B" w14:textId="77777777" w:rsidR="00501161" w:rsidRDefault="00C637DA">
      <w:pPr>
        <w:pStyle w:val="ListBullet"/>
        <w:ind w:left="720"/>
      </w:pPr>
      <w:r>
        <w:rPr>
          <w:b/>
          <w:bCs/>
        </w:rPr>
        <w:t>Level</w:t>
      </w:r>
      <w:r>
        <w:t xml:space="preserve">: </w:t>
      </w:r>
      <w:r>
        <w:t>ตัวละครทุกตัวมีเลเวลของตัวเอง เมื่อเลเวลอัพ Stat เพิ่มเองตามอาชีพ และได้ Skill Point 1 แต้มไปอัพสกิล</w:t>
      </w:r>
    </w:p>
    <w:p w14:paraId="74886C2D" w14:textId="77777777" w:rsidR="00501161" w:rsidRDefault="00C637DA">
      <w:pPr>
        <w:pStyle w:val="ListBullet"/>
        <w:ind w:left="720"/>
      </w:pPr>
      <w:r>
        <w:rPr>
          <w:b/>
          <w:bCs/>
        </w:rPr>
        <w:t>แผนที่</w:t>
      </w:r>
      <w:r>
        <w:t xml:space="preserve">: </w:t>
      </w:r>
      <w:r>
        <w:t>แผนที่ไม่สุ่ม ออกแบบตามเนื้อเรื่อง แต่ผู้เล่นต้องวาดแผนที่เองเพื่อรู้ว่าตัวเองอยู่ตรงไหน</w:t>
      </w:r>
    </w:p>
    <w:p w14:paraId="30AB0365" w14:textId="77777777" w:rsidR="00501161" w:rsidRDefault="00C637DA">
      <w:pPr>
        <w:pStyle w:val="ListBullet"/>
        <w:ind w:left="720"/>
      </w:pPr>
      <w:r>
        <w:rPr>
          <w:b/>
          <w:bCs/>
        </w:rPr>
        <w:t>การคราฟอาวุธ/เกราะ/เครื่องราง/อาหาร</w:t>
      </w:r>
      <w:r>
        <w:t xml:space="preserve">: </w:t>
      </w:r>
      <w:r>
        <w:t>ใช้วัตถุดิบที่กำหนดเท</w:t>
      </w:r>
      <w:r>
        <w:t>่านั้น</w:t>
      </w:r>
    </w:p>
    <w:p w14:paraId="2BADF5B6" w14:textId="77777777" w:rsidR="00501161" w:rsidRDefault="00C637DA">
      <w:pPr>
        <w:pStyle w:val="ListBullet"/>
        <w:ind w:left="720"/>
      </w:pPr>
      <w:r>
        <w:rPr>
          <w:b/>
          <w:bCs/>
        </w:rPr>
        <w:t>เซฟได้ที่ค่ายเท่านั้น</w:t>
      </w:r>
    </w:p>
    <w:p w14:paraId="4BB80D8D" w14:textId="77777777" w:rsidR="00501161" w:rsidRDefault="00C637DA">
      <w:pPr>
        <w:pStyle w:val="Heading2"/>
      </w:pPr>
      <w:bookmarkStart w:id="8" w:name="_Toc243336678"/>
      <w:r>
        <w:lastRenderedPageBreak/>
        <w:t>2.3 Win / Loss Condition</w:t>
      </w:r>
      <w:bookmarkEnd w:id="8"/>
    </w:p>
    <w:p w14:paraId="6EECAA2B" w14:textId="77777777" w:rsidR="00501161" w:rsidRDefault="00C637DA">
      <w:pPr>
        <w:pStyle w:val="ListBullet"/>
        <w:ind w:left="720"/>
      </w:pPr>
      <w:r>
        <w:rPr>
          <w:b/>
          <w:bCs/>
        </w:rPr>
        <w:t>Game Over</w:t>
      </w:r>
      <w:r>
        <w:t xml:space="preserve">: </w:t>
      </w:r>
      <w:r>
        <w:t>ตัวละครในปาร์ตี้ตายหมดในป่า หรือแพ้บอส ถือว่าเกมโอเวอร์ ต้องเล่นใหม่จากเซฟล่าสุด</w:t>
      </w:r>
    </w:p>
    <w:p w14:paraId="08492C8F" w14:textId="77777777" w:rsidR="00501161" w:rsidRDefault="00C637DA">
      <w:pPr>
        <w:pStyle w:val="ListBullet"/>
        <w:ind w:left="720"/>
      </w:pPr>
      <w:r>
        <w:rPr>
          <w:b/>
          <w:bCs/>
        </w:rPr>
        <w:t>HP</w:t>
      </w:r>
      <w:r>
        <w:t xml:space="preserve">: </w:t>
      </w:r>
      <w:r>
        <w:t>ชนะมอนส์เตอร์เมื่อทำให้ HP ของมอนส์เตอร์ทุกตัวหมดเท่านั้น (หรือหนีสำเร็จ)</w:t>
      </w:r>
    </w:p>
    <w:p w14:paraId="7A3F2404" w14:textId="77777777" w:rsidR="00501161" w:rsidRDefault="00C637DA">
      <w:pPr>
        <w:pStyle w:val="ListBullet"/>
        <w:ind w:left="720"/>
      </w:pPr>
      <w:r>
        <w:rPr>
          <w:b/>
          <w:bCs/>
        </w:rPr>
        <w:t>เนื้อเรื่อง</w:t>
      </w:r>
      <w:r>
        <w:t xml:space="preserve">: </w:t>
      </w:r>
      <w:r>
        <w:t>เกมนี้เป็นเกมเนื้อเ</w:t>
      </w:r>
      <w:r>
        <w:t>รื่อง การจบเกมคือเล่นจนจบเนื้อเรื่อง Chapter 7</w:t>
      </w:r>
    </w:p>
    <w:p w14:paraId="6355A4E3" w14:textId="77777777" w:rsidR="00501161" w:rsidRDefault="00C637DA">
      <w:pPr>
        <w:pStyle w:val="Heading2"/>
      </w:pPr>
      <w:bookmarkStart w:id="9" w:name="_Toc243336679"/>
      <w:r>
        <w:t>2.4 Future Consideration</w:t>
      </w:r>
      <w:bookmarkEnd w:id="9"/>
    </w:p>
    <w:p w14:paraId="67A386FB" w14:textId="77777777" w:rsidR="00501161" w:rsidRDefault="00C637DA">
      <w:pPr>
        <w:pStyle w:val="ListBullet"/>
        <w:ind w:left="720"/>
      </w:pPr>
      <w:r>
        <w:t>อัพเดทเนื้อเรื่อง</w:t>
      </w:r>
    </w:p>
    <w:p w14:paraId="077E4851" w14:textId="77777777" w:rsidR="00501161" w:rsidRDefault="00C637DA">
      <w:pPr>
        <w:pStyle w:val="ListBullet"/>
        <w:ind w:left="720"/>
      </w:pPr>
      <w:r>
        <w:t>อัพเดทมอนส์เตอร์</w:t>
      </w:r>
    </w:p>
    <w:p w14:paraId="12A90BF1" w14:textId="77777777" w:rsidR="00501161" w:rsidRDefault="00C637DA">
      <w:pPr>
        <w:pStyle w:val="ListBullet"/>
        <w:ind w:left="720"/>
      </w:pPr>
      <w:r>
        <w:t>ระบบเกษียณ (Retire) แบบ Etrian Odyssey: ตัวละครเลเวลสูงเกษียณแล้วสร้างตัวใหม่ที่มีโบนัส Stat</w:t>
      </w:r>
    </w:p>
    <w:p w14:paraId="7A3BDF15" w14:textId="77777777" w:rsidR="00501161" w:rsidRDefault="00C637DA">
      <w:pPr>
        <w:pStyle w:val="ListBullet"/>
        <w:ind w:left="720"/>
      </w:pPr>
      <w:r>
        <w:t xml:space="preserve">New Game+ </w:t>
      </w:r>
      <w:r>
        <w:t>และเนื้อหาหลังจบเกม (Lv 90–99)</w:t>
      </w:r>
    </w:p>
    <w:p w14:paraId="65EA3438" w14:textId="77777777" w:rsidR="00501161" w:rsidRDefault="00C637DA">
      <w:pPr>
        <w:pStyle w:val="Heading1"/>
        <w:pageBreakBefore/>
      </w:pPr>
      <w:bookmarkStart w:id="10" w:name="_Toc243336680"/>
      <w:r>
        <w:lastRenderedPageBreak/>
        <w:t xml:space="preserve">3. </w:t>
      </w:r>
      <w:r>
        <w:t>Character Level &amp; EXP System</w:t>
      </w:r>
      <w:bookmarkEnd w:id="10"/>
    </w:p>
    <w:p w14:paraId="64E23177" w14:textId="77777777" w:rsidR="00501161" w:rsidRDefault="00C637DA">
      <w:pPr>
        <w:pStyle w:val="Heading2"/>
      </w:pPr>
      <w:bookmarkStart w:id="11" w:name="_Toc243336681"/>
      <w:r>
        <w:t>3.1 Overview</w:t>
      </w:r>
      <w:bookmarkEnd w:id="11"/>
    </w:p>
    <w:p w14:paraId="54909C5D" w14:textId="77777777" w:rsidR="00501161" w:rsidRDefault="00C637DA">
      <w:pPr>
        <w:ind w:firstLine="720"/>
      </w:pPr>
      <w:r>
        <w:t xml:space="preserve">EXP </w:t>
      </w:r>
      <w:r>
        <w:t>ได้รับจากการกำจัดศัตรู ตัวละครที่มีชีวิตอยู่ในปาร์ตี้ตอนจบการต่อสู้จะได้ EXP เต็มจำนวนทุกคน (ไม่หาร) แต่แยกเลเวลกันเป็นรายตัว เมื่อเลเวลอัพ Stat ทุกค่าจะเพิ่มขึ้นเองตามอาชีพ และได้รับ Skill Point 1 หน่วยไปอัพสก</w:t>
      </w:r>
      <w:r>
        <w:t>ิล ทุกตัวละครเริ่มที่เลเวล 1 พร้อม Skill Point เริ่มต้น 3 หน่วย และทุกการเลเวลอัพจะใช้ EXP มากขึ้น</w:t>
      </w:r>
    </w:p>
    <w:p w14:paraId="4ACB7879" w14:textId="77777777" w:rsidR="00501161" w:rsidRDefault="00C637DA">
      <w:pPr>
        <w:pStyle w:val="Heading2"/>
      </w:pPr>
      <w:bookmarkStart w:id="12" w:name="_Toc243336682"/>
      <w:r>
        <w:t>3.2 EXP Gain</w:t>
      </w:r>
      <w:bookmarkEnd w:id="12"/>
    </w:p>
    <w:p w14:paraId="7AD987E1" w14:textId="77777777" w:rsidR="00501161" w:rsidRDefault="00C637DA">
      <w:pPr>
        <w:ind w:firstLine="720"/>
      </w:pPr>
      <w:r>
        <w:t xml:space="preserve">EXP </w:t>
      </w:r>
      <w:r>
        <w:t xml:space="preserve">ที่ต้องใช้จาก Level L ไป L+1 = (L+1)³ − L³ = </w:t>
      </w:r>
      <w:r>
        <w:rPr>
          <w:b/>
          <w:bCs/>
        </w:rPr>
        <w:t>3L² + 3L + 1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0"/>
        <w:gridCol w:w="1275"/>
        <w:gridCol w:w="1731"/>
        <w:gridCol w:w="2459"/>
        <w:gridCol w:w="1548"/>
        <w:gridCol w:w="1000"/>
      </w:tblGrid>
      <w:tr w:rsidR="00501161" w14:paraId="4E0F1D46" w14:textId="77777777">
        <w:trPr>
          <w:tblHeader/>
          <w:jc w:val="center"/>
        </w:trPr>
        <w:tc>
          <w:tcPr>
            <w:tcW w:w="1000" w:type="dxa"/>
            <w:shd w:val="clear" w:color="auto" w:fill="F2F2F2"/>
          </w:tcPr>
          <w:p w14:paraId="063EBF5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Level</w:t>
            </w:r>
          </w:p>
        </w:tc>
        <w:tc>
          <w:tcPr>
            <w:tcW w:w="1275" w:type="dxa"/>
            <w:shd w:val="clear" w:color="auto" w:fill="F2F2F2"/>
          </w:tcPr>
          <w:p w14:paraId="303F6F8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Total EXP </w:t>
            </w:r>
            <w:r>
              <w:rPr>
                <w:b/>
                <w:bCs/>
                <w:sz w:val="28"/>
                <w:szCs w:val="28"/>
              </w:rPr>
              <w:t>สะสม</w:t>
            </w:r>
          </w:p>
        </w:tc>
        <w:tc>
          <w:tcPr>
            <w:tcW w:w="1731" w:type="dxa"/>
            <w:shd w:val="clear" w:color="auto" w:fill="F2F2F2"/>
          </w:tcPr>
          <w:p w14:paraId="0CA58E3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EXP </w:t>
            </w:r>
            <w:r>
              <w:rPr>
                <w:b/>
                <w:bCs/>
                <w:sz w:val="28"/>
                <w:szCs w:val="28"/>
              </w:rPr>
              <w:t>ต้องใช้เลเวลนี้</w:t>
            </w:r>
          </w:p>
        </w:tc>
        <w:tc>
          <w:tcPr>
            <w:tcW w:w="2459" w:type="dxa"/>
            <w:shd w:val="clear" w:color="auto" w:fill="F2F2F2"/>
          </w:tcPr>
          <w:p w14:paraId="464DB27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EXP </w:t>
            </w:r>
            <w:r>
              <w:rPr>
                <w:b/>
                <w:bCs/>
                <w:sz w:val="28"/>
                <w:szCs w:val="28"/>
              </w:rPr>
              <w:t>มอนส์ Lv เดียวกัน (÷15)</w:t>
            </w:r>
          </w:p>
        </w:tc>
        <w:tc>
          <w:tcPr>
            <w:tcW w:w="1548" w:type="dxa"/>
            <w:shd w:val="clear" w:color="auto" w:fill="F2F2F2"/>
          </w:tcPr>
          <w:p w14:paraId="2DC45AF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สัตว์ชั้นสูง </w:t>
            </w:r>
            <w:r>
              <w:rPr>
                <w:b/>
                <w:bCs/>
                <w:sz w:val="28"/>
                <w:szCs w:val="28"/>
              </w:rPr>
              <w:t>(×3)</w:t>
            </w:r>
          </w:p>
        </w:tc>
        <w:tc>
          <w:tcPr>
            <w:tcW w:w="1000" w:type="dxa"/>
            <w:shd w:val="clear" w:color="auto" w:fill="F2F2F2"/>
          </w:tcPr>
          <w:p w14:paraId="60E1B5F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บอส (×8)</w:t>
            </w:r>
          </w:p>
        </w:tc>
      </w:tr>
      <w:tr w:rsidR="00501161" w14:paraId="42E9CAA1" w14:textId="77777777">
        <w:trPr>
          <w:jc w:val="center"/>
        </w:trPr>
        <w:tc>
          <w:tcPr>
            <w:tcW w:w="1000" w:type="dxa"/>
          </w:tcPr>
          <w:p w14:paraId="34E2DE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14:paraId="7E6C4C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31" w:type="dxa"/>
          </w:tcPr>
          <w:p w14:paraId="1BC42B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59" w:type="dxa"/>
          </w:tcPr>
          <w:p w14:paraId="4FBF1E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14:paraId="7212CC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14:paraId="5648D3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3D63F65D" w14:textId="77777777">
        <w:trPr>
          <w:jc w:val="center"/>
        </w:trPr>
        <w:tc>
          <w:tcPr>
            <w:tcW w:w="1000" w:type="dxa"/>
          </w:tcPr>
          <w:p w14:paraId="1E0F51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14:paraId="4CBAC6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1731" w:type="dxa"/>
          </w:tcPr>
          <w:p w14:paraId="3464E8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2459" w:type="dxa"/>
          </w:tcPr>
          <w:p w14:paraId="1E36DC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48" w:type="dxa"/>
          </w:tcPr>
          <w:p w14:paraId="39AC2D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00" w:type="dxa"/>
          </w:tcPr>
          <w:p w14:paraId="1D5ABF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49</w:t>
            </w:r>
          </w:p>
        </w:tc>
      </w:tr>
      <w:tr w:rsidR="00501161" w14:paraId="2FE28F3A" w14:textId="77777777">
        <w:trPr>
          <w:jc w:val="center"/>
        </w:trPr>
        <w:tc>
          <w:tcPr>
            <w:tcW w:w="1000" w:type="dxa"/>
          </w:tcPr>
          <w:p w14:paraId="3EEF14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14:paraId="74EA58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1,000</w:t>
            </w:r>
          </w:p>
        </w:tc>
        <w:tc>
          <w:tcPr>
            <w:tcW w:w="1731" w:type="dxa"/>
          </w:tcPr>
          <w:p w14:paraId="5D4511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331</w:t>
            </w:r>
          </w:p>
        </w:tc>
        <w:tc>
          <w:tcPr>
            <w:tcW w:w="2459" w:type="dxa"/>
          </w:tcPr>
          <w:p w14:paraId="3DC52D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548" w:type="dxa"/>
          </w:tcPr>
          <w:p w14:paraId="506EDA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1000" w:type="dxa"/>
          </w:tcPr>
          <w:p w14:paraId="47D420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177</w:t>
            </w:r>
          </w:p>
        </w:tc>
      </w:tr>
      <w:tr w:rsidR="00501161" w14:paraId="7ED663BE" w14:textId="77777777">
        <w:trPr>
          <w:jc w:val="center"/>
        </w:trPr>
        <w:tc>
          <w:tcPr>
            <w:tcW w:w="1000" w:type="dxa"/>
          </w:tcPr>
          <w:p w14:paraId="219D5E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5" w:type="dxa"/>
          </w:tcPr>
          <w:p w14:paraId="2D485B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8,000</w:t>
            </w:r>
          </w:p>
        </w:tc>
        <w:tc>
          <w:tcPr>
            <w:tcW w:w="1731" w:type="dxa"/>
          </w:tcPr>
          <w:p w14:paraId="4BDC5B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1,261</w:t>
            </w:r>
          </w:p>
        </w:tc>
        <w:tc>
          <w:tcPr>
            <w:tcW w:w="2459" w:type="dxa"/>
          </w:tcPr>
          <w:p w14:paraId="5FA764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1548" w:type="dxa"/>
          </w:tcPr>
          <w:p w14:paraId="33D2DF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252</w:t>
            </w:r>
          </w:p>
        </w:tc>
        <w:tc>
          <w:tcPr>
            <w:tcW w:w="1000" w:type="dxa"/>
          </w:tcPr>
          <w:p w14:paraId="3BD1E8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673</w:t>
            </w:r>
          </w:p>
        </w:tc>
      </w:tr>
      <w:tr w:rsidR="00501161" w14:paraId="37CEFC40" w14:textId="77777777">
        <w:trPr>
          <w:jc w:val="center"/>
        </w:trPr>
        <w:tc>
          <w:tcPr>
            <w:tcW w:w="1000" w:type="dxa"/>
          </w:tcPr>
          <w:p w14:paraId="01BD68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5" w:type="dxa"/>
          </w:tcPr>
          <w:p w14:paraId="5A5F20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27,000</w:t>
            </w:r>
          </w:p>
        </w:tc>
        <w:tc>
          <w:tcPr>
            <w:tcW w:w="1731" w:type="dxa"/>
          </w:tcPr>
          <w:p w14:paraId="0E5DE1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2,791</w:t>
            </w:r>
          </w:p>
        </w:tc>
        <w:tc>
          <w:tcPr>
            <w:tcW w:w="2459" w:type="dxa"/>
          </w:tcPr>
          <w:p w14:paraId="42A78E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186</w:t>
            </w:r>
          </w:p>
        </w:tc>
        <w:tc>
          <w:tcPr>
            <w:tcW w:w="1548" w:type="dxa"/>
          </w:tcPr>
          <w:p w14:paraId="312015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558</w:t>
            </w:r>
          </w:p>
        </w:tc>
        <w:tc>
          <w:tcPr>
            <w:tcW w:w="1000" w:type="dxa"/>
          </w:tcPr>
          <w:p w14:paraId="36DF83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1,489</w:t>
            </w:r>
          </w:p>
        </w:tc>
      </w:tr>
      <w:tr w:rsidR="00501161" w14:paraId="0D53CC6C" w14:textId="77777777">
        <w:trPr>
          <w:jc w:val="center"/>
        </w:trPr>
        <w:tc>
          <w:tcPr>
            <w:tcW w:w="1000" w:type="dxa"/>
          </w:tcPr>
          <w:p w14:paraId="1AAFFB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5" w:type="dxa"/>
          </w:tcPr>
          <w:p w14:paraId="6C4B10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64,000</w:t>
            </w:r>
          </w:p>
        </w:tc>
        <w:tc>
          <w:tcPr>
            <w:tcW w:w="1731" w:type="dxa"/>
          </w:tcPr>
          <w:p w14:paraId="16B1BB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4,921</w:t>
            </w:r>
          </w:p>
        </w:tc>
        <w:tc>
          <w:tcPr>
            <w:tcW w:w="2459" w:type="dxa"/>
          </w:tcPr>
          <w:p w14:paraId="3B70F08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328</w:t>
            </w:r>
          </w:p>
        </w:tc>
        <w:tc>
          <w:tcPr>
            <w:tcW w:w="1548" w:type="dxa"/>
          </w:tcPr>
          <w:p w14:paraId="76C895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984</w:t>
            </w:r>
          </w:p>
        </w:tc>
        <w:tc>
          <w:tcPr>
            <w:tcW w:w="1000" w:type="dxa"/>
          </w:tcPr>
          <w:p w14:paraId="0824F8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2,625</w:t>
            </w:r>
          </w:p>
        </w:tc>
      </w:tr>
      <w:tr w:rsidR="00501161" w14:paraId="767EA8EA" w14:textId="77777777">
        <w:trPr>
          <w:jc w:val="center"/>
        </w:trPr>
        <w:tc>
          <w:tcPr>
            <w:tcW w:w="1000" w:type="dxa"/>
          </w:tcPr>
          <w:p w14:paraId="62D60E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275" w:type="dxa"/>
          </w:tcPr>
          <w:p w14:paraId="48FDA2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125,000</w:t>
            </w:r>
          </w:p>
        </w:tc>
        <w:tc>
          <w:tcPr>
            <w:tcW w:w="1731" w:type="dxa"/>
          </w:tcPr>
          <w:p w14:paraId="454602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7,651</w:t>
            </w:r>
          </w:p>
        </w:tc>
        <w:tc>
          <w:tcPr>
            <w:tcW w:w="2459" w:type="dxa"/>
          </w:tcPr>
          <w:p w14:paraId="29DA20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548" w:type="dxa"/>
          </w:tcPr>
          <w:p w14:paraId="3017AC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1,530</w:t>
            </w:r>
          </w:p>
        </w:tc>
        <w:tc>
          <w:tcPr>
            <w:tcW w:w="1000" w:type="dxa"/>
          </w:tcPr>
          <w:p w14:paraId="175016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4,081</w:t>
            </w:r>
          </w:p>
        </w:tc>
      </w:tr>
      <w:tr w:rsidR="00501161" w14:paraId="404FFCF4" w14:textId="77777777">
        <w:trPr>
          <w:jc w:val="center"/>
        </w:trPr>
        <w:tc>
          <w:tcPr>
            <w:tcW w:w="1000" w:type="dxa"/>
          </w:tcPr>
          <w:p w14:paraId="74231C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75" w:type="dxa"/>
          </w:tcPr>
          <w:p w14:paraId="021AB7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216,000</w:t>
            </w:r>
          </w:p>
        </w:tc>
        <w:tc>
          <w:tcPr>
            <w:tcW w:w="1731" w:type="dxa"/>
          </w:tcPr>
          <w:p w14:paraId="560DC4C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10,981</w:t>
            </w:r>
          </w:p>
        </w:tc>
        <w:tc>
          <w:tcPr>
            <w:tcW w:w="2459" w:type="dxa"/>
          </w:tcPr>
          <w:p w14:paraId="6941DD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732</w:t>
            </w:r>
          </w:p>
        </w:tc>
        <w:tc>
          <w:tcPr>
            <w:tcW w:w="1548" w:type="dxa"/>
          </w:tcPr>
          <w:p w14:paraId="1EDD7F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2,196</w:t>
            </w:r>
          </w:p>
        </w:tc>
        <w:tc>
          <w:tcPr>
            <w:tcW w:w="1000" w:type="dxa"/>
          </w:tcPr>
          <w:p w14:paraId="326AA5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5,857</w:t>
            </w:r>
          </w:p>
        </w:tc>
      </w:tr>
      <w:tr w:rsidR="00501161" w14:paraId="7566DC89" w14:textId="77777777">
        <w:trPr>
          <w:jc w:val="center"/>
        </w:trPr>
        <w:tc>
          <w:tcPr>
            <w:tcW w:w="1000" w:type="dxa"/>
          </w:tcPr>
          <w:p w14:paraId="57A7E0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275" w:type="dxa"/>
          </w:tcPr>
          <w:p w14:paraId="5E54C4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343,000</w:t>
            </w:r>
          </w:p>
        </w:tc>
        <w:tc>
          <w:tcPr>
            <w:tcW w:w="1731" w:type="dxa"/>
          </w:tcPr>
          <w:p w14:paraId="750872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14,911</w:t>
            </w:r>
          </w:p>
        </w:tc>
        <w:tc>
          <w:tcPr>
            <w:tcW w:w="2459" w:type="dxa"/>
          </w:tcPr>
          <w:p w14:paraId="602967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994</w:t>
            </w:r>
          </w:p>
        </w:tc>
        <w:tc>
          <w:tcPr>
            <w:tcW w:w="1548" w:type="dxa"/>
          </w:tcPr>
          <w:p w14:paraId="2F8700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2,982</w:t>
            </w:r>
          </w:p>
        </w:tc>
        <w:tc>
          <w:tcPr>
            <w:tcW w:w="1000" w:type="dxa"/>
          </w:tcPr>
          <w:p w14:paraId="693A1C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7,953</w:t>
            </w:r>
          </w:p>
        </w:tc>
      </w:tr>
      <w:tr w:rsidR="00501161" w14:paraId="3FAD557A" w14:textId="77777777">
        <w:trPr>
          <w:jc w:val="center"/>
        </w:trPr>
        <w:tc>
          <w:tcPr>
            <w:tcW w:w="1000" w:type="dxa"/>
          </w:tcPr>
          <w:p w14:paraId="062769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275" w:type="dxa"/>
          </w:tcPr>
          <w:p w14:paraId="30FDDB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512,000</w:t>
            </w:r>
          </w:p>
        </w:tc>
        <w:tc>
          <w:tcPr>
            <w:tcW w:w="1731" w:type="dxa"/>
          </w:tcPr>
          <w:p w14:paraId="15DF4A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19,441</w:t>
            </w:r>
          </w:p>
        </w:tc>
        <w:tc>
          <w:tcPr>
            <w:tcW w:w="2459" w:type="dxa"/>
          </w:tcPr>
          <w:p w14:paraId="32273A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1,296</w:t>
            </w:r>
          </w:p>
        </w:tc>
        <w:tc>
          <w:tcPr>
            <w:tcW w:w="1548" w:type="dxa"/>
          </w:tcPr>
          <w:p w14:paraId="25FADE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3,888</w:t>
            </w:r>
          </w:p>
        </w:tc>
        <w:tc>
          <w:tcPr>
            <w:tcW w:w="1000" w:type="dxa"/>
          </w:tcPr>
          <w:p w14:paraId="242BCE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10,369</w:t>
            </w:r>
          </w:p>
        </w:tc>
      </w:tr>
      <w:tr w:rsidR="00501161" w14:paraId="2607B97F" w14:textId="77777777">
        <w:trPr>
          <w:jc w:val="center"/>
        </w:trPr>
        <w:tc>
          <w:tcPr>
            <w:tcW w:w="1000" w:type="dxa"/>
          </w:tcPr>
          <w:p w14:paraId="77B4EF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275" w:type="dxa"/>
          </w:tcPr>
          <w:p w14:paraId="73616E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729,000</w:t>
            </w:r>
          </w:p>
        </w:tc>
        <w:tc>
          <w:tcPr>
            <w:tcW w:w="1731" w:type="dxa"/>
          </w:tcPr>
          <w:p w14:paraId="7BE995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24,571</w:t>
            </w:r>
          </w:p>
        </w:tc>
        <w:tc>
          <w:tcPr>
            <w:tcW w:w="2459" w:type="dxa"/>
          </w:tcPr>
          <w:p w14:paraId="4B107F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1,638</w:t>
            </w:r>
          </w:p>
        </w:tc>
        <w:tc>
          <w:tcPr>
            <w:tcW w:w="1548" w:type="dxa"/>
          </w:tcPr>
          <w:p w14:paraId="52EB34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4,914</w:t>
            </w:r>
          </w:p>
        </w:tc>
        <w:tc>
          <w:tcPr>
            <w:tcW w:w="1000" w:type="dxa"/>
          </w:tcPr>
          <w:p w14:paraId="2459D9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13,105</w:t>
            </w:r>
          </w:p>
        </w:tc>
      </w:tr>
      <w:tr w:rsidR="00501161" w14:paraId="3ED5E72E" w14:textId="77777777">
        <w:trPr>
          <w:jc w:val="center"/>
        </w:trPr>
        <w:tc>
          <w:tcPr>
            <w:tcW w:w="1000" w:type="dxa"/>
          </w:tcPr>
          <w:p w14:paraId="1163F8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275" w:type="dxa"/>
          </w:tcPr>
          <w:p w14:paraId="4334DB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970,299</w:t>
            </w:r>
          </w:p>
        </w:tc>
        <w:tc>
          <w:tcPr>
            <w:tcW w:w="1731" w:type="dxa"/>
          </w:tcPr>
          <w:p w14:paraId="5DDB28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29,701</w:t>
            </w:r>
          </w:p>
        </w:tc>
        <w:tc>
          <w:tcPr>
            <w:tcW w:w="2459" w:type="dxa"/>
          </w:tcPr>
          <w:p w14:paraId="3B9E3B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1,980</w:t>
            </w:r>
          </w:p>
        </w:tc>
        <w:tc>
          <w:tcPr>
            <w:tcW w:w="1548" w:type="dxa"/>
          </w:tcPr>
          <w:p w14:paraId="404FE2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5,940</w:t>
            </w:r>
          </w:p>
        </w:tc>
        <w:tc>
          <w:tcPr>
            <w:tcW w:w="1000" w:type="dxa"/>
          </w:tcPr>
          <w:p w14:paraId="53A367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15,841</w:t>
            </w:r>
          </w:p>
        </w:tc>
      </w:tr>
    </w:tbl>
    <w:p w14:paraId="2F129685" w14:textId="77777777" w:rsidR="00501161" w:rsidRDefault="00501161">
      <w:pPr>
        <w:spacing w:after="40"/>
      </w:pPr>
    </w:p>
    <w:p w14:paraId="772538BD" w14:textId="77777777" w:rsidR="00501161" w:rsidRDefault="00C637DA">
      <w:pPr>
        <w:ind w:firstLine="720"/>
      </w:pPr>
      <w:r>
        <w:t xml:space="preserve">EXP </w:t>
      </w:r>
      <w:r>
        <w:t xml:space="preserve">ที่ได้จริง = EXP ศัตรู × Level Modifier โดย Level Modifier = 1 + 0.1 × (Lv ศัตรู − Lv เฉลี่ยปาร์ตี้) ต่ำสุด ×0.2 </w:t>
      </w:r>
      <w:r>
        <w:t>สูงสุด ×2.0 ยิ่งจัดการศัตรูที่เลเวลสูงกว่ายิ่งได้ EXP เยอะ</w:t>
      </w:r>
    </w:p>
    <w:p w14:paraId="69FEB55A" w14:textId="77777777" w:rsidR="00501161" w:rsidRDefault="00C637DA">
      <w:pPr>
        <w:pStyle w:val="Heading2"/>
      </w:pPr>
      <w:bookmarkStart w:id="13" w:name="_Toc243336683"/>
      <w:r>
        <w:t>3.3 Level Thresholds</w:t>
      </w:r>
      <w:bookmarkEnd w:id="13"/>
    </w:p>
    <w:p w14:paraId="6B801FED" w14:textId="77777777" w:rsidR="00501161" w:rsidRDefault="00C637DA">
      <w:pPr>
        <w:pStyle w:val="ListBullet"/>
        <w:ind w:left="720"/>
      </w:pPr>
      <w:r>
        <w:t>Level Cap: 99</w:t>
      </w:r>
    </w:p>
    <w:p w14:paraId="2D55A5F5" w14:textId="77777777" w:rsidR="00501161" w:rsidRDefault="00C637DA">
      <w:pPr>
        <w:pStyle w:val="ListBullet"/>
        <w:ind w:left="720"/>
      </w:pPr>
      <w:r>
        <w:t>เริ่มที่ Level 1: ได้ Skill Point 3 และ Base Stat ตามอาชีพ</w:t>
      </w:r>
    </w:p>
    <w:p w14:paraId="49CC8058" w14:textId="77777777" w:rsidR="00501161" w:rsidRDefault="00C637DA">
      <w:pPr>
        <w:pStyle w:val="ListBullet"/>
        <w:ind w:left="720"/>
      </w:pPr>
      <w:r>
        <w:t xml:space="preserve">EXP Curve </w:t>
      </w:r>
      <w:r>
        <w:t xml:space="preserve">เร็วช่วงต้น ช้าช่วงท้าย (ประมาณ 15 </w:t>
      </w:r>
      <w:r>
        <w:t>ไฟต์ต่อเลเวลเมื่อสู้กับศัตรูเลเวลเท่ากัน)</w:t>
      </w:r>
    </w:p>
    <w:p w14:paraId="45648FBA" w14:textId="77777777" w:rsidR="00501161" w:rsidRDefault="00C637DA">
      <w:pPr>
        <w:pStyle w:val="ListBullet"/>
        <w:ind w:left="720"/>
      </w:pPr>
      <w:r>
        <w:t>ยิ่งจัดการศัตรูที่เลเวลสูงกว่ายิ่งได้ EXP เยอะ</w:t>
      </w:r>
    </w:p>
    <w:p w14:paraId="3DEAB1A8" w14:textId="77777777" w:rsidR="00501161" w:rsidRDefault="00C637DA">
      <w:pPr>
        <w:pStyle w:val="ListBullet"/>
        <w:ind w:left="720"/>
      </w:pPr>
      <w:r>
        <w:lastRenderedPageBreak/>
        <w:t>เมื่อ Level 99 แล้ว จะไม่ได้รับ EXP และ Skill Point เพิ่มอีก</w:t>
      </w:r>
    </w:p>
    <w:p w14:paraId="6FAE40C3" w14:textId="77777777" w:rsidR="00501161" w:rsidRDefault="00C637DA">
      <w:pPr>
        <w:pStyle w:val="Heading2"/>
      </w:pPr>
      <w:bookmarkStart w:id="14" w:name="_Toc243336684"/>
      <w:r>
        <w:t>3.4 Level Up Event</w:t>
      </w:r>
      <w:bookmarkEnd w:id="14"/>
    </w:p>
    <w:p w14:paraId="0AF764AA" w14:textId="77777777" w:rsidR="00501161" w:rsidRDefault="00C637DA">
      <w:pPr>
        <w:ind w:left="720" w:hanging="340"/>
      </w:pPr>
      <w:r>
        <w:t xml:space="preserve">1.  </w:t>
      </w:r>
      <w:r>
        <w:t>เมื่อจบการต่อสู้ หน้าสรุปผลบอก EXP ที่ได้รับ</w:t>
      </w:r>
    </w:p>
    <w:p w14:paraId="4FDD8FEB" w14:textId="77777777" w:rsidR="00501161" w:rsidRDefault="00C637DA">
      <w:pPr>
        <w:ind w:left="720" w:hanging="340"/>
      </w:pPr>
      <w:r>
        <w:t xml:space="preserve">2.  </w:t>
      </w:r>
      <w:r>
        <w:t>ถ้า EXP ครบ จะขึ้น "Level UP" พร้อ</w:t>
      </w:r>
      <w:r>
        <w:t>มแสดง Stat ที่เพิ่มขึ้นของตัวละครนั้น และ +1 Skill Point</w:t>
      </w:r>
    </w:p>
    <w:p w14:paraId="01E71320" w14:textId="77777777" w:rsidR="00501161" w:rsidRDefault="00C637DA">
      <w:pPr>
        <w:ind w:left="720" w:hanging="340"/>
      </w:pPr>
      <w:r>
        <w:t xml:space="preserve">3.  </w:t>
      </w:r>
      <w:r>
        <w:t>กด Esc เปิดหน้าต่างปาร์ตี้ เลือกตัวละคร เข้าหน้า Skill Tree</w:t>
      </w:r>
    </w:p>
    <w:p w14:paraId="18D5638E" w14:textId="77777777" w:rsidR="00501161" w:rsidRDefault="00C637DA">
      <w:pPr>
        <w:ind w:left="720" w:hanging="340"/>
      </w:pPr>
      <w:r>
        <w:t xml:space="preserve">4.  </w:t>
      </w:r>
      <w:r>
        <w:t>มุมขวาบนบอก Skill Point ที่เหลือ</w:t>
      </w:r>
    </w:p>
    <w:p w14:paraId="4D590984" w14:textId="77777777" w:rsidR="00501161" w:rsidRDefault="00C637DA">
      <w:pPr>
        <w:ind w:left="720" w:hanging="340"/>
      </w:pPr>
      <w:r>
        <w:t xml:space="preserve">5.  </w:t>
      </w:r>
      <w:r>
        <w:t>เลือกสกิลที่อยากอัพ แล้วกดเครื่องหมายบวก: สกิลที่ยังไม่เคยอัพจะได้สกิลนั้น (Rank 1) สกิลที่เคย</w:t>
      </w:r>
      <w:r>
        <w:t>อัพแล้วจะเพิ่ม Rank</w:t>
      </w:r>
    </w:p>
    <w:p w14:paraId="6BCEF002" w14:textId="77777777" w:rsidR="00501161" w:rsidRDefault="00C637DA">
      <w:pPr>
        <w:ind w:left="720" w:hanging="340"/>
      </w:pPr>
      <w:r>
        <w:t xml:space="preserve">6.  Rank </w:t>
      </w:r>
      <w:r>
        <w:t>สกิล +1 และ Skill Point −1 กดยืนยันก่อนออก (ระหว่างนั้นยกเลิกได้)</w:t>
      </w:r>
    </w:p>
    <w:p w14:paraId="7CDA5B82" w14:textId="77777777" w:rsidR="00501161" w:rsidRDefault="00C637DA">
      <w:pPr>
        <w:pStyle w:val="Heading1"/>
        <w:pageBreakBefore/>
      </w:pPr>
      <w:bookmarkStart w:id="15" w:name="_Toc243336685"/>
      <w:r>
        <w:lastRenderedPageBreak/>
        <w:t>4. Character System</w:t>
      </w:r>
      <w:bookmarkEnd w:id="15"/>
    </w:p>
    <w:p w14:paraId="5FF581E3" w14:textId="77777777" w:rsidR="00501161" w:rsidRDefault="00C637DA">
      <w:pPr>
        <w:pStyle w:val="Heading2"/>
      </w:pPr>
      <w:bookmarkStart w:id="16" w:name="_Toc243336686"/>
      <w:r>
        <w:t>4.1 Overview</w:t>
      </w:r>
      <w:bookmarkEnd w:id="16"/>
    </w:p>
    <w:p w14:paraId="6884BE73" w14:textId="77777777" w:rsidR="00501161" w:rsidRDefault="00C637DA">
      <w:pPr>
        <w:ind w:firstLine="720"/>
      </w:pPr>
      <w:r>
        <w:t xml:space="preserve">Character </w:t>
      </w:r>
      <w:r>
        <w:t>คือตัวละครที่ผู้เล่นจ้างเข้าสังกัดและพาเข้าป่า ผู้เล่นไม่ได้เป็นตัวละครตัวใดตัวหนึ่ง แต่เป็นผู้บริหารคณะเดินทาง ในเกมม</w:t>
      </w:r>
      <w:r>
        <w:t>ีทั้งหมด 6 อาชีพ ได้แก่ นักรบ, นักมวย, พราน, หมอ, จอมขมังเวทย์ และสัตว์อสูร โดย 5 อาชีพแรกจ้างได้ตั้งแต่เริ่มเกม ส่วนสัตว์อสูรปลดล็อกเมื่อผ่านเนื้อเรื่องช่วงหนึ่ง</w:t>
      </w:r>
    </w:p>
    <w:p w14:paraId="478B2B93" w14:textId="77777777" w:rsidR="00501161" w:rsidRDefault="00C637DA">
      <w:pPr>
        <w:ind w:firstLine="720"/>
      </w:pPr>
      <w:r>
        <w:t>Design principles:</w:t>
      </w:r>
    </w:p>
    <w:p w14:paraId="41139286" w14:textId="77777777" w:rsidR="00501161" w:rsidRDefault="00C637DA">
      <w:pPr>
        <w:pStyle w:val="ListBullet"/>
        <w:ind w:left="720"/>
      </w:pPr>
      <w:r>
        <w:rPr>
          <w:b/>
          <w:bCs/>
        </w:rPr>
        <w:t xml:space="preserve">6 </w:t>
      </w:r>
      <w:r>
        <w:rPr>
          <w:b/>
          <w:bCs/>
        </w:rPr>
        <w:t>อาชีพ 3 ที่นั่ง</w:t>
      </w:r>
      <w:r>
        <w:t xml:space="preserve">: </w:t>
      </w:r>
      <w:r>
        <w:t>ปาร์ตี้มีได้ 3 คนและห้ามอาชีพซ้ำ การจัดทีมจึงเป็นการเลื</w:t>
      </w:r>
      <w:r>
        <w:t>อกว่าจะ "ไม่เอา" อาชีพไหน ทุกการจัดทีมต้องเสียอะไรบางอย่างเสมอ</w:t>
      </w:r>
    </w:p>
    <w:p w14:paraId="26E8FCA4" w14:textId="77777777" w:rsidR="00501161" w:rsidRDefault="00C637DA">
      <w:pPr>
        <w:pStyle w:val="ListBullet"/>
        <w:ind w:left="720"/>
      </w:pPr>
      <w:r>
        <w:rPr>
          <w:b/>
          <w:bCs/>
        </w:rPr>
        <w:t xml:space="preserve">Stat </w:t>
      </w:r>
      <w:r>
        <w:rPr>
          <w:b/>
          <w:bCs/>
        </w:rPr>
        <w:t>โตเองตามอาชีพ (แบบ Etrian Odyssey)</w:t>
      </w:r>
      <w:r>
        <w:t xml:space="preserve">: </w:t>
      </w:r>
      <w:r>
        <w:t>ทุก Stat เพิ่มอัตโนมัติเมื่อเลเวลอัพตามอัตราของอาชีพ ตัวตนของอาชีพจึงชัดเจนเสมอ และผู้เล่นไม่มีทางทำบิลด์พังเพราะลง Stat ผิด</w:t>
      </w:r>
    </w:p>
    <w:p w14:paraId="5330F0E0" w14:textId="77777777" w:rsidR="00501161" w:rsidRDefault="00C637DA">
      <w:pPr>
        <w:pStyle w:val="ListBullet"/>
        <w:ind w:left="720"/>
      </w:pPr>
      <w:r>
        <w:rPr>
          <w:b/>
          <w:bCs/>
        </w:rPr>
        <w:t xml:space="preserve">Skill Point </w:t>
      </w:r>
      <w:r>
        <w:rPr>
          <w:b/>
          <w:bCs/>
        </w:rPr>
        <w:t>ใช้กับสกิลเท่าน</w:t>
      </w:r>
      <w:r>
        <w:rPr>
          <w:b/>
          <w:bCs/>
        </w:rPr>
        <w:t>ั้น</w:t>
      </w:r>
      <w:r>
        <w:t xml:space="preserve">: </w:t>
      </w:r>
      <w:r>
        <w:t>การตัดสินใจของผู้เล่นอยู่ที่ Skill Tree สกิลแต่ละตัวอัพได้ถึง Rank 10 และ SP ไม่พอสำหรับทุกสกิล ตัวละครแต่ละตัวจึงเป็นบิลด์ของผู้เล่นเอง</w:t>
      </w:r>
    </w:p>
    <w:p w14:paraId="17959E4A" w14:textId="77777777" w:rsidR="00501161" w:rsidRDefault="00C637DA">
      <w:pPr>
        <w:pStyle w:val="ListBullet"/>
        <w:ind w:left="720"/>
      </w:pPr>
      <w:r>
        <w:rPr>
          <w:b/>
          <w:bCs/>
        </w:rPr>
        <w:t xml:space="preserve">Stat Boost </w:t>
      </w:r>
      <w:r>
        <w:rPr>
          <w:b/>
          <w:bCs/>
        </w:rPr>
        <w:t>เป็นสกิล</w:t>
      </w:r>
      <w:r>
        <w:t xml:space="preserve">: </w:t>
      </w:r>
      <w:r>
        <w:t>ถ้าอยากได้ HP / STR / AGI / TEC / MP มากขึ้น ต้องลง SP ในสกิลพาสซีฟเพิ่ม Stat ของอาชีพ (เหมือ</w:t>
      </w:r>
      <w:r>
        <w:t>น HP Up / STR Up ของ Etrian Odyssey) ซึ่งแข่งกับสกิลใช้งาน</w:t>
      </w:r>
    </w:p>
    <w:p w14:paraId="61E63959" w14:textId="77777777" w:rsidR="00501161" w:rsidRDefault="00C637DA">
      <w:pPr>
        <w:pStyle w:val="ListBullet"/>
        <w:ind w:left="720"/>
      </w:pPr>
      <w:r>
        <w:rPr>
          <w:b/>
          <w:bCs/>
        </w:rPr>
        <w:t>ทุกอาชีพมีบทบาทนอกการต่อสู้</w:t>
      </w:r>
      <w:r>
        <w:t xml:space="preserve">: </w:t>
      </w:r>
      <w:r>
        <w:t>พรานประหยัดอาหาร หมอปรุงยา สัตว์อสูรกินศัตรูแทนอาหาร เพื่อผูกกับระบบ Survival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45"/>
        <w:gridCol w:w="7269"/>
      </w:tblGrid>
      <w:tr w:rsidR="00501161" w14:paraId="4D0DA5BA" w14:textId="77777777">
        <w:trPr>
          <w:tblHeader/>
          <w:jc w:val="center"/>
        </w:trPr>
        <w:tc>
          <w:tcPr>
            <w:tcW w:w="1745" w:type="dxa"/>
            <w:shd w:val="clear" w:color="auto" w:fill="F2F2F2"/>
          </w:tcPr>
          <w:p w14:paraId="5832FB9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269" w:type="dxa"/>
            <w:shd w:val="clear" w:color="auto" w:fill="F2F2F2"/>
          </w:tcPr>
          <w:p w14:paraId="36EA13F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641E93C3" w14:textId="77777777">
        <w:trPr>
          <w:jc w:val="center"/>
        </w:trPr>
        <w:tc>
          <w:tcPr>
            <w:tcW w:w="1745" w:type="dxa"/>
          </w:tcPr>
          <w:p w14:paraId="1F9BC2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จำนวนอาชีพ</w:t>
            </w:r>
          </w:p>
        </w:tc>
        <w:tc>
          <w:tcPr>
            <w:tcW w:w="7269" w:type="dxa"/>
          </w:tcPr>
          <w:p w14:paraId="3571A6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 (</w:t>
            </w:r>
            <w:r>
              <w:rPr>
                <w:sz w:val="28"/>
                <w:szCs w:val="28"/>
              </w:rPr>
              <w:t>เริ่มต้น 5 + ปลดล็อก 1)</w:t>
            </w:r>
          </w:p>
        </w:tc>
      </w:tr>
      <w:tr w:rsidR="00501161" w14:paraId="4C366AA6" w14:textId="77777777">
        <w:trPr>
          <w:jc w:val="center"/>
        </w:trPr>
        <w:tc>
          <w:tcPr>
            <w:tcW w:w="1745" w:type="dxa"/>
          </w:tcPr>
          <w:p w14:paraId="041797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สังกัดสูงสุด</w:t>
            </w:r>
          </w:p>
        </w:tc>
        <w:tc>
          <w:tcPr>
            <w:tcW w:w="7269" w:type="dxa"/>
          </w:tcPr>
          <w:p w14:paraId="182486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10 </w:t>
            </w:r>
            <w:r>
              <w:rPr>
                <w:sz w:val="28"/>
                <w:szCs w:val="28"/>
              </w:rPr>
              <w:t xml:space="preserve">ตัว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เต็มแล้วต้องปลดออกก่อนจ้างใหม่)</w:t>
            </w:r>
          </w:p>
        </w:tc>
      </w:tr>
      <w:tr w:rsidR="00501161" w14:paraId="2EE63093" w14:textId="77777777">
        <w:trPr>
          <w:jc w:val="center"/>
        </w:trPr>
        <w:tc>
          <w:tcPr>
            <w:tcW w:w="1745" w:type="dxa"/>
          </w:tcPr>
          <w:p w14:paraId="5EA62D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ปาร์ตี้เข้าป่า</w:t>
            </w:r>
          </w:p>
        </w:tc>
        <w:tc>
          <w:tcPr>
            <w:tcW w:w="7269" w:type="dxa"/>
          </w:tcPr>
          <w:p w14:paraId="282502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ตัว ห้ามอาชีพซ้ำ</w:t>
            </w:r>
          </w:p>
        </w:tc>
      </w:tr>
      <w:tr w:rsidR="00501161" w14:paraId="587B0FC8" w14:textId="77777777">
        <w:trPr>
          <w:jc w:val="center"/>
        </w:trPr>
        <w:tc>
          <w:tcPr>
            <w:tcW w:w="1745" w:type="dxa"/>
          </w:tcPr>
          <w:p w14:paraId="4FE248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 Cap</w:t>
            </w:r>
          </w:p>
        </w:tc>
        <w:tc>
          <w:tcPr>
            <w:tcW w:w="7269" w:type="dxa"/>
          </w:tcPr>
          <w:p w14:paraId="36F7B8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</w:t>
            </w:r>
          </w:p>
        </w:tc>
      </w:tr>
      <w:tr w:rsidR="00501161" w14:paraId="435913B9" w14:textId="77777777">
        <w:trPr>
          <w:jc w:val="center"/>
        </w:trPr>
        <w:tc>
          <w:tcPr>
            <w:tcW w:w="1745" w:type="dxa"/>
          </w:tcPr>
          <w:p w14:paraId="041959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Stat</w:t>
            </w:r>
          </w:p>
        </w:tc>
        <w:tc>
          <w:tcPr>
            <w:tcW w:w="7269" w:type="dxa"/>
          </w:tcPr>
          <w:p w14:paraId="5B82C8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โตอัตโนมัติทุกเลเวลตามอาชีพ (ตาราง 4.4)</w:t>
            </w:r>
          </w:p>
        </w:tc>
      </w:tr>
      <w:tr w:rsidR="00501161" w14:paraId="5C918EE1" w14:textId="77777777">
        <w:trPr>
          <w:jc w:val="center"/>
        </w:trPr>
        <w:tc>
          <w:tcPr>
            <w:tcW w:w="1745" w:type="dxa"/>
          </w:tcPr>
          <w:p w14:paraId="4B5684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Skill Point</w:t>
            </w:r>
          </w:p>
        </w:tc>
        <w:tc>
          <w:tcPr>
            <w:tcW w:w="7269" w:type="dxa"/>
          </w:tcPr>
          <w:p w14:paraId="512A3D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SP </w:t>
            </w:r>
            <w:r>
              <w:rPr>
                <w:sz w:val="28"/>
                <w:szCs w:val="28"/>
              </w:rPr>
              <w:t>ที่ Lv1 และ +1 SP ทุกเลเวล (รวม 101 SP ที่ Lv99) ใช้อัพสกิลเท่านั้น</w:t>
            </w:r>
          </w:p>
        </w:tc>
      </w:tr>
      <w:tr w:rsidR="00501161" w14:paraId="7E869BEB" w14:textId="77777777">
        <w:trPr>
          <w:jc w:val="center"/>
        </w:trPr>
        <w:tc>
          <w:tcPr>
            <w:tcW w:w="1745" w:type="dxa"/>
          </w:tcPr>
          <w:p w14:paraId="57232A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Rank </w:t>
            </w:r>
            <w:r>
              <w:rPr>
                <w:sz w:val="28"/>
                <w:szCs w:val="28"/>
              </w:rPr>
              <w:t>สกิล</w:t>
            </w:r>
          </w:p>
        </w:tc>
        <w:tc>
          <w:tcPr>
            <w:tcW w:w="7269" w:type="dxa"/>
          </w:tcPr>
          <w:p w14:paraId="7B1F65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สกิลทั่วไป Rank 1–10 · </w:t>
            </w:r>
            <w:r>
              <w:rPr>
                <w:sz w:val="28"/>
                <w:szCs w:val="28"/>
              </w:rPr>
              <w:t>Ultimate Rank 1–3</w:t>
            </w:r>
          </w:p>
        </w:tc>
      </w:tr>
      <w:tr w:rsidR="00501161" w14:paraId="0207813B" w14:textId="77777777">
        <w:trPr>
          <w:jc w:val="center"/>
        </w:trPr>
        <w:tc>
          <w:tcPr>
            <w:tcW w:w="1745" w:type="dxa"/>
          </w:tcPr>
          <w:p w14:paraId="0D1889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</w:t>
            </w:r>
          </w:p>
        </w:tc>
        <w:tc>
          <w:tcPr>
            <w:tcW w:w="7269" w:type="dxa"/>
          </w:tcPr>
          <w:p w14:paraId="015702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ได้เฉพาะตัวที่มีชีวิตอยู่ในปาร์ตี้ตอนจบการต่อสู้ ทุกคนได้เต็มจำนวน (ไม่หาร)</w:t>
            </w:r>
          </w:p>
        </w:tc>
      </w:tr>
      <w:tr w:rsidR="00501161" w14:paraId="0189E45B" w14:textId="77777777">
        <w:trPr>
          <w:jc w:val="center"/>
        </w:trPr>
        <w:tc>
          <w:tcPr>
            <w:tcW w:w="1745" w:type="dxa"/>
          </w:tcPr>
          <w:p w14:paraId="74F565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Action </w:t>
            </w:r>
            <w:r>
              <w:rPr>
                <w:sz w:val="28"/>
                <w:szCs w:val="28"/>
              </w:rPr>
              <w:t>ในการต่อสู้</w:t>
            </w:r>
          </w:p>
        </w:tc>
        <w:tc>
          <w:tcPr>
            <w:tcW w:w="7269" w:type="dxa"/>
          </w:tcPr>
          <w:p w14:paraId="0549F6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Fight / Skill / Item / Defense / Run</w:t>
            </w:r>
          </w:p>
        </w:tc>
      </w:tr>
    </w:tbl>
    <w:p w14:paraId="220A3ACC" w14:textId="77777777" w:rsidR="00501161" w:rsidRDefault="00501161">
      <w:pPr>
        <w:spacing w:after="40"/>
      </w:pPr>
    </w:p>
    <w:p w14:paraId="7D7E5F60" w14:textId="77777777" w:rsidR="00501161" w:rsidRDefault="00C637DA">
      <w:pPr>
        <w:pStyle w:val="Heading2"/>
      </w:pPr>
      <w:bookmarkStart w:id="17" w:name="_Toc243336687"/>
      <w:r>
        <w:t>4.2 Stat</w:t>
      </w:r>
      <w:bookmarkEnd w:id="17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50"/>
        <w:gridCol w:w="2852"/>
        <w:gridCol w:w="4812"/>
      </w:tblGrid>
      <w:tr w:rsidR="00501161" w14:paraId="5A36D479" w14:textId="77777777">
        <w:trPr>
          <w:tblHeader/>
          <w:jc w:val="center"/>
        </w:trPr>
        <w:tc>
          <w:tcPr>
            <w:tcW w:w="1350" w:type="dxa"/>
            <w:shd w:val="clear" w:color="auto" w:fill="F2F2F2"/>
          </w:tcPr>
          <w:p w14:paraId="741DE53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lastRenderedPageBreak/>
              <w:t>Stat</w:t>
            </w:r>
          </w:p>
        </w:tc>
        <w:tc>
          <w:tcPr>
            <w:tcW w:w="2852" w:type="dxa"/>
            <w:shd w:val="clear" w:color="auto" w:fill="F2F2F2"/>
          </w:tcPr>
          <w:p w14:paraId="39EF507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ผลที่ได้</w:t>
            </w:r>
          </w:p>
        </w:tc>
        <w:tc>
          <w:tcPr>
            <w:tcW w:w="4812" w:type="dxa"/>
            <w:shd w:val="clear" w:color="auto" w:fill="F2F2F2"/>
          </w:tcPr>
          <w:p w14:paraId="2CEEA4D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สูตรที่เกี่ยวข้อง (Section 19)</w:t>
            </w:r>
          </w:p>
        </w:tc>
      </w:tr>
      <w:tr w:rsidR="00501161" w14:paraId="3F20976A" w14:textId="77777777">
        <w:trPr>
          <w:jc w:val="center"/>
        </w:trPr>
        <w:tc>
          <w:tcPr>
            <w:tcW w:w="1350" w:type="dxa"/>
          </w:tcPr>
          <w:p w14:paraId="048216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2852" w:type="dxa"/>
          </w:tcPr>
          <w:p w14:paraId="0D9D5F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พลังชีวิต เหลือ 0 = ตาย </w:t>
            </w:r>
            <w:r>
              <w:rPr>
                <w:sz w:val="28"/>
                <w:szCs w:val="28"/>
              </w:rPr>
              <w:t>ต้องเรียกขวัญ (ชุบชีวิต)</w:t>
            </w:r>
          </w:p>
        </w:tc>
        <w:tc>
          <w:tcPr>
            <w:tcW w:w="4812" w:type="dxa"/>
          </w:tcPr>
          <w:p w14:paraId="697817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EE8C212" w14:textId="77777777">
        <w:trPr>
          <w:jc w:val="center"/>
        </w:trPr>
        <w:tc>
          <w:tcPr>
            <w:tcW w:w="1350" w:type="dxa"/>
          </w:tcPr>
          <w:p w14:paraId="605D9A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MP</w:t>
            </w:r>
          </w:p>
        </w:tc>
        <w:tc>
          <w:tcPr>
            <w:tcW w:w="2852" w:type="dxa"/>
          </w:tcPr>
          <w:p w14:paraId="020DFC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ใช้ร่ายสกิล ไม่ฟื้นเองในป่า</w:t>
            </w:r>
          </w:p>
        </w:tc>
        <w:tc>
          <w:tcPr>
            <w:tcW w:w="4812" w:type="dxa"/>
          </w:tcPr>
          <w:p w14:paraId="6DA7F1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B92F978" w14:textId="77777777">
        <w:trPr>
          <w:jc w:val="center"/>
        </w:trPr>
        <w:tc>
          <w:tcPr>
            <w:tcW w:w="1350" w:type="dxa"/>
          </w:tcPr>
          <w:p w14:paraId="226A26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STR</w:t>
            </w:r>
          </w:p>
        </w:tc>
        <w:tc>
          <w:tcPr>
            <w:tcW w:w="2852" w:type="dxa"/>
          </w:tcPr>
          <w:p w14:paraId="5D4652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ดาเมจกายภาพ</w:t>
            </w:r>
          </w:p>
        </w:tc>
        <w:tc>
          <w:tcPr>
            <w:tcW w:w="4812" w:type="dxa"/>
          </w:tcPr>
          <w:p w14:paraId="6DC78D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Base = Weapon ATK × (1 + STR/50)</w:t>
            </w:r>
          </w:p>
        </w:tc>
      </w:tr>
      <w:tr w:rsidR="00501161" w14:paraId="7016C993" w14:textId="77777777">
        <w:trPr>
          <w:jc w:val="center"/>
        </w:trPr>
        <w:tc>
          <w:tcPr>
            <w:tcW w:w="1350" w:type="dxa"/>
          </w:tcPr>
          <w:p w14:paraId="70793F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VIT</w:t>
            </w:r>
          </w:p>
        </w:tc>
        <w:tc>
          <w:tcPr>
            <w:tcW w:w="2852" w:type="dxa"/>
          </w:tcPr>
          <w:p w14:paraId="767FE9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ลดดาเมจกายภาพ, ต้านสถานะผิดปกติ</w:t>
            </w:r>
          </w:p>
        </w:tc>
        <w:tc>
          <w:tcPr>
            <w:tcW w:w="4812" w:type="dxa"/>
          </w:tcPr>
          <w:p w14:paraId="241FB9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DEF = Armor DEF + VIT × 2 · Status Resist = VIT/400 (</w:t>
            </w:r>
            <w:r>
              <w:rPr>
                <w:sz w:val="28"/>
                <w:szCs w:val="28"/>
              </w:rPr>
              <w:t>สูงสุด 50%)</w:t>
            </w:r>
          </w:p>
        </w:tc>
      </w:tr>
      <w:tr w:rsidR="00501161" w14:paraId="0F45C202" w14:textId="77777777">
        <w:trPr>
          <w:jc w:val="center"/>
        </w:trPr>
        <w:tc>
          <w:tcPr>
            <w:tcW w:w="1350" w:type="dxa"/>
          </w:tcPr>
          <w:p w14:paraId="353FED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2852" w:type="dxa"/>
          </w:tcPr>
          <w:p w14:paraId="7081BE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ลำดับการลงมือ, หลบหล</w:t>
            </w:r>
            <w:r>
              <w:rPr>
                <w:sz w:val="28"/>
                <w:szCs w:val="28"/>
              </w:rPr>
              <w:t>ีก, แรงคริติคอล, หนี</w:t>
            </w:r>
          </w:p>
        </w:tc>
        <w:tc>
          <w:tcPr>
            <w:tcW w:w="4812" w:type="dxa"/>
          </w:tcPr>
          <w:p w14:paraId="3C6524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Evasion = 5% + AGI × 0.5% − Enemy Accuracy · Crit Damage = 1.5 + AGI/100</w:t>
            </w:r>
          </w:p>
        </w:tc>
      </w:tr>
      <w:tr w:rsidR="00501161" w14:paraId="5B77A43C" w14:textId="77777777">
        <w:trPr>
          <w:jc w:val="center"/>
        </w:trPr>
        <w:tc>
          <w:tcPr>
            <w:tcW w:w="1350" w:type="dxa"/>
          </w:tcPr>
          <w:p w14:paraId="023085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TEC</w:t>
            </w:r>
          </w:p>
        </w:tc>
        <w:tc>
          <w:tcPr>
            <w:tcW w:w="2852" w:type="dxa"/>
          </w:tcPr>
          <w:p w14:paraId="1A7EFB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ดาเมจเวทย์, ปริมาณฮีล, ลดดาเมจเวทย์</w:t>
            </w:r>
          </w:p>
        </w:tc>
        <w:tc>
          <w:tcPr>
            <w:tcW w:w="4812" w:type="dxa"/>
          </w:tcPr>
          <w:p w14:paraId="147159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Magic Base = Spell Power × (1 + TEC/40) · Magic DEF = Armor DEF × 0.5 + TEC × 1.5</w:t>
            </w:r>
          </w:p>
        </w:tc>
      </w:tr>
      <w:tr w:rsidR="00501161" w14:paraId="24C18558" w14:textId="77777777">
        <w:trPr>
          <w:jc w:val="center"/>
        </w:trPr>
        <w:tc>
          <w:tcPr>
            <w:tcW w:w="1350" w:type="dxa"/>
          </w:tcPr>
          <w:p w14:paraId="17E480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LUK</w:t>
            </w:r>
          </w:p>
        </w:tc>
        <w:tc>
          <w:tcPr>
            <w:tcW w:w="2852" w:type="dxa"/>
          </w:tcPr>
          <w:p w14:paraId="3415BA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โอกาสคริติคอล, ดรอป, </w:t>
            </w:r>
            <w:r>
              <w:rPr>
                <w:sz w:val="28"/>
                <w:szCs w:val="28"/>
              </w:rPr>
              <w:t>โอกาสติดสถานะใส่ศัตรู</w:t>
            </w:r>
          </w:p>
        </w:tc>
        <w:tc>
          <w:tcPr>
            <w:tcW w:w="4812" w:type="dxa"/>
          </w:tcPr>
          <w:p w14:paraId="409EBC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Crit = 5% + LUK × 0.2% · Drop × (1 + LUK/200) · Status × (1 + LUK/200)</w:t>
            </w:r>
          </w:p>
        </w:tc>
      </w:tr>
    </w:tbl>
    <w:p w14:paraId="2F2546E1" w14:textId="77777777" w:rsidR="00501161" w:rsidRDefault="00501161">
      <w:pPr>
        <w:spacing w:after="40"/>
      </w:pPr>
    </w:p>
    <w:p w14:paraId="441CEB46" w14:textId="77777777" w:rsidR="00501161" w:rsidRDefault="00C637DA">
      <w:pPr>
        <w:pStyle w:val="Heading2"/>
      </w:pPr>
      <w:bookmarkStart w:id="18" w:name="_Toc243336688"/>
      <w:r>
        <w:t>4.3 Level &amp; Skill Point System</w:t>
      </w:r>
      <w:bookmarkEnd w:id="18"/>
    </w:p>
    <w:p w14:paraId="247AA57D" w14:textId="77777777" w:rsidR="00501161" w:rsidRDefault="00C637DA">
      <w:pPr>
        <w:ind w:firstLine="720"/>
      </w:pPr>
      <w:r>
        <w:t xml:space="preserve">เมื่อเลเวลอัพ Stat ทุกค่าจะเพิ่มเองตามอัตราของอาชีพ (ตาราง 4.4) และได้ Skill Point (SP) 1 แต้ม SP ใช้อัพสกิลได้อย่างเดียว ครั้งละ </w:t>
      </w:r>
      <w:r>
        <w:t>+1 Rank</w:t>
      </w:r>
    </w:p>
    <w:p w14:paraId="102B63B6" w14:textId="77777777" w:rsidR="00501161" w:rsidRDefault="00C637DA">
      <w:pPr>
        <w:pStyle w:val="Heading3"/>
      </w:pPr>
      <w:r>
        <w:t>4.3.1 Skill Tier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6"/>
        <w:gridCol w:w="1306"/>
        <w:gridCol w:w="2613"/>
        <w:gridCol w:w="1437"/>
        <w:gridCol w:w="2352"/>
      </w:tblGrid>
      <w:tr w:rsidR="00501161" w14:paraId="264F872F" w14:textId="77777777">
        <w:trPr>
          <w:tblHeader/>
          <w:jc w:val="center"/>
        </w:trPr>
        <w:tc>
          <w:tcPr>
            <w:tcW w:w="1306" w:type="dxa"/>
            <w:shd w:val="clear" w:color="auto" w:fill="F2F2F2"/>
          </w:tcPr>
          <w:p w14:paraId="6B9CF28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Tier</w:t>
            </w:r>
          </w:p>
        </w:tc>
        <w:tc>
          <w:tcPr>
            <w:tcW w:w="1306" w:type="dxa"/>
            <w:shd w:val="clear" w:color="auto" w:fill="F2F2F2"/>
          </w:tcPr>
          <w:p w14:paraId="7F11858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ปลดล็อกที่</w:t>
            </w:r>
          </w:p>
        </w:tc>
        <w:tc>
          <w:tcPr>
            <w:tcW w:w="2613" w:type="dxa"/>
            <w:shd w:val="clear" w:color="auto" w:fill="F2F2F2"/>
          </w:tcPr>
          <w:p w14:paraId="5E3C6D6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จำนวนสกิลต่ออาชีพ</w:t>
            </w:r>
          </w:p>
        </w:tc>
        <w:tc>
          <w:tcPr>
            <w:tcW w:w="1437" w:type="dxa"/>
            <w:shd w:val="clear" w:color="auto" w:fill="F2F2F2"/>
          </w:tcPr>
          <w:p w14:paraId="4F3CD3E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Rank </w:t>
            </w:r>
            <w:r>
              <w:rPr>
                <w:b/>
                <w:bCs/>
                <w:sz w:val="28"/>
                <w:szCs w:val="28"/>
              </w:rPr>
              <w:t>สูงสุด</w:t>
            </w:r>
          </w:p>
        </w:tc>
        <w:tc>
          <w:tcPr>
            <w:tcW w:w="2352" w:type="dxa"/>
            <w:shd w:val="clear" w:color="auto" w:fill="F2F2F2"/>
          </w:tcPr>
          <w:p w14:paraId="6B9AA24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SP </w:t>
            </w:r>
            <w:r>
              <w:rPr>
                <w:b/>
                <w:bCs/>
                <w:sz w:val="28"/>
                <w:szCs w:val="28"/>
              </w:rPr>
              <w:t>ที่ใช้ถ้าอัพครบ</w:t>
            </w:r>
          </w:p>
        </w:tc>
      </w:tr>
      <w:tr w:rsidR="00501161" w14:paraId="0CEF4C47" w14:textId="77777777">
        <w:trPr>
          <w:jc w:val="center"/>
        </w:trPr>
        <w:tc>
          <w:tcPr>
            <w:tcW w:w="1306" w:type="dxa"/>
          </w:tcPr>
          <w:p w14:paraId="5401DB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Tier 1</w:t>
            </w:r>
          </w:p>
        </w:tc>
        <w:tc>
          <w:tcPr>
            <w:tcW w:w="1306" w:type="dxa"/>
          </w:tcPr>
          <w:p w14:paraId="664A19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Lv1</w:t>
            </w:r>
          </w:p>
        </w:tc>
        <w:tc>
          <w:tcPr>
            <w:tcW w:w="2613" w:type="dxa"/>
          </w:tcPr>
          <w:p w14:paraId="43B257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 (</w:t>
            </w:r>
            <w:r>
              <w:rPr>
                <w:sz w:val="28"/>
                <w:szCs w:val="28"/>
              </w:rPr>
              <w:t>รวม Stat Boost 1)</w:t>
            </w:r>
          </w:p>
        </w:tc>
        <w:tc>
          <w:tcPr>
            <w:tcW w:w="1437" w:type="dxa"/>
          </w:tcPr>
          <w:p w14:paraId="2BD5E3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52" w:type="dxa"/>
          </w:tcPr>
          <w:p w14:paraId="4789CF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</w:tr>
      <w:tr w:rsidR="00501161" w14:paraId="3F671F21" w14:textId="77777777">
        <w:trPr>
          <w:jc w:val="center"/>
        </w:trPr>
        <w:tc>
          <w:tcPr>
            <w:tcW w:w="1306" w:type="dxa"/>
          </w:tcPr>
          <w:p w14:paraId="534DEB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Tier 2</w:t>
            </w:r>
          </w:p>
        </w:tc>
        <w:tc>
          <w:tcPr>
            <w:tcW w:w="1306" w:type="dxa"/>
          </w:tcPr>
          <w:p w14:paraId="6F5AFC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Lv10</w:t>
            </w:r>
          </w:p>
        </w:tc>
        <w:tc>
          <w:tcPr>
            <w:tcW w:w="2613" w:type="dxa"/>
          </w:tcPr>
          <w:p w14:paraId="109C21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37" w:type="dxa"/>
          </w:tcPr>
          <w:p w14:paraId="50D08F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52" w:type="dxa"/>
          </w:tcPr>
          <w:p w14:paraId="6C276C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</w:t>
            </w:r>
          </w:p>
        </w:tc>
      </w:tr>
      <w:tr w:rsidR="00501161" w14:paraId="3861D0B5" w14:textId="77777777">
        <w:trPr>
          <w:jc w:val="center"/>
        </w:trPr>
        <w:tc>
          <w:tcPr>
            <w:tcW w:w="1306" w:type="dxa"/>
          </w:tcPr>
          <w:p w14:paraId="72221A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Tier 3</w:t>
            </w:r>
          </w:p>
        </w:tc>
        <w:tc>
          <w:tcPr>
            <w:tcW w:w="1306" w:type="dxa"/>
          </w:tcPr>
          <w:p w14:paraId="216B97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Lv25</w:t>
            </w:r>
          </w:p>
        </w:tc>
        <w:tc>
          <w:tcPr>
            <w:tcW w:w="2613" w:type="dxa"/>
          </w:tcPr>
          <w:p w14:paraId="37B2E3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37" w:type="dxa"/>
          </w:tcPr>
          <w:p w14:paraId="64E105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52" w:type="dxa"/>
          </w:tcPr>
          <w:p w14:paraId="27AD24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</w:t>
            </w:r>
          </w:p>
        </w:tc>
      </w:tr>
      <w:tr w:rsidR="00501161" w14:paraId="7E2DDFB4" w14:textId="77777777">
        <w:trPr>
          <w:jc w:val="center"/>
        </w:trPr>
        <w:tc>
          <w:tcPr>
            <w:tcW w:w="1306" w:type="dxa"/>
          </w:tcPr>
          <w:p w14:paraId="1B9082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Ultimate</w:t>
            </w:r>
          </w:p>
        </w:tc>
        <w:tc>
          <w:tcPr>
            <w:tcW w:w="1306" w:type="dxa"/>
          </w:tcPr>
          <w:p w14:paraId="11E76A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Lv40</w:t>
            </w:r>
          </w:p>
        </w:tc>
        <w:tc>
          <w:tcPr>
            <w:tcW w:w="2613" w:type="dxa"/>
          </w:tcPr>
          <w:p w14:paraId="75E617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37" w:type="dxa"/>
          </w:tcPr>
          <w:p w14:paraId="172898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52" w:type="dxa"/>
          </w:tcPr>
          <w:p w14:paraId="0B6008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</w:tr>
      <w:tr w:rsidR="00501161" w14:paraId="1C35D73C" w14:textId="77777777">
        <w:trPr>
          <w:jc w:val="center"/>
        </w:trPr>
        <w:tc>
          <w:tcPr>
            <w:tcW w:w="1306" w:type="dxa"/>
          </w:tcPr>
          <w:p w14:paraId="40EBE94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รวม</w:t>
            </w:r>
          </w:p>
        </w:tc>
        <w:tc>
          <w:tcPr>
            <w:tcW w:w="1306" w:type="dxa"/>
          </w:tcPr>
          <w:p w14:paraId="35608655" w14:textId="77777777" w:rsidR="00501161" w:rsidRDefault="00501161">
            <w:pPr>
              <w:spacing w:after="0"/>
            </w:pPr>
          </w:p>
        </w:tc>
        <w:tc>
          <w:tcPr>
            <w:tcW w:w="2613" w:type="dxa"/>
          </w:tcPr>
          <w:p w14:paraId="530E404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437" w:type="dxa"/>
          </w:tcPr>
          <w:p w14:paraId="64C58025" w14:textId="77777777" w:rsidR="00501161" w:rsidRDefault="00501161">
            <w:pPr>
              <w:spacing w:after="0"/>
            </w:pPr>
          </w:p>
        </w:tc>
        <w:tc>
          <w:tcPr>
            <w:tcW w:w="2352" w:type="dxa"/>
          </w:tcPr>
          <w:p w14:paraId="07D1F1C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113</w:t>
            </w:r>
          </w:p>
        </w:tc>
      </w:tr>
    </w:tbl>
    <w:p w14:paraId="588ECE25" w14:textId="77777777" w:rsidR="00501161" w:rsidRDefault="00501161">
      <w:pPr>
        <w:spacing w:after="40"/>
      </w:pPr>
    </w:p>
    <w:p w14:paraId="798747DD" w14:textId="77777777" w:rsidR="00501161" w:rsidRDefault="00C637DA">
      <w:pPr>
        <w:ind w:firstLine="720"/>
      </w:pPr>
      <w:r>
        <w:t xml:space="preserve">SP </w:t>
      </w:r>
      <w:r>
        <w:t xml:space="preserve">รวมที่ Lv99 มี 101 แต้ม </w:t>
      </w:r>
      <w:r>
        <w:t>แต่การอัพทุกสกิลให้เต็มต้องใช้ 113 แต้ม ผู้เล่นจึงไม่มีวันอัพครบทุกสกิล แม้ที่เลเวลสูงสุด และช่วงที่ผู้เล่นใช้เวลาส่วนใหญ่ (Lv20–60 มี SP 22–62 แต้ม) จะอัพได้แค่ 20–55% ของ Skill Tree การเลือกจึงมีความหมายตลอดเกม</w:t>
      </w:r>
    </w:p>
    <w:p w14:paraId="55DCF51A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เลือก Rank 10 ตาม Etrian Odyss</w:t>
      </w:r>
      <w:r>
        <w:t xml:space="preserve">ey </w:t>
      </w:r>
      <w:r>
        <w:t>เพราะทำให้แต่ละ SP เพิ่มพลังทีละน้อย ผู้เล่นได้รางวัลทุกเลเวล และทำให้ต้องเลือกว่าจะ "อัพลึก" สกิลเดียว หรือ "อัพกว้าง" หลายสกิล</w:t>
      </w:r>
    </w:p>
    <w:p w14:paraId="18B3BE30" w14:textId="77777777" w:rsidR="00501161" w:rsidRDefault="00C637DA">
      <w:pPr>
        <w:pStyle w:val="Heading3"/>
      </w:pPr>
      <w:r>
        <w:t>4.3.2 Skill Prerequisite</w:t>
      </w:r>
    </w:p>
    <w:p w14:paraId="429405D0" w14:textId="77777777" w:rsidR="00501161" w:rsidRDefault="00C637DA">
      <w:pPr>
        <w:pStyle w:val="ListBullet"/>
        <w:ind w:left="720"/>
      </w:pPr>
      <w:r>
        <w:t>สกิล Tier 2–3 บางตัวต้องอัพสกิลก่อนหน้าให้ถึง Rank ที่กำหนด (ระบุในแต่ละสกิล)</w:t>
      </w:r>
    </w:p>
    <w:p w14:paraId="43AFD640" w14:textId="77777777" w:rsidR="00501161" w:rsidRDefault="00C637DA">
      <w:pPr>
        <w:pStyle w:val="ListBullet"/>
        <w:ind w:left="720"/>
      </w:pPr>
      <w:r>
        <w:lastRenderedPageBreak/>
        <w:t xml:space="preserve">Ultimate </w:t>
      </w:r>
      <w:r>
        <w:t xml:space="preserve">ต้อง </w:t>
      </w:r>
      <w:r>
        <w:t xml:space="preserve">Lv40 </w:t>
      </w:r>
      <w:r>
        <w:t>และสกิลหลักที่กำหนดถึง Rank 10</w:t>
      </w:r>
    </w:p>
    <w:p w14:paraId="4BBB3F59" w14:textId="77777777" w:rsidR="00501161" w:rsidRDefault="00C637DA">
      <w:pPr>
        <w:pStyle w:val="ListBullet"/>
        <w:ind w:left="720"/>
      </w:pPr>
      <w:r>
        <w:t>หน้า Skill Tree แสดงเส้นเชื่อมระหว่างสกิล สกิลที่ยังปลดไม่ได้เป็นสีเทาพร้อมบอกเงื่อนไข</w:t>
      </w:r>
    </w:p>
    <w:p w14:paraId="697A1AF6" w14:textId="77777777" w:rsidR="00501161" w:rsidRDefault="00C637DA">
      <w:pPr>
        <w:pStyle w:val="Heading3"/>
      </w:pPr>
      <w:r>
        <w:t xml:space="preserve">4.3.3 </w:t>
      </w:r>
      <w:r>
        <w:t>พักฟื้น (Rest) — ล้างแต้ม SP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4"/>
        <w:gridCol w:w="7460"/>
      </w:tblGrid>
      <w:tr w:rsidR="00501161" w14:paraId="78CE908B" w14:textId="77777777">
        <w:trPr>
          <w:tblHeader/>
          <w:jc w:val="center"/>
        </w:trPr>
        <w:tc>
          <w:tcPr>
            <w:tcW w:w="1554" w:type="dxa"/>
            <w:shd w:val="clear" w:color="auto" w:fill="F2F2F2"/>
          </w:tcPr>
          <w:p w14:paraId="0C69433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460" w:type="dxa"/>
            <w:shd w:val="clear" w:color="auto" w:fill="F2F2F2"/>
          </w:tcPr>
          <w:p w14:paraId="3D441B0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2E9F977A" w14:textId="77777777">
        <w:trPr>
          <w:jc w:val="center"/>
        </w:trPr>
        <w:tc>
          <w:tcPr>
            <w:tcW w:w="1554" w:type="dxa"/>
          </w:tcPr>
          <w:p w14:paraId="278C27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460" w:type="dxa"/>
          </w:tcPr>
          <w:p w14:paraId="46E733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ศาลาพระ (หลวงตาทอง)</w:t>
            </w:r>
          </w:p>
        </w:tc>
      </w:tr>
      <w:tr w:rsidR="00501161" w14:paraId="41EBB9F9" w14:textId="77777777">
        <w:trPr>
          <w:jc w:val="center"/>
        </w:trPr>
        <w:tc>
          <w:tcPr>
            <w:tcW w:w="1554" w:type="dxa"/>
          </w:tcPr>
          <w:p w14:paraId="3B82FD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ค่าใช้จ่าย</w:t>
            </w:r>
          </w:p>
        </w:tc>
        <w:tc>
          <w:tcPr>
            <w:tcW w:w="7460" w:type="dxa"/>
          </w:tcPr>
          <w:p w14:paraId="2B539E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ลด 5 เลเวล (ต่ำสุด Lv1) + 1 วันในเกม</w:t>
            </w:r>
          </w:p>
        </w:tc>
      </w:tr>
      <w:tr w:rsidR="00501161" w14:paraId="76670D06" w14:textId="77777777">
        <w:trPr>
          <w:jc w:val="center"/>
        </w:trPr>
        <w:tc>
          <w:tcPr>
            <w:tcW w:w="1554" w:type="dxa"/>
          </w:tcPr>
          <w:p w14:paraId="0B4A57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ผล</w:t>
            </w:r>
          </w:p>
        </w:tc>
        <w:tc>
          <w:tcPr>
            <w:tcW w:w="7460" w:type="dxa"/>
          </w:tcPr>
          <w:p w14:paraId="3E08E5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คืน SP ทั้งหมดตามเลเวลใหม่ Stat ลดลงตามเลเวลใหม่</w:t>
            </w:r>
          </w:p>
        </w:tc>
      </w:tr>
      <w:tr w:rsidR="00501161" w14:paraId="4EEB6D0F" w14:textId="77777777">
        <w:trPr>
          <w:jc w:val="center"/>
        </w:trPr>
        <w:tc>
          <w:tcPr>
            <w:tcW w:w="1554" w:type="dxa"/>
          </w:tcPr>
          <w:p w14:paraId="6A6B92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เงื่อนไข</w:t>
            </w:r>
          </w:p>
        </w:tc>
        <w:tc>
          <w:tcPr>
            <w:tcW w:w="7460" w:type="dxa"/>
          </w:tcPr>
          <w:p w14:paraId="3BEB5A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Lv 15 </w:t>
            </w:r>
            <w:r>
              <w:rPr>
                <w:sz w:val="28"/>
                <w:szCs w:val="28"/>
              </w:rPr>
              <w:t>ขึ้นไป</w:t>
            </w:r>
          </w:p>
        </w:tc>
      </w:tr>
    </w:tbl>
    <w:p w14:paraId="38C3B057" w14:textId="77777777" w:rsidR="00501161" w:rsidRDefault="00501161">
      <w:pPr>
        <w:spacing w:after="40"/>
      </w:pPr>
    </w:p>
    <w:p w14:paraId="4650D5EB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ใช้ระบบ Rest ของ Etrian Odyssey: ผู้เล่นจ่ายด้วยเลเวล ไม่ใช่เงิน ทำให้การล้างแต้มเป็นการตัดสินใจจริง แต่ไม่แพงจนไม่กล้าทดลองบิลด์ใหม่ และ EXP Curve ช่วงต้นที่เร็ว (Section 3) ทำให้เลเวลที่เสียไปตามกลับได้ไม่นาน</w:t>
      </w:r>
    </w:p>
    <w:p w14:paraId="262B69D2" w14:textId="77777777" w:rsidR="00501161" w:rsidRDefault="00C637DA">
      <w:pPr>
        <w:pStyle w:val="Heading2"/>
      </w:pPr>
      <w:bookmarkStart w:id="19" w:name="_Toc243336689"/>
      <w:r>
        <w:t>4.4 Base Stat &amp; Growth</w:t>
      </w:r>
      <w:bookmarkEnd w:id="19"/>
    </w:p>
    <w:p w14:paraId="6A8761C5" w14:textId="77777777" w:rsidR="00501161" w:rsidRDefault="00C637DA">
      <w:pPr>
        <w:ind w:firstLine="720"/>
      </w:pPr>
      <w:r>
        <w:t>Stat(Lv) = Base + Gro</w:t>
      </w:r>
      <w:r>
        <w:t xml:space="preserve">wth × (Lv − 1) </w:t>
      </w:r>
      <w:r>
        <w:t>ปัดเป็นจำนวนเต็ม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19"/>
        <w:gridCol w:w="1025"/>
        <w:gridCol w:w="981"/>
        <w:gridCol w:w="981"/>
        <w:gridCol w:w="981"/>
        <w:gridCol w:w="981"/>
        <w:gridCol w:w="981"/>
        <w:gridCol w:w="981"/>
        <w:gridCol w:w="981"/>
      </w:tblGrid>
      <w:tr w:rsidR="00501161" w14:paraId="52B5639F" w14:textId="77777777">
        <w:trPr>
          <w:tblHeader/>
          <w:jc w:val="center"/>
        </w:trPr>
        <w:tc>
          <w:tcPr>
            <w:tcW w:w="1119" w:type="dxa"/>
            <w:shd w:val="clear" w:color="auto" w:fill="F2F2F2"/>
          </w:tcPr>
          <w:p w14:paraId="66BEC38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อาชีพ</w:t>
            </w:r>
          </w:p>
        </w:tc>
        <w:tc>
          <w:tcPr>
            <w:tcW w:w="1025" w:type="dxa"/>
            <w:shd w:val="clear" w:color="auto" w:fill="F2F2F2"/>
          </w:tcPr>
          <w:p w14:paraId="3F5F8FF2" w14:textId="77777777" w:rsidR="00501161" w:rsidRDefault="00501161">
            <w:pPr>
              <w:spacing w:after="0"/>
            </w:pPr>
          </w:p>
        </w:tc>
        <w:tc>
          <w:tcPr>
            <w:tcW w:w="981" w:type="dxa"/>
            <w:shd w:val="clear" w:color="auto" w:fill="F2F2F2"/>
          </w:tcPr>
          <w:p w14:paraId="50220D7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HP</w:t>
            </w:r>
          </w:p>
        </w:tc>
        <w:tc>
          <w:tcPr>
            <w:tcW w:w="981" w:type="dxa"/>
            <w:shd w:val="clear" w:color="auto" w:fill="F2F2F2"/>
          </w:tcPr>
          <w:p w14:paraId="456B137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  <w:tc>
          <w:tcPr>
            <w:tcW w:w="981" w:type="dxa"/>
            <w:shd w:val="clear" w:color="auto" w:fill="F2F2F2"/>
          </w:tcPr>
          <w:p w14:paraId="37D6FE3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STR</w:t>
            </w:r>
          </w:p>
        </w:tc>
        <w:tc>
          <w:tcPr>
            <w:tcW w:w="981" w:type="dxa"/>
            <w:shd w:val="clear" w:color="auto" w:fill="F2F2F2"/>
          </w:tcPr>
          <w:p w14:paraId="4DE38E7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VIT</w:t>
            </w:r>
          </w:p>
        </w:tc>
        <w:tc>
          <w:tcPr>
            <w:tcW w:w="981" w:type="dxa"/>
            <w:shd w:val="clear" w:color="auto" w:fill="F2F2F2"/>
          </w:tcPr>
          <w:p w14:paraId="2DDC9F0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AGI</w:t>
            </w:r>
          </w:p>
        </w:tc>
        <w:tc>
          <w:tcPr>
            <w:tcW w:w="981" w:type="dxa"/>
            <w:shd w:val="clear" w:color="auto" w:fill="F2F2F2"/>
          </w:tcPr>
          <w:p w14:paraId="03CDB3C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TEC</w:t>
            </w:r>
          </w:p>
        </w:tc>
        <w:tc>
          <w:tcPr>
            <w:tcW w:w="981" w:type="dxa"/>
            <w:shd w:val="clear" w:color="auto" w:fill="F2F2F2"/>
          </w:tcPr>
          <w:p w14:paraId="0577744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LUK</w:t>
            </w:r>
          </w:p>
        </w:tc>
      </w:tr>
      <w:tr w:rsidR="00501161" w14:paraId="76A1812E" w14:textId="77777777">
        <w:trPr>
          <w:jc w:val="center"/>
        </w:trPr>
        <w:tc>
          <w:tcPr>
            <w:tcW w:w="1119" w:type="dxa"/>
          </w:tcPr>
          <w:p w14:paraId="13BBA6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</w:t>
            </w:r>
          </w:p>
        </w:tc>
        <w:tc>
          <w:tcPr>
            <w:tcW w:w="1025" w:type="dxa"/>
          </w:tcPr>
          <w:p w14:paraId="20F6F6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Base (Lv1)</w:t>
            </w:r>
          </w:p>
        </w:tc>
        <w:tc>
          <w:tcPr>
            <w:tcW w:w="981" w:type="dxa"/>
          </w:tcPr>
          <w:p w14:paraId="3D4810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981" w:type="dxa"/>
          </w:tcPr>
          <w:p w14:paraId="10B688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459734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81" w:type="dxa"/>
          </w:tcPr>
          <w:p w14:paraId="54CFC0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81" w:type="dxa"/>
          </w:tcPr>
          <w:p w14:paraId="412A3F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81" w:type="dxa"/>
          </w:tcPr>
          <w:p w14:paraId="0CD71D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81" w:type="dxa"/>
          </w:tcPr>
          <w:p w14:paraId="33A25B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2E5CC517" w14:textId="77777777">
        <w:trPr>
          <w:jc w:val="center"/>
        </w:trPr>
        <w:tc>
          <w:tcPr>
            <w:tcW w:w="1119" w:type="dxa"/>
          </w:tcPr>
          <w:p w14:paraId="2CE5B8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นักมวย</w:t>
            </w:r>
          </w:p>
        </w:tc>
        <w:tc>
          <w:tcPr>
            <w:tcW w:w="1025" w:type="dxa"/>
          </w:tcPr>
          <w:p w14:paraId="03D750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Base (Lv1)</w:t>
            </w:r>
          </w:p>
        </w:tc>
        <w:tc>
          <w:tcPr>
            <w:tcW w:w="981" w:type="dxa"/>
          </w:tcPr>
          <w:p w14:paraId="763AA9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981" w:type="dxa"/>
          </w:tcPr>
          <w:p w14:paraId="438C84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81" w:type="dxa"/>
          </w:tcPr>
          <w:p w14:paraId="00CBB7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81" w:type="dxa"/>
          </w:tcPr>
          <w:p w14:paraId="223A10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81" w:type="dxa"/>
          </w:tcPr>
          <w:p w14:paraId="288630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81" w:type="dxa"/>
          </w:tcPr>
          <w:p w14:paraId="3F0B97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81" w:type="dxa"/>
          </w:tcPr>
          <w:p w14:paraId="3ABE37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0ECF3389" w14:textId="77777777">
        <w:trPr>
          <w:jc w:val="center"/>
        </w:trPr>
        <w:tc>
          <w:tcPr>
            <w:tcW w:w="1119" w:type="dxa"/>
          </w:tcPr>
          <w:p w14:paraId="3801D2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พราน</w:t>
            </w:r>
          </w:p>
        </w:tc>
        <w:tc>
          <w:tcPr>
            <w:tcW w:w="1025" w:type="dxa"/>
          </w:tcPr>
          <w:p w14:paraId="38FD2A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Base (Lv1)</w:t>
            </w:r>
          </w:p>
        </w:tc>
        <w:tc>
          <w:tcPr>
            <w:tcW w:w="981" w:type="dxa"/>
          </w:tcPr>
          <w:p w14:paraId="63653A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981" w:type="dxa"/>
          </w:tcPr>
          <w:p w14:paraId="3D7FC1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81" w:type="dxa"/>
          </w:tcPr>
          <w:p w14:paraId="69233A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81" w:type="dxa"/>
          </w:tcPr>
          <w:p w14:paraId="0795DD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81" w:type="dxa"/>
          </w:tcPr>
          <w:p w14:paraId="1B5B2C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81" w:type="dxa"/>
          </w:tcPr>
          <w:p w14:paraId="13C72F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81" w:type="dxa"/>
          </w:tcPr>
          <w:p w14:paraId="5B6D65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7B4555A4" w14:textId="77777777">
        <w:trPr>
          <w:jc w:val="center"/>
        </w:trPr>
        <w:tc>
          <w:tcPr>
            <w:tcW w:w="1119" w:type="dxa"/>
          </w:tcPr>
          <w:p w14:paraId="3DF8CD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</w:t>
            </w:r>
          </w:p>
        </w:tc>
        <w:tc>
          <w:tcPr>
            <w:tcW w:w="1025" w:type="dxa"/>
          </w:tcPr>
          <w:p w14:paraId="0CEFE9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Base (Lv1)</w:t>
            </w:r>
          </w:p>
        </w:tc>
        <w:tc>
          <w:tcPr>
            <w:tcW w:w="981" w:type="dxa"/>
          </w:tcPr>
          <w:p w14:paraId="6AD09E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981" w:type="dxa"/>
          </w:tcPr>
          <w:p w14:paraId="606E3D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981" w:type="dxa"/>
          </w:tcPr>
          <w:p w14:paraId="00306E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81" w:type="dxa"/>
          </w:tcPr>
          <w:p w14:paraId="5D1101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81" w:type="dxa"/>
          </w:tcPr>
          <w:p w14:paraId="70619B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81" w:type="dxa"/>
          </w:tcPr>
          <w:p w14:paraId="6B918E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81" w:type="dxa"/>
          </w:tcPr>
          <w:p w14:paraId="4A2151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369CA6BF" w14:textId="77777777">
        <w:trPr>
          <w:jc w:val="center"/>
        </w:trPr>
        <w:tc>
          <w:tcPr>
            <w:tcW w:w="1119" w:type="dxa"/>
          </w:tcPr>
          <w:p w14:paraId="2DF371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จอมขมังเวทย์</w:t>
            </w:r>
          </w:p>
        </w:tc>
        <w:tc>
          <w:tcPr>
            <w:tcW w:w="1025" w:type="dxa"/>
          </w:tcPr>
          <w:p w14:paraId="6F5E13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Base (Lv1)</w:t>
            </w:r>
          </w:p>
        </w:tc>
        <w:tc>
          <w:tcPr>
            <w:tcW w:w="981" w:type="dxa"/>
          </w:tcPr>
          <w:p w14:paraId="0729B0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981" w:type="dxa"/>
          </w:tcPr>
          <w:p w14:paraId="6556BF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981" w:type="dxa"/>
          </w:tcPr>
          <w:p w14:paraId="4BEEFF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81" w:type="dxa"/>
          </w:tcPr>
          <w:p w14:paraId="2ADFBD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81" w:type="dxa"/>
          </w:tcPr>
          <w:p w14:paraId="64764F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81" w:type="dxa"/>
          </w:tcPr>
          <w:p w14:paraId="29DAF7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504308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2641F933" w14:textId="77777777">
        <w:trPr>
          <w:jc w:val="center"/>
        </w:trPr>
        <w:tc>
          <w:tcPr>
            <w:tcW w:w="1119" w:type="dxa"/>
          </w:tcPr>
          <w:p w14:paraId="32B5BA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</w:t>
            </w:r>
          </w:p>
        </w:tc>
        <w:tc>
          <w:tcPr>
            <w:tcW w:w="1025" w:type="dxa"/>
          </w:tcPr>
          <w:p w14:paraId="00BD43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Base (Lv1)</w:t>
            </w:r>
          </w:p>
        </w:tc>
        <w:tc>
          <w:tcPr>
            <w:tcW w:w="981" w:type="dxa"/>
          </w:tcPr>
          <w:p w14:paraId="77E110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981" w:type="dxa"/>
          </w:tcPr>
          <w:p w14:paraId="1033DD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81" w:type="dxa"/>
          </w:tcPr>
          <w:p w14:paraId="30B47A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81" w:type="dxa"/>
          </w:tcPr>
          <w:p w14:paraId="16CED8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81" w:type="dxa"/>
          </w:tcPr>
          <w:p w14:paraId="185A5F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81" w:type="dxa"/>
          </w:tcPr>
          <w:p w14:paraId="5E1078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81" w:type="dxa"/>
          </w:tcPr>
          <w:p w14:paraId="38F4E6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</w:tr>
      <w:tr w:rsidR="00501161" w14:paraId="7AC21F14" w14:textId="77777777">
        <w:trPr>
          <w:jc w:val="center"/>
        </w:trPr>
        <w:tc>
          <w:tcPr>
            <w:tcW w:w="1119" w:type="dxa"/>
          </w:tcPr>
          <w:p w14:paraId="4C01F3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</w:t>
            </w:r>
          </w:p>
        </w:tc>
        <w:tc>
          <w:tcPr>
            <w:tcW w:w="1025" w:type="dxa"/>
          </w:tcPr>
          <w:p w14:paraId="01E7EE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Growth / Lv</w:t>
            </w:r>
          </w:p>
        </w:tc>
        <w:tc>
          <w:tcPr>
            <w:tcW w:w="981" w:type="dxa"/>
          </w:tcPr>
          <w:p w14:paraId="39B7DB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+24.29</w:t>
            </w:r>
          </w:p>
        </w:tc>
        <w:tc>
          <w:tcPr>
            <w:tcW w:w="981" w:type="dxa"/>
          </w:tcPr>
          <w:p w14:paraId="5D6B0C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+2.0</w:t>
            </w:r>
          </w:p>
        </w:tc>
        <w:tc>
          <w:tcPr>
            <w:tcW w:w="981" w:type="dxa"/>
          </w:tcPr>
          <w:p w14:paraId="6ED896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+0.43</w:t>
            </w:r>
          </w:p>
        </w:tc>
        <w:tc>
          <w:tcPr>
            <w:tcW w:w="981" w:type="dxa"/>
          </w:tcPr>
          <w:p w14:paraId="060649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+0.43</w:t>
            </w:r>
          </w:p>
        </w:tc>
        <w:tc>
          <w:tcPr>
            <w:tcW w:w="981" w:type="dxa"/>
          </w:tcPr>
          <w:p w14:paraId="3A30A9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+0.14</w:t>
            </w:r>
          </w:p>
        </w:tc>
        <w:tc>
          <w:tcPr>
            <w:tcW w:w="981" w:type="dxa"/>
          </w:tcPr>
          <w:p w14:paraId="77D98E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+0.1</w:t>
            </w:r>
          </w:p>
        </w:tc>
        <w:tc>
          <w:tcPr>
            <w:tcW w:w="981" w:type="dxa"/>
          </w:tcPr>
          <w:p w14:paraId="702C9E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+0.15</w:t>
            </w:r>
          </w:p>
        </w:tc>
      </w:tr>
      <w:tr w:rsidR="00501161" w14:paraId="2AA9DC6A" w14:textId="77777777">
        <w:trPr>
          <w:jc w:val="center"/>
        </w:trPr>
        <w:tc>
          <w:tcPr>
            <w:tcW w:w="1119" w:type="dxa"/>
          </w:tcPr>
          <w:p w14:paraId="042F2F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นักมวย</w:t>
            </w:r>
          </w:p>
        </w:tc>
        <w:tc>
          <w:tcPr>
            <w:tcW w:w="1025" w:type="dxa"/>
          </w:tcPr>
          <w:p w14:paraId="213028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Growth / Lv</w:t>
            </w:r>
          </w:p>
        </w:tc>
        <w:tc>
          <w:tcPr>
            <w:tcW w:w="981" w:type="dxa"/>
          </w:tcPr>
          <w:p w14:paraId="4F967D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+18.02</w:t>
            </w:r>
          </w:p>
        </w:tc>
        <w:tc>
          <w:tcPr>
            <w:tcW w:w="981" w:type="dxa"/>
          </w:tcPr>
          <w:p w14:paraId="5B4CDD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+2.0</w:t>
            </w:r>
          </w:p>
        </w:tc>
        <w:tc>
          <w:tcPr>
            <w:tcW w:w="981" w:type="dxa"/>
          </w:tcPr>
          <w:p w14:paraId="2EDB1D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+0.49</w:t>
            </w:r>
          </w:p>
        </w:tc>
        <w:tc>
          <w:tcPr>
            <w:tcW w:w="981" w:type="dxa"/>
          </w:tcPr>
          <w:p w14:paraId="270E07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+0.2</w:t>
            </w:r>
          </w:p>
        </w:tc>
        <w:tc>
          <w:tcPr>
            <w:tcW w:w="981" w:type="dxa"/>
          </w:tcPr>
          <w:p w14:paraId="6046A1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+0.49</w:t>
            </w:r>
          </w:p>
        </w:tc>
        <w:tc>
          <w:tcPr>
            <w:tcW w:w="981" w:type="dxa"/>
          </w:tcPr>
          <w:p w14:paraId="109C23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+0.08</w:t>
            </w:r>
          </w:p>
        </w:tc>
        <w:tc>
          <w:tcPr>
            <w:tcW w:w="981" w:type="dxa"/>
          </w:tcPr>
          <w:p w14:paraId="5100E6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+0.21</w:t>
            </w:r>
          </w:p>
        </w:tc>
      </w:tr>
      <w:tr w:rsidR="00501161" w14:paraId="4E63DDE0" w14:textId="77777777">
        <w:trPr>
          <w:jc w:val="center"/>
        </w:trPr>
        <w:tc>
          <w:tcPr>
            <w:tcW w:w="1119" w:type="dxa"/>
          </w:tcPr>
          <w:p w14:paraId="51798E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พราน</w:t>
            </w:r>
          </w:p>
        </w:tc>
        <w:tc>
          <w:tcPr>
            <w:tcW w:w="1025" w:type="dxa"/>
          </w:tcPr>
          <w:p w14:paraId="3F6DBB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Growth / </w:t>
            </w:r>
            <w:r>
              <w:rPr>
                <w:sz w:val="28"/>
                <w:szCs w:val="28"/>
              </w:rPr>
              <w:lastRenderedPageBreak/>
              <w:t>Lv</w:t>
            </w:r>
          </w:p>
        </w:tc>
        <w:tc>
          <w:tcPr>
            <w:tcW w:w="981" w:type="dxa"/>
          </w:tcPr>
          <w:p w14:paraId="6FCC36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+15.29</w:t>
            </w:r>
          </w:p>
        </w:tc>
        <w:tc>
          <w:tcPr>
            <w:tcW w:w="981" w:type="dxa"/>
          </w:tcPr>
          <w:p w14:paraId="085FD8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+3.0</w:t>
            </w:r>
          </w:p>
        </w:tc>
        <w:tc>
          <w:tcPr>
            <w:tcW w:w="981" w:type="dxa"/>
          </w:tcPr>
          <w:p w14:paraId="60055C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+0.24</w:t>
            </w:r>
          </w:p>
        </w:tc>
        <w:tc>
          <w:tcPr>
            <w:tcW w:w="981" w:type="dxa"/>
          </w:tcPr>
          <w:p w14:paraId="48B471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+0.2</w:t>
            </w:r>
          </w:p>
        </w:tc>
        <w:tc>
          <w:tcPr>
            <w:tcW w:w="981" w:type="dxa"/>
          </w:tcPr>
          <w:p w14:paraId="4D85BE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+0.73</w:t>
            </w:r>
          </w:p>
        </w:tc>
        <w:tc>
          <w:tcPr>
            <w:tcW w:w="981" w:type="dxa"/>
          </w:tcPr>
          <w:p w14:paraId="1EE8C6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+0.14</w:t>
            </w:r>
          </w:p>
        </w:tc>
        <w:tc>
          <w:tcPr>
            <w:tcW w:w="981" w:type="dxa"/>
          </w:tcPr>
          <w:p w14:paraId="632646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+0.34</w:t>
            </w:r>
          </w:p>
        </w:tc>
      </w:tr>
      <w:tr w:rsidR="00501161" w14:paraId="2E87DA24" w14:textId="77777777">
        <w:trPr>
          <w:jc w:val="center"/>
        </w:trPr>
        <w:tc>
          <w:tcPr>
            <w:tcW w:w="1119" w:type="dxa"/>
          </w:tcPr>
          <w:p w14:paraId="6843B5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</w:t>
            </w:r>
          </w:p>
        </w:tc>
        <w:tc>
          <w:tcPr>
            <w:tcW w:w="1025" w:type="dxa"/>
          </w:tcPr>
          <w:p w14:paraId="089371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Growth / Lv</w:t>
            </w:r>
          </w:p>
        </w:tc>
        <w:tc>
          <w:tcPr>
            <w:tcW w:w="981" w:type="dxa"/>
          </w:tcPr>
          <w:p w14:paraId="1B7945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+12.68</w:t>
            </w:r>
          </w:p>
        </w:tc>
        <w:tc>
          <w:tcPr>
            <w:tcW w:w="981" w:type="dxa"/>
          </w:tcPr>
          <w:p w14:paraId="1664BB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+7.12</w:t>
            </w:r>
          </w:p>
        </w:tc>
        <w:tc>
          <w:tcPr>
            <w:tcW w:w="981" w:type="dxa"/>
          </w:tcPr>
          <w:p w14:paraId="318A06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+0.15</w:t>
            </w:r>
          </w:p>
        </w:tc>
        <w:tc>
          <w:tcPr>
            <w:tcW w:w="981" w:type="dxa"/>
          </w:tcPr>
          <w:p w14:paraId="17285E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+0.28</w:t>
            </w:r>
          </w:p>
        </w:tc>
        <w:tc>
          <w:tcPr>
            <w:tcW w:w="981" w:type="dxa"/>
          </w:tcPr>
          <w:p w14:paraId="02BB541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+0.2</w:t>
            </w:r>
          </w:p>
        </w:tc>
        <w:tc>
          <w:tcPr>
            <w:tcW w:w="981" w:type="dxa"/>
          </w:tcPr>
          <w:p w14:paraId="6795BD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+0.78</w:t>
            </w:r>
          </w:p>
        </w:tc>
        <w:tc>
          <w:tcPr>
            <w:tcW w:w="981" w:type="dxa"/>
          </w:tcPr>
          <w:p w14:paraId="769ADF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+0.22</w:t>
            </w:r>
          </w:p>
        </w:tc>
      </w:tr>
      <w:tr w:rsidR="00501161" w14:paraId="10B4C3C9" w14:textId="77777777">
        <w:trPr>
          <w:jc w:val="center"/>
        </w:trPr>
        <w:tc>
          <w:tcPr>
            <w:tcW w:w="1119" w:type="dxa"/>
          </w:tcPr>
          <w:p w14:paraId="2CC872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จอมขมังเวทย์</w:t>
            </w:r>
          </w:p>
        </w:tc>
        <w:tc>
          <w:tcPr>
            <w:tcW w:w="1025" w:type="dxa"/>
          </w:tcPr>
          <w:p w14:paraId="20EB75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Growth / Lv</w:t>
            </w:r>
          </w:p>
        </w:tc>
        <w:tc>
          <w:tcPr>
            <w:tcW w:w="981" w:type="dxa"/>
          </w:tcPr>
          <w:p w14:paraId="040E75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+10.86</w:t>
            </w:r>
          </w:p>
        </w:tc>
        <w:tc>
          <w:tcPr>
            <w:tcW w:w="981" w:type="dxa"/>
          </w:tcPr>
          <w:p w14:paraId="39C02D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+8.47</w:t>
            </w:r>
          </w:p>
        </w:tc>
        <w:tc>
          <w:tcPr>
            <w:tcW w:w="981" w:type="dxa"/>
          </w:tcPr>
          <w:p w14:paraId="1C9CEB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+0.11</w:t>
            </w:r>
          </w:p>
        </w:tc>
        <w:tc>
          <w:tcPr>
            <w:tcW w:w="981" w:type="dxa"/>
          </w:tcPr>
          <w:p w14:paraId="4AF5DE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+0.14</w:t>
            </w:r>
          </w:p>
        </w:tc>
        <w:tc>
          <w:tcPr>
            <w:tcW w:w="981" w:type="dxa"/>
          </w:tcPr>
          <w:p w14:paraId="555783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+0.19</w:t>
            </w:r>
          </w:p>
        </w:tc>
        <w:tc>
          <w:tcPr>
            <w:tcW w:w="981" w:type="dxa"/>
          </w:tcPr>
          <w:p w14:paraId="195185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+0.82</w:t>
            </w:r>
          </w:p>
        </w:tc>
        <w:tc>
          <w:tcPr>
            <w:tcW w:w="981" w:type="dxa"/>
          </w:tcPr>
          <w:p w14:paraId="678266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+0.28</w:t>
            </w:r>
          </w:p>
        </w:tc>
      </w:tr>
      <w:tr w:rsidR="00501161" w14:paraId="798730BE" w14:textId="77777777">
        <w:trPr>
          <w:jc w:val="center"/>
        </w:trPr>
        <w:tc>
          <w:tcPr>
            <w:tcW w:w="1119" w:type="dxa"/>
          </w:tcPr>
          <w:p w14:paraId="01C7B6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</w:t>
            </w:r>
          </w:p>
        </w:tc>
        <w:tc>
          <w:tcPr>
            <w:tcW w:w="1025" w:type="dxa"/>
          </w:tcPr>
          <w:p w14:paraId="65ACA8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Growth / Lv</w:t>
            </w:r>
          </w:p>
        </w:tc>
        <w:tc>
          <w:tcPr>
            <w:tcW w:w="981" w:type="dxa"/>
          </w:tcPr>
          <w:p w14:paraId="2BCB89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+31.71</w:t>
            </w:r>
          </w:p>
        </w:tc>
        <w:tc>
          <w:tcPr>
            <w:tcW w:w="981" w:type="dxa"/>
          </w:tcPr>
          <w:p w14:paraId="3A71BC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+1.0</w:t>
            </w:r>
          </w:p>
        </w:tc>
        <w:tc>
          <w:tcPr>
            <w:tcW w:w="981" w:type="dxa"/>
          </w:tcPr>
          <w:p w14:paraId="386AF4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+0.78</w:t>
            </w:r>
          </w:p>
        </w:tc>
        <w:tc>
          <w:tcPr>
            <w:tcW w:w="981" w:type="dxa"/>
          </w:tcPr>
          <w:p w14:paraId="7A2513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+0.28</w:t>
            </w:r>
          </w:p>
        </w:tc>
        <w:tc>
          <w:tcPr>
            <w:tcW w:w="981" w:type="dxa"/>
          </w:tcPr>
          <w:p w14:paraId="7B7A0E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+0.12</w:t>
            </w:r>
          </w:p>
        </w:tc>
        <w:tc>
          <w:tcPr>
            <w:tcW w:w="981" w:type="dxa"/>
          </w:tcPr>
          <w:p w14:paraId="1489BA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+0.08</w:t>
            </w:r>
          </w:p>
        </w:tc>
        <w:tc>
          <w:tcPr>
            <w:tcW w:w="981" w:type="dxa"/>
          </w:tcPr>
          <w:p w14:paraId="02D326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+0.12</w:t>
            </w:r>
          </w:p>
        </w:tc>
      </w:tr>
    </w:tbl>
    <w:p w14:paraId="5265F345" w14:textId="77777777" w:rsidR="00501161" w:rsidRDefault="00501161">
      <w:pPr>
        <w:spacing w:after="40"/>
      </w:pPr>
    </w:p>
    <w:p w14:paraId="2C326D6B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Growth </w:t>
      </w:r>
      <w:r>
        <w:t>คำนวณย้อนจากค่าเป้าหมายที่ Lv99 ของแต่ละอาชีพ ทำให้ปรับ Balance ได้ง่าย: เปลี่ยนเป้า Lv99 แล้ว Growth ปรับตาม ตัวอย่าง สัตว์อสูร STR โต +0.78 ต่อเลเวล แต่ TEC แค่ +0.08 ส่วนหมอ TEC โต +0.78</w:t>
      </w:r>
    </w:p>
    <w:p w14:paraId="259C6310" w14:textId="77777777" w:rsidR="00501161" w:rsidRDefault="00C637DA">
      <w:pPr>
        <w:pStyle w:val="Heading2"/>
      </w:pPr>
      <w:bookmarkStart w:id="20" w:name="_Toc243336690"/>
      <w:r>
        <w:t>4.5 Stat Simulation</w:t>
      </w:r>
      <w:bookmarkEnd w:id="20"/>
    </w:p>
    <w:p w14:paraId="7B911155" w14:textId="77777777" w:rsidR="00501161" w:rsidRDefault="00C637DA">
      <w:pPr>
        <w:ind w:firstLine="720"/>
      </w:pPr>
      <w:r>
        <w:t>ค่า Stat ตามเลเวลโดยยังไม่รวม Stat Boo</w:t>
      </w:r>
      <w:r>
        <w:t xml:space="preserve">st Skill </w:t>
      </w:r>
      <w:r>
        <w:t>และอุปกรณ์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5"/>
        <w:gridCol w:w="1135"/>
        <w:gridCol w:w="985"/>
        <w:gridCol w:w="985"/>
        <w:gridCol w:w="985"/>
        <w:gridCol w:w="985"/>
        <w:gridCol w:w="985"/>
        <w:gridCol w:w="985"/>
        <w:gridCol w:w="985"/>
      </w:tblGrid>
      <w:tr w:rsidR="00501161" w14:paraId="74581545" w14:textId="77777777">
        <w:trPr>
          <w:tblHeader/>
          <w:jc w:val="center"/>
        </w:trPr>
        <w:tc>
          <w:tcPr>
            <w:tcW w:w="985" w:type="dxa"/>
            <w:shd w:val="clear" w:color="auto" w:fill="F2F2F2"/>
          </w:tcPr>
          <w:p w14:paraId="0752F6B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Lv</w:t>
            </w:r>
          </w:p>
        </w:tc>
        <w:tc>
          <w:tcPr>
            <w:tcW w:w="1135" w:type="dxa"/>
            <w:shd w:val="clear" w:color="auto" w:fill="F2F2F2"/>
          </w:tcPr>
          <w:p w14:paraId="14D0C37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อาชีพ</w:t>
            </w:r>
          </w:p>
        </w:tc>
        <w:tc>
          <w:tcPr>
            <w:tcW w:w="985" w:type="dxa"/>
            <w:shd w:val="clear" w:color="auto" w:fill="F2F2F2"/>
          </w:tcPr>
          <w:p w14:paraId="27E6BFE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HP</w:t>
            </w:r>
          </w:p>
        </w:tc>
        <w:tc>
          <w:tcPr>
            <w:tcW w:w="985" w:type="dxa"/>
            <w:shd w:val="clear" w:color="auto" w:fill="F2F2F2"/>
          </w:tcPr>
          <w:p w14:paraId="5A5C284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  <w:tc>
          <w:tcPr>
            <w:tcW w:w="985" w:type="dxa"/>
            <w:shd w:val="clear" w:color="auto" w:fill="F2F2F2"/>
          </w:tcPr>
          <w:p w14:paraId="1C820A3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STR</w:t>
            </w:r>
          </w:p>
        </w:tc>
        <w:tc>
          <w:tcPr>
            <w:tcW w:w="985" w:type="dxa"/>
            <w:shd w:val="clear" w:color="auto" w:fill="F2F2F2"/>
          </w:tcPr>
          <w:p w14:paraId="43CE41A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VIT</w:t>
            </w:r>
          </w:p>
        </w:tc>
        <w:tc>
          <w:tcPr>
            <w:tcW w:w="985" w:type="dxa"/>
            <w:shd w:val="clear" w:color="auto" w:fill="F2F2F2"/>
          </w:tcPr>
          <w:p w14:paraId="5AB8CE6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AGI</w:t>
            </w:r>
          </w:p>
        </w:tc>
        <w:tc>
          <w:tcPr>
            <w:tcW w:w="985" w:type="dxa"/>
            <w:shd w:val="clear" w:color="auto" w:fill="F2F2F2"/>
          </w:tcPr>
          <w:p w14:paraId="7ED3042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TEC</w:t>
            </w:r>
          </w:p>
        </w:tc>
        <w:tc>
          <w:tcPr>
            <w:tcW w:w="985" w:type="dxa"/>
            <w:shd w:val="clear" w:color="auto" w:fill="F2F2F2"/>
          </w:tcPr>
          <w:p w14:paraId="0052677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LUK</w:t>
            </w:r>
          </w:p>
        </w:tc>
      </w:tr>
      <w:tr w:rsidR="00501161" w14:paraId="1595E676" w14:textId="77777777">
        <w:trPr>
          <w:jc w:val="center"/>
        </w:trPr>
        <w:tc>
          <w:tcPr>
            <w:tcW w:w="985" w:type="dxa"/>
          </w:tcPr>
          <w:p w14:paraId="7234FE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5" w:type="dxa"/>
          </w:tcPr>
          <w:p w14:paraId="7613E4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</w:t>
            </w:r>
          </w:p>
        </w:tc>
        <w:tc>
          <w:tcPr>
            <w:tcW w:w="985" w:type="dxa"/>
          </w:tcPr>
          <w:p w14:paraId="742DA8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985" w:type="dxa"/>
          </w:tcPr>
          <w:p w14:paraId="169B48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85" w:type="dxa"/>
          </w:tcPr>
          <w:p w14:paraId="5E4206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85" w:type="dxa"/>
          </w:tcPr>
          <w:p w14:paraId="25FD4A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85" w:type="dxa"/>
          </w:tcPr>
          <w:p w14:paraId="013063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85" w:type="dxa"/>
          </w:tcPr>
          <w:p w14:paraId="385E6E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85" w:type="dxa"/>
          </w:tcPr>
          <w:p w14:paraId="19CE2C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1B0012F1" w14:textId="77777777">
        <w:trPr>
          <w:jc w:val="center"/>
        </w:trPr>
        <w:tc>
          <w:tcPr>
            <w:tcW w:w="985" w:type="dxa"/>
          </w:tcPr>
          <w:p w14:paraId="32B6F4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5" w:type="dxa"/>
          </w:tcPr>
          <w:p w14:paraId="2FBC0B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นักมวย</w:t>
            </w:r>
          </w:p>
        </w:tc>
        <w:tc>
          <w:tcPr>
            <w:tcW w:w="985" w:type="dxa"/>
          </w:tcPr>
          <w:p w14:paraId="5C0A7E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985" w:type="dxa"/>
          </w:tcPr>
          <w:p w14:paraId="19A807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85" w:type="dxa"/>
          </w:tcPr>
          <w:p w14:paraId="5E2B27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85" w:type="dxa"/>
          </w:tcPr>
          <w:p w14:paraId="389BE4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85" w:type="dxa"/>
          </w:tcPr>
          <w:p w14:paraId="4FA8C8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85" w:type="dxa"/>
          </w:tcPr>
          <w:p w14:paraId="191D25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85" w:type="dxa"/>
          </w:tcPr>
          <w:p w14:paraId="0E4227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7EDA722C" w14:textId="77777777">
        <w:trPr>
          <w:jc w:val="center"/>
        </w:trPr>
        <w:tc>
          <w:tcPr>
            <w:tcW w:w="985" w:type="dxa"/>
          </w:tcPr>
          <w:p w14:paraId="6CE370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5" w:type="dxa"/>
          </w:tcPr>
          <w:p w14:paraId="6C5568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พราน</w:t>
            </w:r>
          </w:p>
        </w:tc>
        <w:tc>
          <w:tcPr>
            <w:tcW w:w="985" w:type="dxa"/>
          </w:tcPr>
          <w:p w14:paraId="239B3F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985" w:type="dxa"/>
          </w:tcPr>
          <w:p w14:paraId="15E004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85" w:type="dxa"/>
          </w:tcPr>
          <w:p w14:paraId="4E08CF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85" w:type="dxa"/>
          </w:tcPr>
          <w:p w14:paraId="43110F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85" w:type="dxa"/>
          </w:tcPr>
          <w:p w14:paraId="007D2F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85" w:type="dxa"/>
          </w:tcPr>
          <w:p w14:paraId="5D8911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85" w:type="dxa"/>
          </w:tcPr>
          <w:p w14:paraId="6E70F7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4C1ABC75" w14:textId="77777777">
        <w:trPr>
          <w:jc w:val="center"/>
        </w:trPr>
        <w:tc>
          <w:tcPr>
            <w:tcW w:w="985" w:type="dxa"/>
          </w:tcPr>
          <w:p w14:paraId="1D5B09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5" w:type="dxa"/>
          </w:tcPr>
          <w:p w14:paraId="4883B0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</w:t>
            </w:r>
          </w:p>
        </w:tc>
        <w:tc>
          <w:tcPr>
            <w:tcW w:w="985" w:type="dxa"/>
          </w:tcPr>
          <w:p w14:paraId="7F2149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985" w:type="dxa"/>
          </w:tcPr>
          <w:p w14:paraId="3B1E43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985" w:type="dxa"/>
          </w:tcPr>
          <w:p w14:paraId="131F7B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85" w:type="dxa"/>
          </w:tcPr>
          <w:p w14:paraId="39D509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85" w:type="dxa"/>
          </w:tcPr>
          <w:p w14:paraId="3CE1FA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85" w:type="dxa"/>
          </w:tcPr>
          <w:p w14:paraId="445614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85" w:type="dxa"/>
          </w:tcPr>
          <w:p w14:paraId="355655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22AD51D8" w14:textId="77777777">
        <w:trPr>
          <w:jc w:val="center"/>
        </w:trPr>
        <w:tc>
          <w:tcPr>
            <w:tcW w:w="985" w:type="dxa"/>
          </w:tcPr>
          <w:p w14:paraId="38BCAD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5" w:type="dxa"/>
          </w:tcPr>
          <w:p w14:paraId="396238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จอมขมังเวทย์</w:t>
            </w:r>
          </w:p>
        </w:tc>
        <w:tc>
          <w:tcPr>
            <w:tcW w:w="985" w:type="dxa"/>
          </w:tcPr>
          <w:p w14:paraId="082518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985" w:type="dxa"/>
          </w:tcPr>
          <w:p w14:paraId="1236E1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985" w:type="dxa"/>
          </w:tcPr>
          <w:p w14:paraId="5E7D51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85" w:type="dxa"/>
          </w:tcPr>
          <w:p w14:paraId="08AFE5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85" w:type="dxa"/>
          </w:tcPr>
          <w:p w14:paraId="5EF98D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85" w:type="dxa"/>
          </w:tcPr>
          <w:p w14:paraId="26BA3B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85" w:type="dxa"/>
          </w:tcPr>
          <w:p w14:paraId="517F7B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35599158" w14:textId="77777777">
        <w:trPr>
          <w:jc w:val="center"/>
        </w:trPr>
        <w:tc>
          <w:tcPr>
            <w:tcW w:w="985" w:type="dxa"/>
          </w:tcPr>
          <w:p w14:paraId="6E298C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5" w:type="dxa"/>
          </w:tcPr>
          <w:p w14:paraId="4B0E83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</w:t>
            </w:r>
          </w:p>
        </w:tc>
        <w:tc>
          <w:tcPr>
            <w:tcW w:w="985" w:type="dxa"/>
          </w:tcPr>
          <w:p w14:paraId="06D8D2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985" w:type="dxa"/>
          </w:tcPr>
          <w:p w14:paraId="47120C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85" w:type="dxa"/>
          </w:tcPr>
          <w:p w14:paraId="1A64CA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85" w:type="dxa"/>
          </w:tcPr>
          <w:p w14:paraId="27C8CF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85" w:type="dxa"/>
          </w:tcPr>
          <w:p w14:paraId="5DD2AA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85" w:type="dxa"/>
          </w:tcPr>
          <w:p w14:paraId="75E7E8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85" w:type="dxa"/>
          </w:tcPr>
          <w:p w14:paraId="5CE0C1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</w:tr>
      <w:tr w:rsidR="00501161" w14:paraId="5D83B5CA" w14:textId="77777777">
        <w:trPr>
          <w:jc w:val="center"/>
        </w:trPr>
        <w:tc>
          <w:tcPr>
            <w:tcW w:w="985" w:type="dxa"/>
          </w:tcPr>
          <w:p w14:paraId="48299D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</w:tcPr>
          <w:p w14:paraId="7F7D01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</w:t>
            </w:r>
          </w:p>
        </w:tc>
        <w:tc>
          <w:tcPr>
            <w:tcW w:w="985" w:type="dxa"/>
          </w:tcPr>
          <w:p w14:paraId="79A507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369</w:t>
            </w:r>
          </w:p>
        </w:tc>
        <w:tc>
          <w:tcPr>
            <w:tcW w:w="985" w:type="dxa"/>
          </w:tcPr>
          <w:p w14:paraId="4B2D10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85" w:type="dxa"/>
          </w:tcPr>
          <w:p w14:paraId="1AD506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85" w:type="dxa"/>
          </w:tcPr>
          <w:p w14:paraId="797845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85" w:type="dxa"/>
          </w:tcPr>
          <w:p w14:paraId="160AA7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85" w:type="dxa"/>
          </w:tcPr>
          <w:p w14:paraId="31D35B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85" w:type="dxa"/>
          </w:tcPr>
          <w:p w14:paraId="1474BD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1B1424F0" w14:textId="77777777">
        <w:trPr>
          <w:jc w:val="center"/>
        </w:trPr>
        <w:tc>
          <w:tcPr>
            <w:tcW w:w="985" w:type="dxa"/>
          </w:tcPr>
          <w:p w14:paraId="20E1EB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</w:tcPr>
          <w:p w14:paraId="162148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นักมวย</w:t>
            </w:r>
          </w:p>
        </w:tc>
        <w:tc>
          <w:tcPr>
            <w:tcW w:w="985" w:type="dxa"/>
          </w:tcPr>
          <w:p w14:paraId="15E0CB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292</w:t>
            </w:r>
          </w:p>
        </w:tc>
        <w:tc>
          <w:tcPr>
            <w:tcW w:w="985" w:type="dxa"/>
          </w:tcPr>
          <w:p w14:paraId="6BF2B4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985" w:type="dxa"/>
          </w:tcPr>
          <w:p w14:paraId="58F5B2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85" w:type="dxa"/>
          </w:tcPr>
          <w:p w14:paraId="64CAE8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85" w:type="dxa"/>
          </w:tcPr>
          <w:p w14:paraId="574355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85" w:type="dxa"/>
          </w:tcPr>
          <w:p w14:paraId="4D33AF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85" w:type="dxa"/>
          </w:tcPr>
          <w:p w14:paraId="52F1A3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79D0B360" w14:textId="77777777">
        <w:trPr>
          <w:jc w:val="center"/>
        </w:trPr>
        <w:tc>
          <w:tcPr>
            <w:tcW w:w="985" w:type="dxa"/>
          </w:tcPr>
          <w:p w14:paraId="6ED9C6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</w:tcPr>
          <w:p w14:paraId="33B363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พราน</w:t>
            </w:r>
          </w:p>
        </w:tc>
        <w:tc>
          <w:tcPr>
            <w:tcW w:w="985" w:type="dxa"/>
          </w:tcPr>
          <w:p w14:paraId="03ECAC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248</w:t>
            </w:r>
          </w:p>
        </w:tc>
        <w:tc>
          <w:tcPr>
            <w:tcW w:w="985" w:type="dxa"/>
          </w:tcPr>
          <w:p w14:paraId="299A6B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985" w:type="dxa"/>
          </w:tcPr>
          <w:p w14:paraId="241329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85" w:type="dxa"/>
          </w:tcPr>
          <w:p w14:paraId="0E25A3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85" w:type="dxa"/>
          </w:tcPr>
          <w:p w14:paraId="54F2EF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85" w:type="dxa"/>
          </w:tcPr>
          <w:p w14:paraId="06D584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85" w:type="dxa"/>
          </w:tcPr>
          <w:p w14:paraId="485181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5FFCA54C" w14:textId="77777777">
        <w:trPr>
          <w:jc w:val="center"/>
        </w:trPr>
        <w:tc>
          <w:tcPr>
            <w:tcW w:w="985" w:type="dxa"/>
          </w:tcPr>
          <w:p w14:paraId="567E5A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</w:tcPr>
          <w:p w14:paraId="48512E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</w:t>
            </w:r>
          </w:p>
        </w:tc>
        <w:tc>
          <w:tcPr>
            <w:tcW w:w="985" w:type="dxa"/>
          </w:tcPr>
          <w:p w14:paraId="6D78F5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204</w:t>
            </w:r>
          </w:p>
        </w:tc>
        <w:tc>
          <w:tcPr>
            <w:tcW w:w="985" w:type="dxa"/>
          </w:tcPr>
          <w:p w14:paraId="547C4C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985" w:type="dxa"/>
          </w:tcPr>
          <w:p w14:paraId="3F8F3C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85" w:type="dxa"/>
          </w:tcPr>
          <w:p w14:paraId="750AA2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85" w:type="dxa"/>
          </w:tcPr>
          <w:p w14:paraId="3413AF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85" w:type="dxa"/>
          </w:tcPr>
          <w:p w14:paraId="72518F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85" w:type="dxa"/>
          </w:tcPr>
          <w:p w14:paraId="3E0BA6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3288B20A" w14:textId="77777777">
        <w:trPr>
          <w:jc w:val="center"/>
        </w:trPr>
        <w:tc>
          <w:tcPr>
            <w:tcW w:w="985" w:type="dxa"/>
          </w:tcPr>
          <w:p w14:paraId="7A5E3E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</w:tcPr>
          <w:p w14:paraId="0C92C7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จอมขมังเวทย์</w:t>
            </w:r>
          </w:p>
        </w:tc>
        <w:tc>
          <w:tcPr>
            <w:tcW w:w="985" w:type="dxa"/>
          </w:tcPr>
          <w:p w14:paraId="7601DA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178</w:t>
            </w:r>
          </w:p>
        </w:tc>
        <w:tc>
          <w:tcPr>
            <w:tcW w:w="985" w:type="dxa"/>
          </w:tcPr>
          <w:p w14:paraId="403137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136</w:t>
            </w:r>
          </w:p>
        </w:tc>
        <w:tc>
          <w:tcPr>
            <w:tcW w:w="985" w:type="dxa"/>
          </w:tcPr>
          <w:p w14:paraId="3B23C9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85" w:type="dxa"/>
          </w:tcPr>
          <w:p w14:paraId="6701EA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85" w:type="dxa"/>
          </w:tcPr>
          <w:p w14:paraId="4F903A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85" w:type="dxa"/>
          </w:tcPr>
          <w:p w14:paraId="6B0FF7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85" w:type="dxa"/>
          </w:tcPr>
          <w:p w14:paraId="5E8BC1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0D94691B" w14:textId="77777777">
        <w:trPr>
          <w:jc w:val="center"/>
        </w:trPr>
        <w:tc>
          <w:tcPr>
            <w:tcW w:w="985" w:type="dxa"/>
          </w:tcPr>
          <w:p w14:paraId="412306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</w:tcPr>
          <w:p w14:paraId="77D024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</w:t>
            </w:r>
          </w:p>
        </w:tc>
        <w:tc>
          <w:tcPr>
            <w:tcW w:w="985" w:type="dxa"/>
          </w:tcPr>
          <w:p w14:paraId="07170C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485</w:t>
            </w:r>
          </w:p>
        </w:tc>
        <w:tc>
          <w:tcPr>
            <w:tcW w:w="985" w:type="dxa"/>
          </w:tcPr>
          <w:p w14:paraId="1A508E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85" w:type="dxa"/>
          </w:tcPr>
          <w:p w14:paraId="1F775D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85" w:type="dxa"/>
          </w:tcPr>
          <w:p w14:paraId="415750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85" w:type="dxa"/>
          </w:tcPr>
          <w:p w14:paraId="4DBCF6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85" w:type="dxa"/>
          </w:tcPr>
          <w:p w14:paraId="65428C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85" w:type="dxa"/>
          </w:tcPr>
          <w:p w14:paraId="451D3C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40230A56" w14:textId="77777777">
        <w:trPr>
          <w:jc w:val="center"/>
        </w:trPr>
        <w:tc>
          <w:tcPr>
            <w:tcW w:w="985" w:type="dxa"/>
          </w:tcPr>
          <w:p w14:paraId="1190E9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135" w:type="dxa"/>
          </w:tcPr>
          <w:p w14:paraId="7F646C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</w:t>
            </w:r>
          </w:p>
        </w:tc>
        <w:tc>
          <w:tcPr>
            <w:tcW w:w="985" w:type="dxa"/>
          </w:tcPr>
          <w:p w14:paraId="4AACE1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733</w:t>
            </w:r>
          </w:p>
        </w:tc>
        <w:tc>
          <w:tcPr>
            <w:tcW w:w="985" w:type="dxa"/>
          </w:tcPr>
          <w:p w14:paraId="654897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985" w:type="dxa"/>
          </w:tcPr>
          <w:p w14:paraId="2CFB36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85" w:type="dxa"/>
          </w:tcPr>
          <w:p w14:paraId="3C78D0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85" w:type="dxa"/>
          </w:tcPr>
          <w:p w14:paraId="01E50F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85" w:type="dxa"/>
          </w:tcPr>
          <w:p w14:paraId="4B7F6C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85" w:type="dxa"/>
          </w:tcPr>
          <w:p w14:paraId="7272FB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1FE8CBD6" w14:textId="77777777">
        <w:trPr>
          <w:jc w:val="center"/>
        </w:trPr>
        <w:tc>
          <w:tcPr>
            <w:tcW w:w="985" w:type="dxa"/>
          </w:tcPr>
          <w:p w14:paraId="1B506B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135" w:type="dxa"/>
          </w:tcPr>
          <w:p w14:paraId="7733E5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นักมวย</w:t>
            </w:r>
          </w:p>
        </w:tc>
        <w:tc>
          <w:tcPr>
            <w:tcW w:w="985" w:type="dxa"/>
          </w:tcPr>
          <w:p w14:paraId="1CE88B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562</w:t>
            </w:r>
          </w:p>
        </w:tc>
        <w:tc>
          <w:tcPr>
            <w:tcW w:w="985" w:type="dxa"/>
          </w:tcPr>
          <w:p w14:paraId="2039E0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985" w:type="dxa"/>
          </w:tcPr>
          <w:p w14:paraId="67603A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85" w:type="dxa"/>
          </w:tcPr>
          <w:p w14:paraId="71A6AD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85" w:type="dxa"/>
          </w:tcPr>
          <w:p w14:paraId="226DCA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85" w:type="dxa"/>
          </w:tcPr>
          <w:p w14:paraId="690B14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85" w:type="dxa"/>
          </w:tcPr>
          <w:p w14:paraId="690C82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53C4369C" w14:textId="77777777">
        <w:trPr>
          <w:jc w:val="center"/>
        </w:trPr>
        <w:tc>
          <w:tcPr>
            <w:tcW w:w="985" w:type="dxa"/>
          </w:tcPr>
          <w:p w14:paraId="40E08B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135" w:type="dxa"/>
          </w:tcPr>
          <w:p w14:paraId="015F7C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พราน</w:t>
            </w:r>
          </w:p>
        </w:tc>
        <w:tc>
          <w:tcPr>
            <w:tcW w:w="985" w:type="dxa"/>
          </w:tcPr>
          <w:p w14:paraId="47497B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477</w:t>
            </w:r>
          </w:p>
        </w:tc>
        <w:tc>
          <w:tcPr>
            <w:tcW w:w="985" w:type="dxa"/>
          </w:tcPr>
          <w:p w14:paraId="691F35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985" w:type="dxa"/>
          </w:tcPr>
          <w:p w14:paraId="6D47CC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85" w:type="dxa"/>
          </w:tcPr>
          <w:p w14:paraId="766FAE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85" w:type="dxa"/>
          </w:tcPr>
          <w:p w14:paraId="358A8A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85" w:type="dxa"/>
          </w:tcPr>
          <w:p w14:paraId="1EF376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85" w:type="dxa"/>
          </w:tcPr>
          <w:p w14:paraId="7D0F6C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</w:tr>
      <w:tr w:rsidR="00501161" w14:paraId="5289C6E9" w14:textId="77777777">
        <w:trPr>
          <w:jc w:val="center"/>
        </w:trPr>
        <w:tc>
          <w:tcPr>
            <w:tcW w:w="985" w:type="dxa"/>
          </w:tcPr>
          <w:p w14:paraId="296FF3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135" w:type="dxa"/>
          </w:tcPr>
          <w:p w14:paraId="46D6FC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</w:t>
            </w:r>
          </w:p>
        </w:tc>
        <w:tc>
          <w:tcPr>
            <w:tcW w:w="985" w:type="dxa"/>
          </w:tcPr>
          <w:p w14:paraId="40B357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394</w:t>
            </w:r>
          </w:p>
        </w:tc>
        <w:tc>
          <w:tcPr>
            <w:tcW w:w="985" w:type="dxa"/>
          </w:tcPr>
          <w:p w14:paraId="3B33F6C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221</w:t>
            </w:r>
          </w:p>
        </w:tc>
        <w:tc>
          <w:tcPr>
            <w:tcW w:w="985" w:type="dxa"/>
          </w:tcPr>
          <w:p w14:paraId="538DF4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85" w:type="dxa"/>
          </w:tcPr>
          <w:p w14:paraId="07F32A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85" w:type="dxa"/>
          </w:tcPr>
          <w:p w14:paraId="16BD54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85" w:type="dxa"/>
          </w:tcPr>
          <w:p w14:paraId="78592F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85" w:type="dxa"/>
          </w:tcPr>
          <w:p w14:paraId="1084D2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2EB407C7" w14:textId="77777777">
        <w:trPr>
          <w:jc w:val="center"/>
        </w:trPr>
        <w:tc>
          <w:tcPr>
            <w:tcW w:w="985" w:type="dxa"/>
          </w:tcPr>
          <w:p w14:paraId="0AA0C9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135" w:type="dxa"/>
          </w:tcPr>
          <w:p w14:paraId="556448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จอมขมังเว</w:t>
            </w:r>
            <w:r>
              <w:rPr>
                <w:sz w:val="28"/>
                <w:szCs w:val="28"/>
              </w:rPr>
              <w:lastRenderedPageBreak/>
              <w:t>ทย์</w:t>
            </w:r>
          </w:p>
        </w:tc>
        <w:tc>
          <w:tcPr>
            <w:tcW w:w="985" w:type="dxa"/>
          </w:tcPr>
          <w:p w14:paraId="03480C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341</w:t>
            </w:r>
          </w:p>
        </w:tc>
        <w:tc>
          <w:tcPr>
            <w:tcW w:w="985" w:type="dxa"/>
          </w:tcPr>
          <w:p w14:paraId="7E1266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263</w:t>
            </w:r>
          </w:p>
        </w:tc>
        <w:tc>
          <w:tcPr>
            <w:tcW w:w="985" w:type="dxa"/>
          </w:tcPr>
          <w:p w14:paraId="22F9DE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85" w:type="dxa"/>
          </w:tcPr>
          <w:p w14:paraId="66EB1A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85" w:type="dxa"/>
          </w:tcPr>
          <w:p w14:paraId="64767E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85" w:type="dxa"/>
          </w:tcPr>
          <w:p w14:paraId="30D635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985" w:type="dxa"/>
          </w:tcPr>
          <w:p w14:paraId="24C182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</w:t>
            </w:r>
          </w:p>
        </w:tc>
      </w:tr>
      <w:tr w:rsidR="00501161" w14:paraId="2D297B86" w14:textId="77777777">
        <w:trPr>
          <w:jc w:val="center"/>
        </w:trPr>
        <w:tc>
          <w:tcPr>
            <w:tcW w:w="985" w:type="dxa"/>
          </w:tcPr>
          <w:p w14:paraId="4B9B21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135" w:type="dxa"/>
          </w:tcPr>
          <w:p w14:paraId="196BA9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</w:t>
            </w:r>
          </w:p>
        </w:tc>
        <w:tc>
          <w:tcPr>
            <w:tcW w:w="985" w:type="dxa"/>
          </w:tcPr>
          <w:p w14:paraId="52610D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961</w:t>
            </w:r>
          </w:p>
        </w:tc>
        <w:tc>
          <w:tcPr>
            <w:tcW w:w="985" w:type="dxa"/>
          </w:tcPr>
          <w:p w14:paraId="705895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85" w:type="dxa"/>
          </w:tcPr>
          <w:p w14:paraId="116B3B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85" w:type="dxa"/>
          </w:tcPr>
          <w:p w14:paraId="59CE7B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85" w:type="dxa"/>
          </w:tcPr>
          <w:p w14:paraId="615CDE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85" w:type="dxa"/>
          </w:tcPr>
          <w:p w14:paraId="42C881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85" w:type="dxa"/>
          </w:tcPr>
          <w:p w14:paraId="212BEC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66530656" w14:textId="77777777">
        <w:trPr>
          <w:jc w:val="center"/>
        </w:trPr>
        <w:tc>
          <w:tcPr>
            <w:tcW w:w="985" w:type="dxa"/>
          </w:tcPr>
          <w:p w14:paraId="2B749C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135" w:type="dxa"/>
          </w:tcPr>
          <w:p w14:paraId="33B1EA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</w:t>
            </w:r>
          </w:p>
        </w:tc>
        <w:tc>
          <w:tcPr>
            <w:tcW w:w="985" w:type="dxa"/>
          </w:tcPr>
          <w:p w14:paraId="4B70B2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1,340</w:t>
            </w:r>
          </w:p>
        </w:tc>
        <w:tc>
          <w:tcPr>
            <w:tcW w:w="985" w:type="dxa"/>
          </w:tcPr>
          <w:p w14:paraId="3D7465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985" w:type="dxa"/>
          </w:tcPr>
          <w:p w14:paraId="3561D8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985" w:type="dxa"/>
          </w:tcPr>
          <w:p w14:paraId="05CD1A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85" w:type="dxa"/>
          </w:tcPr>
          <w:p w14:paraId="2890B8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85" w:type="dxa"/>
          </w:tcPr>
          <w:p w14:paraId="531010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85" w:type="dxa"/>
          </w:tcPr>
          <w:p w14:paraId="2A42F8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59B2C224" w14:textId="77777777">
        <w:trPr>
          <w:jc w:val="center"/>
        </w:trPr>
        <w:tc>
          <w:tcPr>
            <w:tcW w:w="985" w:type="dxa"/>
          </w:tcPr>
          <w:p w14:paraId="1A2704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135" w:type="dxa"/>
          </w:tcPr>
          <w:p w14:paraId="65DE0A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นักมวย</w:t>
            </w:r>
          </w:p>
        </w:tc>
        <w:tc>
          <w:tcPr>
            <w:tcW w:w="985" w:type="dxa"/>
          </w:tcPr>
          <w:p w14:paraId="124E06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1,013</w:t>
            </w:r>
          </w:p>
        </w:tc>
        <w:tc>
          <w:tcPr>
            <w:tcW w:w="985" w:type="dxa"/>
          </w:tcPr>
          <w:p w14:paraId="565CCF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123</w:t>
            </w:r>
          </w:p>
        </w:tc>
        <w:tc>
          <w:tcPr>
            <w:tcW w:w="985" w:type="dxa"/>
          </w:tcPr>
          <w:p w14:paraId="418B31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985" w:type="dxa"/>
          </w:tcPr>
          <w:p w14:paraId="13EB16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85" w:type="dxa"/>
          </w:tcPr>
          <w:p w14:paraId="3CDB01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85" w:type="dxa"/>
          </w:tcPr>
          <w:p w14:paraId="38CF94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85" w:type="dxa"/>
          </w:tcPr>
          <w:p w14:paraId="0E75D6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</w:tr>
      <w:tr w:rsidR="00501161" w14:paraId="47E96FEA" w14:textId="77777777">
        <w:trPr>
          <w:jc w:val="center"/>
        </w:trPr>
        <w:tc>
          <w:tcPr>
            <w:tcW w:w="985" w:type="dxa"/>
          </w:tcPr>
          <w:p w14:paraId="39CED0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135" w:type="dxa"/>
          </w:tcPr>
          <w:p w14:paraId="4E2258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พราน</w:t>
            </w:r>
          </w:p>
        </w:tc>
        <w:tc>
          <w:tcPr>
            <w:tcW w:w="985" w:type="dxa"/>
          </w:tcPr>
          <w:p w14:paraId="16A287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859</w:t>
            </w:r>
          </w:p>
        </w:tc>
        <w:tc>
          <w:tcPr>
            <w:tcW w:w="985" w:type="dxa"/>
          </w:tcPr>
          <w:p w14:paraId="744620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172</w:t>
            </w:r>
          </w:p>
        </w:tc>
        <w:tc>
          <w:tcPr>
            <w:tcW w:w="985" w:type="dxa"/>
          </w:tcPr>
          <w:p w14:paraId="4148D4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85" w:type="dxa"/>
          </w:tcPr>
          <w:p w14:paraId="22180E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85" w:type="dxa"/>
          </w:tcPr>
          <w:p w14:paraId="0FE737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985" w:type="dxa"/>
          </w:tcPr>
          <w:p w14:paraId="344C78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85" w:type="dxa"/>
          </w:tcPr>
          <w:p w14:paraId="74ADBA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27</w:t>
            </w:r>
          </w:p>
        </w:tc>
      </w:tr>
      <w:tr w:rsidR="00501161" w14:paraId="2BE0273E" w14:textId="77777777">
        <w:trPr>
          <w:jc w:val="center"/>
        </w:trPr>
        <w:tc>
          <w:tcPr>
            <w:tcW w:w="985" w:type="dxa"/>
          </w:tcPr>
          <w:p w14:paraId="61773F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135" w:type="dxa"/>
          </w:tcPr>
          <w:p w14:paraId="36BA7D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</w:t>
            </w:r>
          </w:p>
        </w:tc>
        <w:tc>
          <w:tcPr>
            <w:tcW w:w="985" w:type="dxa"/>
          </w:tcPr>
          <w:p w14:paraId="2B6AEF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711</w:t>
            </w:r>
          </w:p>
        </w:tc>
        <w:tc>
          <w:tcPr>
            <w:tcW w:w="985" w:type="dxa"/>
          </w:tcPr>
          <w:p w14:paraId="4072FC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399</w:t>
            </w:r>
          </w:p>
        </w:tc>
        <w:tc>
          <w:tcPr>
            <w:tcW w:w="985" w:type="dxa"/>
          </w:tcPr>
          <w:p w14:paraId="163D91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85" w:type="dxa"/>
          </w:tcPr>
          <w:p w14:paraId="530DC1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85" w:type="dxa"/>
          </w:tcPr>
          <w:p w14:paraId="51C164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85" w:type="dxa"/>
          </w:tcPr>
          <w:p w14:paraId="034905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985" w:type="dxa"/>
          </w:tcPr>
          <w:p w14:paraId="23771E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</w:t>
            </w:r>
          </w:p>
        </w:tc>
      </w:tr>
      <w:tr w:rsidR="00501161" w14:paraId="40912D09" w14:textId="77777777">
        <w:trPr>
          <w:jc w:val="center"/>
        </w:trPr>
        <w:tc>
          <w:tcPr>
            <w:tcW w:w="985" w:type="dxa"/>
          </w:tcPr>
          <w:p w14:paraId="514E4A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135" w:type="dxa"/>
          </w:tcPr>
          <w:p w14:paraId="439DDC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จอมขมังเวทย์</w:t>
            </w:r>
          </w:p>
        </w:tc>
        <w:tc>
          <w:tcPr>
            <w:tcW w:w="985" w:type="dxa"/>
          </w:tcPr>
          <w:p w14:paraId="1A111E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612</w:t>
            </w:r>
          </w:p>
        </w:tc>
        <w:tc>
          <w:tcPr>
            <w:tcW w:w="985" w:type="dxa"/>
          </w:tcPr>
          <w:p w14:paraId="1DC5F4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475</w:t>
            </w:r>
          </w:p>
        </w:tc>
        <w:tc>
          <w:tcPr>
            <w:tcW w:w="985" w:type="dxa"/>
          </w:tcPr>
          <w:p w14:paraId="4E3FE1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85" w:type="dxa"/>
          </w:tcPr>
          <w:p w14:paraId="03C84E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85" w:type="dxa"/>
          </w:tcPr>
          <w:p w14:paraId="367D0F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85" w:type="dxa"/>
          </w:tcPr>
          <w:p w14:paraId="76BD88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985" w:type="dxa"/>
          </w:tcPr>
          <w:p w14:paraId="602D2F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</w:t>
            </w:r>
          </w:p>
        </w:tc>
      </w:tr>
      <w:tr w:rsidR="00501161" w14:paraId="6248E2CB" w14:textId="77777777">
        <w:trPr>
          <w:jc w:val="center"/>
        </w:trPr>
        <w:tc>
          <w:tcPr>
            <w:tcW w:w="985" w:type="dxa"/>
          </w:tcPr>
          <w:p w14:paraId="1C799B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135" w:type="dxa"/>
          </w:tcPr>
          <w:p w14:paraId="0053E5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</w:t>
            </w:r>
          </w:p>
        </w:tc>
        <w:tc>
          <w:tcPr>
            <w:tcW w:w="985" w:type="dxa"/>
          </w:tcPr>
          <w:p w14:paraId="2D87DA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1,754</w:t>
            </w:r>
          </w:p>
        </w:tc>
        <w:tc>
          <w:tcPr>
            <w:tcW w:w="985" w:type="dxa"/>
          </w:tcPr>
          <w:p w14:paraId="4FCBB2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985" w:type="dxa"/>
          </w:tcPr>
          <w:p w14:paraId="547D29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985" w:type="dxa"/>
          </w:tcPr>
          <w:p w14:paraId="60A73B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85" w:type="dxa"/>
          </w:tcPr>
          <w:p w14:paraId="0AAB41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85" w:type="dxa"/>
          </w:tcPr>
          <w:p w14:paraId="670E49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85" w:type="dxa"/>
          </w:tcPr>
          <w:p w14:paraId="2A2ED9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0ABA9E3D" w14:textId="77777777">
        <w:trPr>
          <w:jc w:val="center"/>
        </w:trPr>
        <w:tc>
          <w:tcPr>
            <w:tcW w:w="985" w:type="dxa"/>
          </w:tcPr>
          <w:p w14:paraId="21316C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135" w:type="dxa"/>
          </w:tcPr>
          <w:p w14:paraId="001299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</w:t>
            </w:r>
          </w:p>
        </w:tc>
        <w:tc>
          <w:tcPr>
            <w:tcW w:w="985" w:type="dxa"/>
          </w:tcPr>
          <w:p w14:paraId="64903F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1,947</w:t>
            </w:r>
          </w:p>
        </w:tc>
        <w:tc>
          <w:tcPr>
            <w:tcW w:w="985" w:type="dxa"/>
          </w:tcPr>
          <w:p w14:paraId="0CD43B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168</w:t>
            </w:r>
          </w:p>
        </w:tc>
        <w:tc>
          <w:tcPr>
            <w:tcW w:w="985" w:type="dxa"/>
          </w:tcPr>
          <w:p w14:paraId="4506ED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985" w:type="dxa"/>
          </w:tcPr>
          <w:p w14:paraId="35C4EE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985" w:type="dxa"/>
          </w:tcPr>
          <w:p w14:paraId="5EFF60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85" w:type="dxa"/>
          </w:tcPr>
          <w:p w14:paraId="06167B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85" w:type="dxa"/>
          </w:tcPr>
          <w:p w14:paraId="279142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</w:tr>
      <w:tr w:rsidR="00501161" w14:paraId="04110D07" w14:textId="77777777">
        <w:trPr>
          <w:jc w:val="center"/>
        </w:trPr>
        <w:tc>
          <w:tcPr>
            <w:tcW w:w="985" w:type="dxa"/>
          </w:tcPr>
          <w:p w14:paraId="34553F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135" w:type="dxa"/>
          </w:tcPr>
          <w:p w14:paraId="457244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นักมวย</w:t>
            </w:r>
          </w:p>
        </w:tc>
        <w:tc>
          <w:tcPr>
            <w:tcW w:w="985" w:type="dxa"/>
          </w:tcPr>
          <w:p w14:paraId="4BC0A0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1,463</w:t>
            </w:r>
          </w:p>
        </w:tc>
        <w:tc>
          <w:tcPr>
            <w:tcW w:w="985" w:type="dxa"/>
          </w:tcPr>
          <w:p w14:paraId="37CB9C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173</w:t>
            </w:r>
          </w:p>
        </w:tc>
        <w:tc>
          <w:tcPr>
            <w:tcW w:w="985" w:type="dxa"/>
          </w:tcPr>
          <w:p w14:paraId="194D3E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985" w:type="dxa"/>
          </w:tcPr>
          <w:p w14:paraId="435041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85" w:type="dxa"/>
          </w:tcPr>
          <w:p w14:paraId="78F041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985" w:type="dxa"/>
          </w:tcPr>
          <w:p w14:paraId="33FB6B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85" w:type="dxa"/>
          </w:tcPr>
          <w:p w14:paraId="4F6580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</w:t>
            </w:r>
          </w:p>
        </w:tc>
      </w:tr>
      <w:tr w:rsidR="00501161" w14:paraId="4EBA4045" w14:textId="77777777">
        <w:trPr>
          <w:jc w:val="center"/>
        </w:trPr>
        <w:tc>
          <w:tcPr>
            <w:tcW w:w="985" w:type="dxa"/>
          </w:tcPr>
          <w:p w14:paraId="1D2D66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135" w:type="dxa"/>
          </w:tcPr>
          <w:p w14:paraId="71CB26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พราน</w:t>
            </w:r>
          </w:p>
        </w:tc>
        <w:tc>
          <w:tcPr>
            <w:tcW w:w="985" w:type="dxa"/>
          </w:tcPr>
          <w:p w14:paraId="197F55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1,241</w:t>
            </w:r>
          </w:p>
        </w:tc>
        <w:tc>
          <w:tcPr>
            <w:tcW w:w="985" w:type="dxa"/>
          </w:tcPr>
          <w:p w14:paraId="44FF0F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247</w:t>
            </w:r>
          </w:p>
        </w:tc>
        <w:tc>
          <w:tcPr>
            <w:tcW w:w="985" w:type="dxa"/>
          </w:tcPr>
          <w:p w14:paraId="07FAB8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85" w:type="dxa"/>
          </w:tcPr>
          <w:p w14:paraId="38894F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85" w:type="dxa"/>
          </w:tcPr>
          <w:p w14:paraId="06B614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985" w:type="dxa"/>
          </w:tcPr>
          <w:p w14:paraId="1233AB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85" w:type="dxa"/>
          </w:tcPr>
          <w:p w14:paraId="635854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35</w:t>
            </w:r>
          </w:p>
        </w:tc>
      </w:tr>
      <w:tr w:rsidR="00501161" w14:paraId="79F71516" w14:textId="77777777">
        <w:trPr>
          <w:jc w:val="center"/>
        </w:trPr>
        <w:tc>
          <w:tcPr>
            <w:tcW w:w="985" w:type="dxa"/>
          </w:tcPr>
          <w:p w14:paraId="5A4084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135" w:type="dxa"/>
          </w:tcPr>
          <w:p w14:paraId="7820C4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</w:t>
            </w:r>
          </w:p>
        </w:tc>
        <w:tc>
          <w:tcPr>
            <w:tcW w:w="985" w:type="dxa"/>
          </w:tcPr>
          <w:p w14:paraId="1C1D9C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1,028</w:t>
            </w:r>
          </w:p>
        </w:tc>
        <w:tc>
          <w:tcPr>
            <w:tcW w:w="985" w:type="dxa"/>
          </w:tcPr>
          <w:p w14:paraId="3711D4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577</w:t>
            </w:r>
          </w:p>
        </w:tc>
        <w:tc>
          <w:tcPr>
            <w:tcW w:w="985" w:type="dxa"/>
          </w:tcPr>
          <w:p w14:paraId="4217B8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85" w:type="dxa"/>
          </w:tcPr>
          <w:p w14:paraId="23148C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85" w:type="dxa"/>
          </w:tcPr>
          <w:p w14:paraId="6660F6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85" w:type="dxa"/>
          </w:tcPr>
          <w:p w14:paraId="30ECFB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985" w:type="dxa"/>
          </w:tcPr>
          <w:p w14:paraId="0E7A03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</w:t>
            </w:r>
          </w:p>
        </w:tc>
      </w:tr>
      <w:tr w:rsidR="00501161" w14:paraId="56D3F542" w14:textId="77777777">
        <w:trPr>
          <w:jc w:val="center"/>
        </w:trPr>
        <w:tc>
          <w:tcPr>
            <w:tcW w:w="985" w:type="dxa"/>
          </w:tcPr>
          <w:p w14:paraId="16F0DE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135" w:type="dxa"/>
          </w:tcPr>
          <w:p w14:paraId="3197E2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จอมขมังเวทย์</w:t>
            </w:r>
          </w:p>
        </w:tc>
        <w:tc>
          <w:tcPr>
            <w:tcW w:w="985" w:type="dxa"/>
          </w:tcPr>
          <w:p w14:paraId="2AC80A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884</w:t>
            </w:r>
          </w:p>
        </w:tc>
        <w:tc>
          <w:tcPr>
            <w:tcW w:w="985" w:type="dxa"/>
          </w:tcPr>
          <w:p w14:paraId="5745D6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687</w:t>
            </w:r>
          </w:p>
        </w:tc>
        <w:tc>
          <w:tcPr>
            <w:tcW w:w="985" w:type="dxa"/>
          </w:tcPr>
          <w:p w14:paraId="2D3105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85" w:type="dxa"/>
          </w:tcPr>
          <w:p w14:paraId="4CAF4D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85" w:type="dxa"/>
          </w:tcPr>
          <w:p w14:paraId="7C3E74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85" w:type="dxa"/>
          </w:tcPr>
          <w:p w14:paraId="02F558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985" w:type="dxa"/>
          </w:tcPr>
          <w:p w14:paraId="195116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33</w:t>
            </w:r>
          </w:p>
        </w:tc>
      </w:tr>
      <w:tr w:rsidR="00501161" w14:paraId="28BCDE1A" w14:textId="77777777">
        <w:trPr>
          <w:jc w:val="center"/>
        </w:trPr>
        <w:tc>
          <w:tcPr>
            <w:tcW w:w="985" w:type="dxa"/>
          </w:tcPr>
          <w:p w14:paraId="1C74BF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135" w:type="dxa"/>
          </w:tcPr>
          <w:p w14:paraId="45D1C9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</w:t>
            </w:r>
          </w:p>
        </w:tc>
        <w:tc>
          <w:tcPr>
            <w:tcW w:w="985" w:type="dxa"/>
          </w:tcPr>
          <w:p w14:paraId="1C20E9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2,547</w:t>
            </w:r>
          </w:p>
        </w:tc>
        <w:tc>
          <w:tcPr>
            <w:tcW w:w="985" w:type="dxa"/>
          </w:tcPr>
          <w:p w14:paraId="35B02E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985" w:type="dxa"/>
          </w:tcPr>
          <w:p w14:paraId="42ECB4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985" w:type="dxa"/>
          </w:tcPr>
          <w:p w14:paraId="0DD2E1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985" w:type="dxa"/>
          </w:tcPr>
          <w:p w14:paraId="6E16BB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85" w:type="dxa"/>
          </w:tcPr>
          <w:p w14:paraId="79155A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85" w:type="dxa"/>
          </w:tcPr>
          <w:p w14:paraId="4336CF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7260F455" w14:textId="77777777">
        <w:trPr>
          <w:jc w:val="center"/>
        </w:trPr>
        <w:tc>
          <w:tcPr>
            <w:tcW w:w="985" w:type="dxa"/>
          </w:tcPr>
          <w:p w14:paraId="70A146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35" w:type="dxa"/>
          </w:tcPr>
          <w:p w14:paraId="761448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</w:t>
            </w:r>
          </w:p>
        </w:tc>
        <w:tc>
          <w:tcPr>
            <w:tcW w:w="985" w:type="dxa"/>
          </w:tcPr>
          <w:p w14:paraId="033223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2,530</w:t>
            </w:r>
          </w:p>
        </w:tc>
        <w:tc>
          <w:tcPr>
            <w:tcW w:w="985" w:type="dxa"/>
          </w:tcPr>
          <w:p w14:paraId="3585BA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985" w:type="dxa"/>
          </w:tcPr>
          <w:p w14:paraId="664634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985" w:type="dxa"/>
          </w:tcPr>
          <w:p w14:paraId="2E5F36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985" w:type="dxa"/>
          </w:tcPr>
          <w:p w14:paraId="15B3DC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85" w:type="dxa"/>
          </w:tcPr>
          <w:p w14:paraId="301D20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85" w:type="dxa"/>
          </w:tcPr>
          <w:p w14:paraId="688286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</w:tr>
      <w:tr w:rsidR="00501161" w14:paraId="3107D9A1" w14:textId="77777777">
        <w:trPr>
          <w:jc w:val="center"/>
        </w:trPr>
        <w:tc>
          <w:tcPr>
            <w:tcW w:w="985" w:type="dxa"/>
          </w:tcPr>
          <w:p w14:paraId="0C8A58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35" w:type="dxa"/>
          </w:tcPr>
          <w:p w14:paraId="326803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นักมวย</w:t>
            </w:r>
          </w:p>
        </w:tc>
        <w:tc>
          <w:tcPr>
            <w:tcW w:w="985" w:type="dxa"/>
          </w:tcPr>
          <w:p w14:paraId="5B6058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1,896</w:t>
            </w:r>
          </w:p>
        </w:tc>
        <w:tc>
          <w:tcPr>
            <w:tcW w:w="985" w:type="dxa"/>
          </w:tcPr>
          <w:p w14:paraId="1A21FA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221</w:t>
            </w:r>
          </w:p>
        </w:tc>
        <w:tc>
          <w:tcPr>
            <w:tcW w:w="985" w:type="dxa"/>
          </w:tcPr>
          <w:p w14:paraId="24A60E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985" w:type="dxa"/>
          </w:tcPr>
          <w:p w14:paraId="118741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85" w:type="dxa"/>
          </w:tcPr>
          <w:p w14:paraId="0CF643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985" w:type="dxa"/>
          </w:tcPr>
          <w:p w14:paraId="5E9AAA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85" w:type="dxa"/>
          </w:tcPr>
          <w:p w14:paraId="6E864B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29</w:t>
            </w:r>
          </w:p>
        </w:tc>
      </w:tr>
      <w:tr w:rsidR="00501161" w14:paraId="1C91BBE7" w14:textId="77777777">
        <w:trPr>
          <w:jc w:val="center"/>
        </w:trPr>
        <w:tc>
          <w:tcPr>
            <w:tcW w:w="985" w:type="dxa"/>
          </w:tcPr>
          <w:p w14:paraId="1534D1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35" w:type="dxa"/>
          </w:tcPr>
          <w:p w14:paraId="264D57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พราน</w:t>
            </w:r>
          </w:p>
        </w:tc>
        <w:tc>
          <w:tcPr>
            <w:tcW w:w="985" w:type="dxa"/>
          </w:tcPr>
          <w:p w14:paraId="002F1A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1,608</w:t>
            </w:r>
          </w:p>
        </w:tc>
        <w:tc>
          <w:tcPr>
            <w:tcW w:w="985" w:type="dxa"/>
          </w:tcPr>
          <w:p w14:paraId="2A2B0D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319</w:t>
            </w:r>
          </w:p>
        </w:tc>
        <w:tc>
          <w:tcPr>
            <w:tcW w:w="985" w:type="dxa"/>
          </w:tcPr>
          <w:p w14:paraId="50B23D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85" w:type="dxa"/>
          </w:tcPr>
          <w:p w14:paraId="60FC6F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85" w:type="dxa"/>
          </w:tcPr>
          <w:p w14:paraId="4F56F2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985" w:type="dxa"/>
          </w:tcPr>
          <w:p w14:paraId="55A716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85" w:type="dxa"/>
          </w:tcPr>
          <w:p w14:paraId="060F85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43</w:t>
            </w:r>
          </w:p>
        </w:tc>
      </w:tr>
      <w:tr w:rsidR="00501161" w14:paraId="49A50156" w14:textId="77777777">
        <w:trPr>
          <w:jc w:val="center"/>
        </w:trPr>
        <w:tc>
          <w:tcPr>
            <w:tcW w:w="985" w:type="dxa"/>
          </w:tcPr>
          <w:p w14:paraId="1DE248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35" w:type="dxa"/>
          </w:tcPr>
          <w:p w14:paraId="0D03A6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</w:t>
            </w:r>
          </w:p>
        </w:tc>
        <w:tc>
          <w:tcPr>
            <w:tcW w:w="985" w:type="dxa"/>
          </w:tcPr>
          <w:p w14:paraId="601359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1,333</w:t>
            </w:r>
          </w:p>
        </w:tc>
        <w:tc>
          <w:tcPr>
            <w:tcW w:w="985" w:type="dxa"/>
          </w:tcPr>
          <w:p w14:paraId="61583B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748</w:t>
            </w:r>
          </w:p>
        </w:tc>
        <w:tc>
          <w:tcPr>
            <w:tcW w:w="985" w:type="dxa"/>
          </w:tcPr>
          <w:p w14:paraId="10EE60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85" w:type="dxa"/>
          </w:tcPr>
          <w:p w14:paraId="23E5F8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985" w:type="dxa"/>
          </w:tcPr>
          <w:p w14:paraId="487772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85" w:type="dxa"/>
          </w:tcPr>
          <w:p w14:paraId="297B94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985" w:type="dxa"/>
          </w:tcPr>
          <w:p w14:paraId="04F86E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</w:t>
            </w:r>
          </w:p>
        </w:tc>
      </w:tr>
      <w:tr w:rsidR="00501161" w14:paraId="2ED4AD62" w14:textId="77777777">
        <w:trPr>
          <w:jc w:val="center"/>
        </w:trPr>
        <w:tc>
          <w:tcPr>
            <w:tcW w:w="985" w:type="dxa"/>
          </w:tcPr>
          <w:p w14:paraId="5A311F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35" w:type="dxa"/>
          </w:tcPr>
          <w:p w14:paraId="29A29F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จอมขมังเวทย์</w:t>
            </w:r>
          </w:p>
        </w:tc>
        <w:tc>
          <w:tcPr>
            <w:tcW w:w="985" w:type="dxa"/>
          </w:tcPr>
          <w:p w14:paraId="5EC2CB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1,144</w:t>
            </w:r>
          </w:p>
        </w:tc>
        <w:tc>
          <w:tcPr>
            <w:tcW w:w="985" w:type="dxa"/>
          </w:tcPr>
          <w:p w14:paraId="721295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890</w:t>
            </w:r>
          </w:p>
        </w:tc>
        <w:tc>
          <w:tcPr>
            <w:tcW w:w="985" w:type="dxa"/>
          </w:tcPr>
          <w:p w14:paraId="4E0AAB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85" w:type="dxa"/>
          </w:tcPr>
          <w:p w14:paraId="0A66E9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85" w:type="dxa"/>
          </w:tcPr>
          <w:p w14:paraId="290E10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85" w:type="dxa"/>
          </w:tcPr>
          <w:p w14:paraId="1B90E6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85" w:type="dxa"/>
          </w:tcPr>
          <w:p w14:paraId="20D538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39</w:t>
            </w:r>
          </w:p>
        </w:tc>
      </w:tr>
      <w:tr w:rsidR="00501161" w14:paraId="321BD71D" w14:textId="77777777">
        <w:trPr>
          <w:jc w:val="center"/>
        </w:trPr>
        <w:tc>
          <w:tcPr>
            <w:tcW w:w="985" w:type="dxa"/>
          </w:tcPr>
          <w:p w14:paraId="300C4D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35" w:type="dxa"/>
          </w:tcPr>
          <w:p w14:paraId="6312DE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</w:t>
            </w:r>
          </w:p>
        </w:tc>
        <w:tc>
          <w:tcPr>
            <w:tcW w:w="985" w:type="dxa"/>
          </w:tcPr>
          <w:p w14:paraId="65E684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3,308</w:t>
            </w:r>
          </w:p>
        </w:tc>
        <w:tc>
          <w:tcPr>
            <w:tcW w:w="985" w:type="dxa"/>
          </w:tcPr>
          <w:p w14:paraId="577C48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985" w:type="dxa"/>
          </w:tcPr>
          <w:p w14:paraId="55E4C9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985" w:type="dxa"/>
          </w:tcPr>
          <w:p w14:paraId="451234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985" w:type="dxa"/>
          </w:tcPr>
          <w:p w14:paraId="666F0A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85" w:type="dxa"/>
          </w:tcPr>
          <w:p w14:paraId="4CFE5D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85" w:type="dxa"/>
          </w:tcPr>
          <w:p w14:paraId="55622B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</w:tbl>
    <w:p w14:paraId="7118517E" w14:textId="77777777" w:rsidR="00501161" w:rsidRDefault="00501161">
      <w:pPr>
        <w:spacing w:after="40"/>
      </w:pPr>
    </w:p>
    <w:p w14:paraId="4CFB466F" w14:textId="77777777" w:rsidR="00501161" w:rsidRDefault="00C637DA">
      <w:pPr>
        <w:pStyle w:val="Heading2"/>
      </w:pPr>
      <w:bookmarkStart w:id="21" w:name="_Toc243336691"/>
      <w:r>
        <w:t>4.6 Equipment Bonus</w:t>
      </w:r>
      <w:bookmarkEnd w:id="21"/>
    </w:p>
    <w:p w14:paraId="5EC9ED4F" w14:textId="77777777" w:rsidR="00501161" w:rsidRDefault="00C637DA">
      <w:pPr>
        <w:ind w:firstLine="720"/>
      </w:pPr>
      <w:r>
        <w:t xml:space="preserve">Stat </w:t>
      </w:r>
      <w:r>
        <w:t>ที่เห็นในหน้าตัวละคร = Stat ตามเลเวล × (1 + Stat Boost Skill) + โบนัสจากอุปกรณ์ (อาวุธให้ ATK/Spell Power, ชุดให้ DEF, เครื่องรางให้ Stat ใดก็ได้ +5 ถึง +30 ตาม Chapter)</w:t>
      </w:r>
    </w:p>
    <w:p w14:paraId="03A1D981" w14:textId="77777777" w:rsidR="00501161" w:rsidRDefault="00C637DA">
      <w:pPr>
        <w:pStyle w:val="Heading2"/>
      </w:pPr>
      <w:bookmarkStart w:id="22" w:name="_Toc243336692"/>
      <w:r>
        <w:t>4.7 Class &amp; Skill</w:t>
      </w:r>
      <w:bookmarkEnd w:id="22"/>
    </w:p>
    <w:p w14:paraId="7321C941" w14:textId="77777777" w:rsidR="00501161" w:rsidRDefault="00C637DA">
      <w:pPr>
        <w:ind w:firstLine="720"/>
      </w:pPr>
      <w:r>
        <w:t>ชื่อสกิลทั้งหมดใช้ธีมไทยโบราณแฟนตาซีสมัยกร</w:t>
      </w:r>
      <w:r>
        <w:t>ุงศรีอยุธยา: เพลงดาบกระบี่กระบองและดั้งของทหาร, แม่ไม้และลูกไม้มวยไทย, วิชาพรานไพร, ตำราพระโอสถและพิธีเรียกขวัญของหมอ, คาถาอาคมและไสยเวทของจอมขมังเวทย์ และอิทธิฤทธิ์สัตว์หิมพานต์</w:t>
      </w:r>
    </w:p>
    <w:p w14:paraId="7232C6EF" w14:textId="77777777" w:rsidR="00501161" w:rsidRDefault="00C637DA">
      <w:pPr>
        <w:ind w:firstLine="720"/>
      </w:pPr>
      <w:r>
        <w:lastRenderedPageBreak/>
        <w:t xml:space="preserve">ค่า MP ของสกิลเพิ่มตาม Rank: </w:t>
      </w:r>
      <w:r>
        <w:rPr>
          <w:b/>
          <w:bCs/>
        </w:rPr>
        <w:t>MP(Rank) = MP Rank1 × (1 + 0.12 × (Rank − 1))</w:t>
      </w:r>
      <w:r>
        <w:t xml:space="preserve"> → </w:t>
      </w:r>
      <w:r>
        <w:t xml:space="preserve">Rank 10 </w:t>
      </w:r>
      <w:r>
        <w:t>ใช้ MP ประมาณ 2 เท่าของ Rank 1 เพื่อให้สกิลที่แรงขึ้นมีราคาสูงขึ้น และ MP ยังเป็นทรัพยากรที่ต้องบริหารแม้ช่วงท้ายเกม</w:t>
      </w:r>
    </w:p>
    <w:p w14:paraId="2106B6A3" w14:textId="77777777" w:rsidR="00501161" w:rsidRDefault="00C637DA">
      <w:pPr>
        <w:pStyle w:val="Heading3"/>
      </w:pPr>
      <w:r>
        <w:t xml:space="preserve">4.7.1 </w:t>
      </w:r>
      <w:r>
        <w:t>นักรบ (Warrior) — ทหารดาบดั้งแนวหน้า (Tank / Protector)</w:t>
      </w:r>
    </w:p>
    <w:p w14:paraId="19994FC7" w14:textId="77777777" w:rsidR="00501161" w:rsidRDefault="00C637DA">
      <w:pPr>
        <w:ind w:firstLine="720"/>
      </w:pPr>
      <w:r>
        <w:t>นักรบคือทหารดาบดั้งแบบกองทัพกรุงศรีอยุธยา ถือดาบและดั้ง (โล่) สมดุลระ</w:t>
      </w:r>
      <w:r>
        <w:t>หว่างการโจมตีและการป้องกัน หน้าที่หลักคือท้าศัตรูให้มาตีตัวเองและรับดาเมจแทนเพื่อนที่ตัวบาง และเป็นอาชีพเดียวนอกจากจอมขมังเวทย์ที่ตีธาตุได้ (ผ่านดาบลงยันต์)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03"/>
        <w:gridCol w:w="7011"/>
      </w:tblGrid>
      <w:tr w:rsidR="00501161" w14:paraId="77002B49" w14:textId="77777777">
        <w:trPr>
          <w:tblHeader/>
          <w:jc w:val="center"/>
        </w:trPr>
        <w:tc>
          <w:tcPr>
            <w:tcW w:w="2003" w:type="dxa"/>
            <w:shd w:val="clear" w:color="auto" w:fill="F2F2F2"/>
          </w:tcPr>
          <w:p w14:paraId="2996407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011" w:type="dxa"/>
            <w:shd w:val="clear" w:color="auto" w:fill="F2F2F2"/>
          </w:tcPr>
          <w:p w14:paraId="0434C1E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6B2CFA9E" w14:textId="77777777">
        <w:trPr>
          <w:jc w:val="center"/>
        </w:trPr>
        <w:tc>
          <w:tcPr>
            <w:tcW w:w="2003" w:type="dxa"/>
          </w:tcPr>
          <w:p w14:paraId="5C8984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อาวุธ</w:t>
            </w:r>
          </w:p>
        </w:tc>
        <w:tc>
          <w:tcPr>
            <w:tcW w:w="7011" w:type="dxa"/>
          </w:tcPr>
          <w:p w14:paraId="22A691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ดาบ + ดั้ง (โล่)</w:t>
            </w:r>
          </w:p>
        </w:tc>
      </w:tr>
      <w:tr w:rsidR="00501161" w14:paraId="40EBDCBC" w14:textId="77777777">
        <w:trPr>
          <w:jc w:val="center"/>
        </w:trPr>
        <w:tc>
          <w:tcPr>
            <w:tcW w:w="2003" w:type="dxa"/>
          </w:tcPr>
          <w:p w14:paraId="37975D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ชุด</w:t>
            </w:r>
          </w:p>
        </w:tc>
        <w:tc>
          <w:tcPr>
            <w:tcW w:w="7011" w:type="dxa"/>
          </w:tcPr>
          <w:p w14:paraId="44E283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เกราะหนัก (เสื้อยันต์ หนังหุ้มโลหะ)</w:t>
            </w:r>
          </w:p>
        </w:tc>
      </w:tr>
      <w:tr w:rsidR="00501161" w14:paraId="6AAB52CB" w14:textId="77777777">
        <w:trPr>
          <w:jc w:val="center"/>
        </w:trPr>
        <w:tc>
          <w:tcPr>
            <w:tcW w:w="2003" w:type="dxa"/>
          </w:tcPr>
          <w:p w14:paraId="337FF6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Stat </w:t>
            </w:r>
            <w:r>
              <w:rPr>
                <w:sz w:val="28"/>
                <w:szCs w:val="28"/>
              </w:rPr>
              <w:t>หลัก</w:t>
            </w:r>
          </w:p>
        </w:tc>
        <w:tc>
          <w:tcPr>
            <w:tcW w:w="7011" w:type="dxa"/>
          </w:tcPr>
          <w:p w14:paraId="4F2572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HP, </w:t>
            </w:r>
            <w:r>
              <w:rPr>
                <w:sz w:val="28"/>
                <w:szCs w:val="28"/>
              </w:rPr>
              <w:t>VIT, STR</w:t>
            </w:r>
          </w:p>
        </w:tc>
      </w:tr>
      <w:tr w:rsidR="00501161" w14:paraId="6F6281CA" w14:textId="77777777">
        <w:trPr>
          <w:jc w:val="center"/>
        </w:trPr>
        <w:tc>
          <w:tcPr>
            <w:tcW w:w="2003" w:type="dxa"/>
          </w:tcPr>
          <w:p w14:paraId="49941A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ปลดล็อก</w:t>
            </w:r>
          </w:p>
        </w:tc>
        <w:tc>
          <w:tcPr>
            <w:tcW w:w="7011" w:type="dxa"/>
          </w:tcPr>
          <w:p w14:paraId="51C78C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ตั้งแต่เริ่มเกม</w:t>
            </w:r>
          </w:p>
        </w:tc>
      </w:tr>
    </w:tbl>
    <w:p w14:paraId="311A26EF" w14:textId="77777777" w:rsidR="00501161" w:rsidRDefault="00501161">
      <w:pPr>
        <w:spacing w:after="40"/>
      </w:pPr>
    </w:p>
    <w:p w14:paraId="53545EBD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นักรบคือ "ประกันชีวิต" ของปาร์ตี้ ดาเมจไม่สูงสุด แต่ทำให้การเข้าป่าแต่ละรอบอยู่ได้นานขึ้น ซึ่งสำคัญมากในเกมที่ HP/MP ไม่ฟื้นเองในป่า ผู้เล่นที่ไม่เอานักรบจะฆ่าได้เร็วกว่า แต่ต้องกลับค่ายบ่อยกว่า</w:t>
      </w:r>
    </w:p>
    <w:p w14:paraId="66C3502D" w14:textId="77777777" w:rsidR="00501161" w:rsidRDefault="00C637DA">
      <w:pPr>
        <w:ind w:firstLine="720"/>
      </w:pPr>
      <w:r>
        <w:rPr>
          <w:b/>
          <w:bCs/>
        </w:rPr>
        <w:t xml:space="preserve">1. </w:t>
      </w:r>
      <w:r>
        <w:rPr>
          <w:b/>
          <w:bCs/>
        </w:rPr>
        <w:t>ไม้จ้วงฟั</w:t>
      </w:r>
      <w:r>
        <w:rPr>
          <w:b/>
          <w:bCs/>
        </w:rPr>
        <w:t>น (Lunging Cut)</w:t>
      </w:r>
      <w:r>
        <w:t xml:space="preserve"> — Active · Tier 1 · </w:t>
      </w:r>
      <w:r>
        <w:t>เป้าหมาย: ศัตรู 1 ตัว · Prerequisite: -</w:t>
      </w:r>
    </w:p>
    <w:p w14:paraId="6DE7AE2E" w14:textId="77777777" w:rsidR="00501161" w:rsidRDefault="00C637DA">
      <w:pPr>
        <w:ind w:firstLine="720"/>
      </w:pPr>
      <w:r>
        <w:t>ไม้ฟันจ้วงเต็มแรงแบบกระบี่กระบอง สกิลโจมตีหลักของนักรบ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4142"/>
        <w:gridCol w:w="2436"/>
      </w:tblGrid>
      <w:tr w:rsidR="00501161" w14:paraId="1BF2EF0F" w14:textId="77777777">
        <w:trPr>
          <w:tblHeader/>
          <w:jc w:val="center"/>
        </w:trPr>
        <w:tc>
          <w:tcPr>
            <w:tcW w:w="2436" w:type="dxa"/>
            <w:shd w:val="clear" w:color="auto" w:fill="F2F2F2"/>
          </w:tcPr>
          <w:p w14:paraId="6C1200C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142" w:type="dxa"/>
            <w:shd w:val="clear" w:color="auto" w:fill="F2F2F2"/>
          </w:tcPr>
          <w:p w14:paraId="09B421F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2436" w:type="dxa"/>
            <w:shd w:val="clear" w:color="auto" w:fill="F2F2F2"/>
          </w:tcPr>
          <w:p w14:paraId="5E87D49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26EB9DA8" w14:textId="77777777">
        <w:trPr>
          <w:jc w:val="center"/>
        </w:trPr>
        <w:tc>
          <w:tcPr>
            <w:tcW w:w="2436" w:type="dxa"/>
          </w:tcPr>
          <w:p w14:paraId="51C9DC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14:paraId="481380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120%</w:t>
            </w:r>
          </w:p>
        </w:tc>
        <w:tc>
          <w:tcPr>
            <w:tcW w:w="2436" w:type="dxa"/>
          </w:tcPr>
          <w:p w14:paraId="2F2B30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1F50D7EF" w14:textId="77777777">
        <w:trPr>
          <w:jc w:val="center"/>
        </w:trPr>
        <w:tc>
          <w:tcPr>
            <w:tcW w:w="2436" w:type="dxa"/>
          </w:tcPr>
          <w:p w14:paraId="380BF4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14:paraId="3DA21F8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131%</w:t>
            </w:r>
          </w:p>
        </w:tc>
        <w:tc>
          <w:tcPr>
            <w:tcW w:w="2436" w:type="dxa"/>
          </w:tcPr>
          <w:p w14:paraId="0FA09A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55AB5E26" w14:textId="77777777">
        <w:trPr>
          <w:jc w:val="center"/>
        </w:trPr>
        <w:tc>
          <w:tcPr>
            <w:tcW w:w="2436" w:type="dxa"/>
          </w:tcPr>
          <w:p w14:paraId="7B78B6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2" w:type="dxa"/>
          </w:tcPr>
          <w:p w14:paraId="60F3B7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142%</w:t>
            </w:r>
          </w:p>
        </w:tc>
        <w:tc>
          <w:tcPr>
            <w:tcW w:w="2436" w:type="dxa"/>
          </w:tcPr>
          <w:p w14:paraId="00C30B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504FFD76" w14:textId="77777777">
        <w:trPr>
          <w:jc w:val="center"/>
        </w:trPr>
        <w:tc>
          <w:tcPr>
            <w:tcW w:w="2436" w:type="dxa"/>
          </w:tcPr>
          <w:p w14:paraId="2A47C6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42" w:type="dxa"/>
          </w:tcPr>
          <w:p w14:paraId="1E9600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153%</w:t>
            </w:r>
          </w:p>
        </w:tc>
        <w:tc>
          <w:tcPr>
            <w:tcW w:w="2436" w:type="dxa"/>
          </w:tcPr>
          <w:p w14:paraId="7B8FA2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46DC9B66" w14:textId="77777777">
        <w:trPr>
          <w:jc w:val="center"/>
        </w:trPr>
        <w:tc>
          <w:tcPr>
            <w:tcW w:w="2436" w:type="dxa"/>
          </w:tcPr>
          <w:p w14:paraId="27BB89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42" w:type="dxa"/>
          </w:tcPr>
          <w:p w14:paraId="6086D6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164%</w:t>
            </w:r>
          </w:p>
        </w:tc>
        <w:tc>
          <w:tcPr>
            <w:tcW w:w="2436" w:type="dxa"/>
          </w:tcPr>
          <w:p w14:paraId="2FCF82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47021C43" w14:textId="77777777">
        <w:trPr>
          <w:jc w:val="center"/>
        </w:trPr>
        <w:tc>
          <w:tcPr>
            <w:tcW w:w="2436" w:type="dxa"/>
          </w:tcPr>
          <w:p w14:paraId="184271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42" w:type="dxa"/>
          </w:tcPr>
          <w:p w14:paraId="480CB0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176%</w:t>
            </w:r>
          </w:p>
        </w:tc>
        <w:tc>
          <w:tcPr>
            <w:tcW w:w="2436" w:type="dxa"/>
          </w:tcPr>
          <w:p w14:paraId="29D763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4BCA7C80" w14:textId="77777777">
        <w:trPr>
          <w:jc w:val="center"/>
        </w:trPr>
        <w:tc>
          <w:tcPr>
            <w:tcW w:w="2436" w:type="dxa"/>
          </w:tcPr>
          <w:p w14:paraId="370310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42" w:type="dxa"/>
          </w:tcPr>
          <w:p w14:paraId="0B9086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187%</w:t>
            </w:r>
          </w:p>
        </w:tc>
        <w:tc>
          <w:tcPr>
            <w:tcW w:w="2436" w:type="dxa"/>
          </w:tcPr>
          <w:p w14:paraId="428036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442EB32E" w14:textId="77777777">
        <w:trPr>
          <w:jc w:val="center"/>
        </w:trPr>
        <w:tc>
          <w:tcPr>
            <w:tcW w:w="2436" w:type="dxa"/>
          </w:tcPr>
          <w:p w14:paraId="321706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42" w:type="dxa"/>
          </w:tcPr>
          <w:p w14:paraId="3857B7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198%</w:t>
            </w:r>
          </w:p>
        </w:tc>
        <w:tc>
          <w:tcPr>
            <w:tcW w:w="2436" w:type="dxa"/>
          </w:tcPr>
          <w:p w14:paraId="182AFC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1018B414" w14:textId="77777777">
        <w:trPr>
          <w:jc w:val="center"/>
        </w:trPr>
        <w:tc>
          <w:tcPr>
            <w:tcW w:w="2436" w:type="dxa"/>
          </w:tcPr>
          <w:p w14:paraId="4E9CC1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42" w:type="dxa"/>
          </w:tcPr>
          <w:p w14:paraId="6EB28B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209%</w:t>
            </w:r>
          </w:p>
        </w:tc>
        <w:tc>
          <w:tcPr>
            <w:tcW w:w="2436" w:type="dxa"/>
          </w:tcPr>
          <w:p w14:paraId="529097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2475E8CD" w14:textId="77777777">
        <w:trPr>
          <w:jc w:val="center"/>
        </w:trPr>
        <w:tc>
          <w:tcPr>
            <w:tcW w:w="2436" w:type="dxa"/>
          </w:tcPr>
          <w:p w14:paraId="1EC115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42" w:type="dxa"/>
          </w:tcPr>
          <w:p w14:paraId="70502B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220%</w:t>
            </w:r>
          </w:p>
        </w:tc>
        <w:tc>
          <w:tcPr>
            <w:tcW w:w="2436" w:type="dxa"/>
          </w:tcPr>
          <w:p w14:paraId="4EA82A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</w:tbl>
    <w:p w14:paraId="5A70B811" w14:textId="77777777" w:rsidR="00501161" w:rsidRDefault="00501161">
      <w:pPr>
        <w:spacing w:after="40"/>
      </w:pPr>
    </w:p>
    <w:p w14:paraId="31525BD6" w14:textId="77777777" w:rsidR="00501161" w:rsidRDefault="00C637DA">
      <w:r>
        <w:rPr>
          <w:color w:val="555555"/>
          <w:sz w:val="26"/>
          <w:szCs w:val="26"/>
        </w:rPr>
        <w:t>สูตร: Damage = Physical Base × Multiplier × Element × 100 / (100 + DEF)</w:t>
      </w:r>
    </w:p>
    <w:p w14:paraId="3F99FDA7" w14:textId="77777777" w:rsidR="00501161" w:rsidRDefault="00C637DA">
      <w:pPr>
        <w:pStyle w:val="ListBullet"/>
        <w:ind w:left="720"/>
      </w:pPr>
      <w:r>
        <w:rPr>
          <w:b/>
          <w:bCs/>
        </w:rPr>
        <w:lastRenderedPageBreak/>
        <w:t>Design Note:</w:t>
      </w:r>
      <w:r>
        <w:t xml:space="preserve"> </w:t>
      </w:r>
      <w:r>
        <w:t>สกิลพื้นฐานที่ทุกบิลด์ควรมี MP ต่ำเพื่อให้ใช้ได้ทุกไฟต์</w:t>
      </w:r>
    </w:p>
    <w:p w14:paraId="11A4D280" w14:textId="77777777" w:rsidR="00501161" w:rsidRDefault="00C637DA">
      <w:pPr>
        <w:ind w:firstLine="720"/>
      </w:pPr>
      <w:r>
        <w:rPr>
          <w:b/>
          <w:bCs/>
        </w:rPr>
        <w:t xml:space="preserve">2. </w:t>
      </w:r>
      <w:r>
        <w:rPr>
          <w:b/>
          <w:bCs/>
        </w:rPr>
        <w:t>ตั้งดั้งพิทักษ์ (Shield Stance)</w:t>
      </w:r>
      <w:r>
        <w:t xml:space="preserve"> — Active · Tier 1 · </w:t>
      </w:r>
      <w:r>
        <w:t>เป้าหมาย: ตัวเอง · Prerequisite: -</w:t>
      </w:r>
    </w:p>
    <w:p w14:paraId="7B2C4260" w14:textId="77777777" w:rsidR="00501161" w:rsidRDefault="00C637DA">
      <w:pPr>
        <w:ind w:firstLine="720"/>
      </w:pPr>
      <w:r>
        <w:t>ยกดั้งตั้งรับ เพ</w:t>
      </w:r>
      <w:r>
        <w:t>ิ่ม DEF ของตัวเองชั่วคราว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01161" w14:paraId="347B2292" w14:textId="77777777">
        <w:trPr>
          <w:tblHeader/>
          <w:jc w:val="center"/>
        </w:trPr>
        <w:tc>
          <w:tcPr>
            <w:tcW w:w="2254" w:type="dxa"/>
            <w:shd w:val="clear" w:color="auto" w:fill="F2F2F2"/>
          </w:tcPr>
          <w:p w14:paraId="6BFB60D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254" w:type="dxa"/>
            <w:shd w:val="clear" w:color="auto" w:fill="F2F2F2"/>
          </w:tcPr>
          <w:p w14:paraId="25BE538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DEF Bonus</w:t>
            </w:r>
          </w:p>
        </w:tc>
        <w:tc>
          <w:tcPr>
            <w:tcW w:w="2254" w:type="dxa"/>
            <w:shd w:val="clear" w:color="auto" w:fill="F2F2F2"/>
          </w:tcPr>
          <w:p w14:paraId="1197F40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2254" w:type="dxa"/>
            <w:shd w:val="clear" w:color="auto" w:fill="F2F2F2"/>
          </w:tcPr>
          <w:p w14:paraId="0D7AA0E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3C9B93D3" w14:textId="77777777">
        <w:trPr>
          <w:jc w:val="center"/>
        </w:trPr>
        <w:tc>
          <w:tcPr>
            <w:tcW w:w="2254" w:type="dxa"/>
          </w:tcPr>
          <w:p w14:paraId="72EA09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54" w:type="dxa"/>
          </w:tcPr>
          <w:p w14:paraId="177801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+15%</w:t>
            </w:r>
          </w:p>
        </w:tc>
        <w:tc>
          <w:tcPr>
            <w:tcW w:w="2254" w:type="dxa"/>
          </w:tcPr>
          <w:p w14:paraId="71D2C5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3DE95C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</w:tr>
      <w:tr w:rsidR="00501161" w14:paraId="4AED96B9" w14:textId="77777777">
        <w:trPr>
          <w:jc w:val="center"/>
        </w:trPr>
        <w:tc>
          <w:tcPr>
            <w:tcW w:w="2254" w:type="dxa"/>
          </w:tcPr>
          <w:p w14:paraId="3782D8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14:paraId="31C4E1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+20%</w:t>
            </w:r>
          </w:p>
        </w:tc>
        <w:tc>
          <w:tcPr>
            <w:tcW w:w="2254" w:type="dxa"/>
          </w:tcPr>
          <w:p w14:paraId="691D3C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21A827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</w:tr>
      <w:tr w:rsidR="00501161" w14:paraId="4D382EE3" w14:textId="77777777">
        <w:trPr>
          <w:jc w:val="center"/>
        </w:trPr>
        <w:tc>
          <w:tcPr>
            <w:tcW w:w="2254" w:type="dxa"/>
          </w:tcPr>
          <w:p w14:paraId="17BC21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54" w:type="dxa"/>
          </w:tcPr>
          <w:p w14:paraId="27706D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+25%</w:t>
            </w:r>
          </w:p>
        </w:tc>
        <w:tc>
          <w:tcPr>
            <w:tcW w:w="2254" w:type="dxa"/>
          </w:tcPr>
          <w:p w14:paraId="1F3146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406DBE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35E6B4DF" w14:textId="77777777">
        <w:trPr>
          <w:jc w:val="center"/>
        </w:trPr>
        <w:tc>
          <w:tcPr>
            <w:tcW w:w="2254" w:type="dxa"/>
          </w:tcPr>
          <w:p w14:paraId="7F6B9D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54" w:type="dxa"/>
          </w:tcPr>
          <w:p w14:paraId="5E9815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+30%</w:t>
            </w:r>
          </w:p>
        </w:tc>
        <w:tc>
          <w:tcPr>
            <w:tcW w:w="2254" w:type="dxa"/>
          </w:tcPr>
          <w:p w14:paraId="0B76F0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6CE55B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21009C62" w14:textId="77777777">
        <w:trPr>
          <w:jc w:val="center"/>
        </w:trPr>
        <w:tc>
          <w:tcPr>
            <w:tcW w:w="2254" w:type="dxa"/>
          </w:tcPr>
          <w:p w14:paraId="6EB590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54" w:type="dxa"/>
          </w:tcPr>
          <w:p w14:paraId="46726F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+35%</w:t>
            </w:r>
          </w:p>
        </w:tc>
        <w:tc>
          <w:tcPr>
            <w:tcW w:w="2254" w:type="dxa"/>
          </w:tcPr>
          <w:p w14:paraId="2F1A39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1C23B5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5E0AD423" w14:textId="77777777">
        <w:trPr>
          <w:jc w:val="center"/>
        </w:trPr>
        <w:tc>
          <w:tcPr>
            <w:tcW w:w="2254" w:type="dxa"/>
          </w:tcPr>
          <w:p w14:paraId="2F7C2B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54" w:type="dxa"/>
          </w:tcPr>
          <w:p w14:paraId="4996F3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+40%</w:t>
            </w:r>
          </w:p>
        </w:tc>
        <w:tc>
          <w:tcPr>
            <w:tcW w:w="2254" w:type="dxa"/>
          </w:tcPr>
          <w:p w14:paraId="3EFC18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683F43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3E31B0AC" w14:textId="77777777">
        <w:trPr>
          <w:jc w:val="center"/>
        </w:trPr>
        <w:tc>
          <w:tcPr>
            <w:tcW w:w="2254" w:type="dxa"/>
          </w:tcPr>
          <w:p w14:paraId="607922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54" w:type="dxa"/>
          </w:tcPr>
          <w:p w14:paraId="2223BB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+45%</w:t>
            </w:r>
          </w:p>
        </w:tc>
        <w:tc>
          <w:tcPr>
            <w:tcW w:w="2254" w:type="dxa"/>
          </w:tcPr>
          <w:p w14:paraId="4FDA3E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028B89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0E94788C" w14:textId="77777777">
        <w:trPr>
          <w:jc w:val="center"/>
        </w:trPr>
        <w:tc>
          <w:tcPr>
            <w:tcW w:w="2254" w:type="dxa"/>
          </w:tcPr>
          <w:p w14:paraId="135389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54" w:type="dxa"/>
          </w:tcPr>
          <w:p w14:paraId="06C954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+50%</w:t>
            </w:r>
          </w:p>
        </w:tc>
        <w:tc>
          <w:tcPr>
            <w:tcW w:w="2254" w:type="dxa"/>
          </w:tcPr>
          <w:p w14:paraId="74C925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63B0BE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580F50A0" w14:textId="77777777">
        <w:trPr>
          <w:jc w:val="center"/>
        </w:trPr>
        <w:tc>
          <w:tcPr>
            <w:tcW w:w="2254" w:type="dxa"/>
          </w:tcPr>
          <w:p w14:paraId="70E13D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4" w:type="dxa"/>
          </w:tcPr>
          <w:p w14:paraId="0C03D2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+55%</w:t>
            </w:r>
          </w:p>
        </w:tc>
        <w:tc>
          <w:tcPr>
            <w:tcW w:w="2254" w:type="dxa"/>
          </w:tcPr>
          <w:p w14:paraId="099DDF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088B03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61ADF5F7" w14:textId="77777777">
        <w:trPr>
          <w:jc w:val="center"/>
        </w:trPr>
        <w:tc>
          <w:tcPr>
            <w:tcW w:w="2254" w:type="dxa"/>
          </w:tcPr>
          <w:p w14:paraId="5E94F6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54" w:type="dxa"/>
          </w:tcPr>
          <w:p w14:paraId="13CBCB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+60%</w:t>
            </w:r>
          </w:p>
        </w:tc>
        <w:tc>
          <w:tcPr>
            <w:tcW w:w="2254" w:type="dxa"/>
          </w:tcPr>
          <w:p w14:paraId="0C5BB7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35964A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</w:tbl>
    <w:p w14:paraId="69C1FE30" w14:textId="77777777" w:rsidR="00501161" w:rsidRDefault="00501161">
      <w:pPr>
        <w:spacing w:after="40"/>
      </w:pPr>
    </w:p>
    <w:p w14:paraId="52416222" w14:textId="77777777" w:rsidR="00501161" w:rsidRDefault="00C637DA">
      <w:r>
        <w:rPr>
          <w:color w:val="555555"/>
          <w:sz w:val="26"/>
          <w:szCs w:val="26"/>
        </w:rPr>
        <w:t xml:space="preserve">สูตร: </w:t>
      </w:r>
      <w:r>
        <w:rPr>
          <w:color w:val="555555"/>
          <w:sz w:val="26"/>
          <w:szCs w:val="26"/>
        </w:rPr>
        <w:t xml:space="preserve">DEF </w:t>
      </w:r>
      <w:r>
        <w:rPr>
          <w:color w:val="555555"/>
          <w:sz w:val="26"/>
          <w:szCs w:val="26"/>
        </w:rPr>
        <w:t>ระหว่างผล = DEF × (1 + DEF Bonus)</w:t>
      </w:r>
    </w:p>
    <w:p w14:paraId="315EA55E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ใช้คู่กับท้าทัพ: ดึงศัตรูมาแล้วรับด้วย DEF ที่สูงขึ้น</w:t>
      </w:r>
    </w:p>
    <w:p w14:paraId="16FADA06" w14:textId="77777777" w:rsidR="00501161" w:rsidRDefault="00C637DA">
      <w:pPr>
        <w:ind w:firstLine="720"/>
      </w:pPr>
      <w:r>
        <w:rPr>
          <w:b/>
          <w:bCs/>
        </w:rPr>
        <w:t xml:space="preserve">3. </w:t>
      </w:r>
      <w:r>
        <w:rPr>
          <w:b/>
          <w:bCs/>
        </w:rPr>
        <w:t>ท้าทัพ (Challenge)</w:t>
      </w:r>
      <w:r>
        <w:t xml:space="preserve"> — Active · Tier 1 · </w:t>
      </w:r>
      <w:r>
        <w:t>เป้าหมาย: ศัตรูทั้งหมด · Prerequisite: -</w:t>
      </w:r>
    </w:p>
    <w:p w14:paraId="308AC79C" w14:textId="77777777" w:rsidR="00501161" w:rsidRDefault="00C637DA">
      <w:pPr>
        <w:ind w:firstLine="720"/>
      </w:pPr>
      <w:r>
        <w:t>ร้องท้ารบกลางสมรภูมิ บังคับให้ศัตรูทุกตัวโจมตีนักรบ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9"/>
        <w:gridCol w:w="2868"/>
        <w:gridCol w:w="2049"/>
        <w:gridCol w:w="2049"/>
      </w:tblGrid>
      <w:tr w:rsidR="00501161" w14:paraId="0A07C297" w14:textId="77777777">
        <w:trPr>
          <w:tblHeader/>
          <w:jc w:val="center"/>
        </w:trPr>
        <w:tc>
          <w:tcPr>
            <w:tcW w:w="2049" w:type="dxa"/>
            <w:shd w:val="clear" w:color="auto" w:fill="F2F2F2"/>
          </w:tcPr>
          <w:p w14:paraId="571884B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868" w:type="dxa"/>
            <w:shd w:val="clear" w:color="auto" w:fill="F2F2F2"/>
          </w:tcPr>
          <w:p w14:paraId="62A725A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Success Cha</w:t>
            </w:r>
            <w:r>
              <w:rPr>
                <w:b/>
                <w:bCs/>
                <w:sz w:val="28"/>
                <w:szCs w:val="28"/>
              </w:rPr>
              <w:t>nce</w:t>
            </w:r>
          </w:p>
        </w:tc>
        <w:tc>
          <w:tcPr>
            <w:tcW w:w="2049" w:type="dxa"/>
            <w:shd w:val="clear" w:color="auto" w:fill="F2F2F2"/>
          </w:tcPr>
          <w:p w14:paraId="415D8AE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2049" w:type="dxa"/>
            <w:shd w:val="clear" w:color="auto" w:fill="F2F2F2"/>
          </w:tcPr>
          <w:p w14:paraId="3CA7BCE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43CC8469" w14:textId="77777777">
        <w:trPr>
          <w:jc w:val="center"/>
        </w:trPr>
        <w:tc>
          <w:tcPr>
            <w:tcW w:w="2049" w:type="dxa"/>
          </w:tcPr>
          <w:p w14:paraId="66C0E3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8" w:type="dxa"/>
          </w:tcPr>
          <w:p w14:paraId="10DD40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55%</w:t>
            </w:r>
          </w:p>
        </w:tc>
        <w:tc>
          <w:tcPr>
            <w:tcW w:w="2049" w:type="dxa"/>
          </w:tcPr>
          <w:p w14:paraId="12FA20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20AA64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</w:tr>
      <w:tr w:rsidR="00501161" w14:paraId="1794314C" w14:textId="77777777">
        <w:trPr>
          <w:jc w:val="center"/>
        </w:trPr>
        <w:tc>
          <w:tcPr>
            <w:tcW w:w="2049" w:type="dxa"/>
          </w:tcPr>
          <w:p w14:paraId="180093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68" w:type="dxa"/>
          </w:tcPr>
          <w:p w14:paraId="692769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  <w:tc>
          <w:tcPr>
            <w:tcW w:w="2049" w:type="dxa"/>
          </w:tcPr>
          <w:p w14:paraId="281277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678C97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</w:tr>
      <w:tr w:rsidR="00501161" w14:paraId="092DDC1B" w14:textId="77777777">
        <w:trPr>
          <w:jc w:val="center"/>
        </w:trPr>
        <w:tc>
          <w:tcPr>
            <w:tcW w:w="2049" w:type="dxa"/>
          </w:tcPr>
          <w:p w14:paraId="2B33F4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68" w:type="dxa"/>
          </w:tcPr>
          <w:p w14:paraId="033495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65%</w:t>
            </w:r>
          </w:p>
        </w:tc>
        <w:tc>
          <w:tcPr>
            <w:tcW w:w="2049" w:type="dxa"/>
          </w:tcPr>
          <w:p w14:paraId="13570C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0D802C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35221F56" w14:textId="77777777">
        <w:trPr>
          <w:jc w:val="center"/>
        </w:trPr>
        <w:tc>
          <w:tcPr>
            <w:tcW w:w="2049" w:type="dxa"/>
          </w:tcPr>
          <w:p w14:paraId="3F61B7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68" w:type="dxa"/>
          </w:tcPr>
          <w:p w14:paraId="22C0CC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  <w:tc>
          <w:tcPr>
            <w:tcW w:w="2049" w:type="dxa"/>
          </w:tcPr>
          <w:p w14:paraId="59721C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09C3BC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0A0B8548" w14:textId="77777777">
        <w:trPr>
          <w:jc w:val="center"/>
        </w:trPr>
        <w:tc>
          <w:tcPr>
            <w:tcW w:w="2049" w:type="dxa"/>
          </w:tcPr>
          <w:p w14:paraId="7918F4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68" w:type="dxa"/>
          </w:tcPr>
          <w:p w14:paraId="4D6D2B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75%</w:t>
            </w:r>
          </w:p>
        </w:tc>
        <w:tc>
          <w:tcPr>
            <w:tcW w:w="2049" w:type="dxa"/>
          </w:tcPr>
          <w:p w14:paraId="701AD5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507094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2FFFB902" w14:textId="77777777">
        <w:trPr>
          <w:jc w:val="center"/>
        </w:trPr>
        <w:tc>
          <w:tcPr>
            <w:tcW w:w="2049" w:type="dxa"/>
          </w:tcPr>
          <w:p w14:paraId="7704C7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68" w:type="dxa"/>
          </w:tcPr>
          <w:p w14:paraId="0D781A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49" w:type="dxa"/>
          </w:tcPr>
          <w:p w14:paraId="538B93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2CB4D2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686AE78E" w14:textId="77777777">
        <w:trPr>
          <w:jc w:val="center"/>
        </w:trPr>
        <w:tc>
          <w:tcPr>
            <w:tcW w:w="2049" w:type="dxa"/>
          </w:tcPr>
          <w:p w14:paraId="006946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68" w:type="dxa"/>
          </w:tcPr>
          <w:p w14:paraId="61C2DF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85%</w:t>
            </w:r>
          </w:p>
        </w:tc>
        <w:tc>
          <w:tcPr>
            <w:tcW w:w="2049" w:type="dxa"/>
          </w:tcPr>
          <w:p w14:paraId="0C0C43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4D8452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4835CEB1" w14:textId="77777777">
        <w:trPr>
          <w:jc w:val="center"/>
        </w:trPr>
        <w:tc>
          <w:tcPr>
            <w:tcW w:w="2049" w:type="dxa"/>
          </w:tcPr>
          <w:p w14:paraId="684230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68" w:type="dxa"/>
          </w:tcPr>
          <w:p w14:paraId="4E4D04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2049" w:type="dxa"/>
          </w:tcPr>
          <w:p w14:paraId="7BC326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08B2A3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01D1A0DD" w14:textId="77777777">
        <w:trPr>
          <w:jc w:val="center"/>
        </w:trPr>
        <w:tc>
          <w:tcPr>
            <w:tcW w:w="2049" w:type="dxa"/>
          </w:tcPr>
          <w:p w14:paraId="53473A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868" w:type="dxa"/>
          </w:tcPr>
          <w:p w14:paraId="6E9E6D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95%</w:t>
            </w:r>
          </w:p>
        </w:tc>
        <w:tc>
          <w:tcPr>
            <w:tcW w:w="2049" w:type="dxa"/>
          </w:tcPr>
          <w:p w14:paraId="4ECD0A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2B1FE6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14AE40BD" w14:textId="77777777">
        <w:trPr>
          <w:jc w:val="center"/>
        </w:trPr>
        <w:tc>
          <w:tcPr>
            <w:tcW w:w="2049" w:type="dxa"/>
          </w:tcPr>
          <w:p w14:paraId="6214EF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868" w:type="dxa"/>
          </w:tcPr>
          <w:p w14:paraId="5840DA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2049" w:type="dxa"/>
          </w:tcPr>
          <w:p w14:paraId="4B19AB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32E19F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</w:tbl>
    <w:p w14:paraId="7BF65D36" w14:textId="77777777" w:rsidR="00501161" w:rsidRDefault="00501161">
      <w:pPr>
        <w:spacing w:after="40"/>
      </w:pPr>
    </w:p>
    <w:p w14:paraId="3562D68E" w14:textId="77777777" w:rsidR="00501161" w:rsidRDefault="00C637DA">
      <w:r>
        <w:rPr>
          <w:color w:val="555555"/>
          <w:sz w:val="26"/>
          <w:szCs w:val="26"/>
        </w:rPr>
        <w:t>สูตร: ทอยแยกต่อศัตรู 1 ตัว · บอส: โอกาส × 0.5</w:t>
      </w:r>
    </w:p>
    <w:p w14:paraId="2BCDDBD4" w14:textId="77777777" w:rsidR="00501161" w:rsidRDefault="00C637DA">
      <w:pPr>
        <w:pStyle w:val="ListBullet"/>
        <w:ind w:left="720"/>
      </w:pPr>
      <w:r>
        <w:rPr>
          <w:b/>
          <w:bCs/>
        </w:rPr>
        <w:lastRenderedPageBreak/>
        <w:t>Design Note:</w:t>
      </w:r>
      <w:r>
        <w:t xml:space="preserve"> </w:t>
      </w:r>
      <w:r>
        <w:t>สกิลที่ทำให้นักรบเป็นนักรบ ปกป้องหมอและจอมขมังเวทย์ บอสติดยากกว่าเพื่อให้ไฟต์บอสยังต้องวางแผนฮีล</w:t>
      </w:r>
    </w:p>
    <w:p w14:paraId="1377307B" w14:textId="77777777" w:rsidR="00501161" w:rsidRDefault="00C637DA">
      <w:pPr>
        <w:ind w:firstLine="720"/>
      </w:pPr>
      <w:r>
        <w:rPr>
          <w:b/>
          <w:bCs/>
        </w:rPr>
        <w:t xml:space="preserve">4. </w:t>
      </w:r>
      <w:r>
        <w:rPr>
          <w:b/>
          <w:bCs/>
        </w:rPr>
        <w:t>ชำนาญเพลงดาบ (Blade Mastery)</w:t>
      </w:r>
      <w:r>
        <w:t xml:space="preserve"> — Passive · Tier 1 · </w:t>
      </w:r>
      <w:r>
        <w:t>เป้าหมาย: - · Prerequisite: -</w:t>
      </w:r>
    </w:p>
    <w:p w14:paraId="5E8B97B4" w14:textId="77777777" w:rsidR="00501161" w:rsidRDefault="00C637DA">
      <w:pPr>
        <w:ind w:firstLine="720"/>
      </w:pPr>
      <w:r>
        <w:t>ฝึกเพลงดาบจนชำนาญ เพิ่ม ATK เมื่อถือดาบ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501161" w14:paraId="1433627B" w14:textId="77777777">
        <w:trPr>
          <w:tblHeader/>
          <w:jc w:val="center"/>
        </w:trPr>
        <w:tc>
          <w:tcPr>
            <w:tcW w:w="3005" w:type="dxa"/>
            <w:shd w:val="clear" w:color="auto" w:fill="F2F2F2"/>
          </w:tcPr>
          <w:p w14:paraId="2C47B6F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005" w:type="dxa"/>
            <w:shd w:val="clear" w:color="auto" w:fill="F2F2F2"/>
          </w:tcPr>
          <w:p w14:paraId="56442FF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ATK Bonus</w:t>
            </w:r>
          </w:p>
        </w:tc>
        <w:tc>
          <w:tcPr>
            <w:tcW w:w="3005" w:type="dxa"/>
            <w:shd w:val="clear" w:color="auto" w:fill="F2F2F2"/>
          </w:tcPr>
          <w:p w14:paraId="10F14D6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93FB565" w14:textId="77777777">
        <w:trPr>
          <w:jc w:val="center"/>
        </w:trPr>
        <w:tc>
          <w:tcPr>
            <w:tcW w:w="3005" w:type="dxa"/>
          </w:tcPr>
          <w:p w14:paraId="1255B8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05" w:type="dxa"/>
          </w:tcPr>
          <w:p w14:paraId="7D8229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+2%</w:t>
            </w:r>
          </w:p>
        </w:tc>
        <w:tc>
          <w:tcPr>
            <w:tcW w:w="3005" w:type="dxa"/>
          </w:tcPr>
          <w:p w14:paraId="0585CE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EF99F85" w14:textId="77777777">
        <w:trPr>
          <w:jc w:val="center"/>
        </w:trPr>
        <w:tc>
          <w:tcPr>
            <w:tcW w:w="3005" w:type="dxa"/>
          </w:tcPr>
          <w:p w14:paraId="1C1EE5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5" w:type="dxa"/>
          </w:tcPr>
          <w:p w14:paraId="685BB7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+4%</w:t>
            </w:r>
          </w:p>
        </w:tc>
        <w:tc>
          <w:tcPr>
            <w:tcW w:w="3005" w:type="dxa"/>
          </w:tcPr>
          <w:p w14:paraId="2189CF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4DE93BC" w14:textId="77777777">
        <w:trPr>
          <w:jc w:val="center"/>
        </w:trPr>
        <w:tc>
          <w:tcPr>
            <w:tcW w:w="3005" w:type="dxa"/>
          </w:tcPr>
          <w:p w14:paraId="096979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05" w:type="dxa"/>
          </w:tcPr>
          <w:p w14:paraId="2E68CD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+6%</w:t>
            </w:r>
          </w:p>
        </w:tc>
        <w:tc>
          <w:tcPr>
            <w:tcW w:w="3005" w:type="dxa"/>
          </w:tcPr>
          <w:p w14:paraId="05A422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62632C2" w14:textId="77777777">
        <w:trPr>
          <w:jc w:val="center"/>
        </w:trPr>
        <w:tc>
          <w:tcPr>
            <w:tcW w:w="3005" w:type="dxa"/>
          </w:tcPr>
          <w:p w14:paraId="69D64E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05" w:type="dxa"/>
          </w:tcPr>
          <w:p w14:paraId="5D93BE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+8%</w:t>
            </w:r>
          </w:p>
        </w:tc>
        <w:tc>
          <w:tcPr>
            <w:tcW w:w="3005" w:type="dxa"/>
          </w:tcPr>
          <w:p w14:paraId="07EDBA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AC90294" w14:textId="77777777">
        <w:trPr>
          <w:jc w:val="center"/>
        </w:trPr>
        <w:tc>
          <w:tcPr>
            <w:tcW w:w="3005" w:type="dxa"/>
          </w:tcPr>
          <w:p w14:paraId="427616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05" w:type="dxa"/>
          </w:tcPr>
          <w:p w14:paraId="473A53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+10%</w:t>
            </w:r>
          </w:p>
        </w:tc>
        <w:tc>
          <w:tcPr>
            <w:tcW w:w="3005" w:type="dxa"/>
          </w:tcPr>
          <w:p w14:paraId="23A1A1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ED3FA6D" w14:textId="77777777">
        <w:trPr>
          <w:jc w:val="center"/>
        </w:trPr>
        <w:tc>
          <w:tcPr>
            <w:tcW w:w="3005" w:type="dxa"/>
          </w:tcPr>
          <w:p w14:paraId="5C7497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05" w:type="dxa"/>
          </w:tcPr>
          <w:p w14:paraId="7FED51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+12%</w:t>
            </w:r>
          </w:p>
        </w:tc>
        <w:tc>
          <w:tcPr>
            <w:tcW w:w="3005" w:type="dxa"/>
          </w:tcPr>
          <w:p w14:paraId="4E53C5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A56CEC7" w14:textId="77777777">
        <w:trPr>
          <w:jc w:val="center"/>
        </w:trPr>
        <w:tc>
          <w:tcPr>
            <w:tcW w:w="3005" w:type="dxa"/>
          </w:tcPr>
          <w:p w14:paraId="253B33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05" w:type="dxa"/>
          </w:tcPr>
          <w:p w14:paraId="6B3BC0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+14%</w:t>
            </w:r>
          </w:p>
        </w:tc>
        <w:tc>
          <w:tcPr>
            <w:tcW w:w="3005" w:type="dxa"/>
          </w:tcPr>
          <w:p w14:paraId="6E5DAA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A069A40" w14:textId="77777777">
        <w:trPr>
          <w:jc w:val="center"/>
        </w:trPr>
        <w:tc>
          <w:tcPr>
            <w:tcW w:w="3005" w:type="dxa"/>
          </w:tcPr>
          <w:p w14:paraId="0F476B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005" w:type="dxa"/>
          </w:tcPr>
          <w:p w14:paraId="42054A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+16%</w:t>
            </w:r>
          </w:p>
        </w:tc>
        <w:tc>
          <w:tcPr>
            <w:tcW w:w="3005" w:type="dxa"/>
          </w:tcPr>
          <w:p w14:paraId="600063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4D666F4" w14:textId="77777777">
        <w:trPr>
          <w:jc w:val="center"/>
        </w:trPr>
        <w:tc>
          <w:tcPr>
            <w:tcW w:w="3005" w:type="dxa"/>
          </w:tcPr>
          <w:p w14:paraId="3A5835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05" w:type="dxa"/>
          </w:tcPr>
          <w:p w14:paraId="64FF0A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3005" w:type="dxa"/>
          </w:tcPr>
          <w:p w14:paraId="27362F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2CB025B" w14:textId="77777777">
        <w:trPr>
          <w:jc w:val="center"/>
        </w:trPr>
        <w:tc>
          <w:tcPr>
            <w:tcW w:w="3005" w:type="dxa"/>
          </w:tcPr>
          <w:p w14:paraId="103897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005" w:type="dxa"/>
          </w:tcPr>
          <w:p w14:paraId="661EA2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+20%</w:t>
            </w:r>
          </w:p>
        </w:tc>
        <w:tc>
          <w:tcPr>
            <w:tcW w:w="3005" w:type="dxa"/>
          </w:tcPr>
          <w:p w14:paraId="404F06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3126219F" w14:textId="77777777" w:rsidR="00501161" w:rsidRDefault="00501161">
      <w:pPr>
        <w:spacing w:after="40"/>
      </w:pPr>
    </w:p>
    <w:p w14:paraId="1EE48BF5" w14:textId="77777777" w:rsidR="00501161" w:rsidRDefault="00C637DA">
      <w:r>
        <w:rPr>
          <w:color w:val="555555"/>
          <w:sz w:val="26"/>
          <w:szCs w:val="26"/>
        </w:rPr>
        <w:t>สูตร: Weapon ATK × (1 + ATK Bonus)</w:t>
      </w:r>
    </w:p>
    <w:p w14:paraId="40D9FC83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พาสซีฟเพิ่มดาเมจคงที่</w:t>
      </w:r>
    </w:p>
    <w:p w14:paraId="05B90483" w14:textId="77777777" w:rsidR="00501161" w:rsidRDefault="00C637DA">
      <w:pPr>
        <w:ind w:firstLine="720"/>
      </w:pPr>
      <w:r>
        <w:rPr>
          <w:b/>
          <w:bCs/>
        </w:rPr>
        <w:t xml:space="preserve">5. </w:t>
      </w:r>
      <w:r>
        <w:rPr>
          <w:b/>
          <w:bCs/>
        </w:rPr>
        <w:t>กายคงกระพัน (Invulnerable Body)</w:t>
      </w:r>
      <w:r>
        <w:t xml:space="preserve"> — Passive · Tier 1 · </w:t>
      </w:r>
      <w:r>
        <w:t>เป้าหมาย: - · Prerequisite: -</w:t>
      </w:r>
    </w:p>
    <w:p w14:paraId="25EEBDAE" w14:textId="77777777" w:rsidR="00501161" w:rsidRDefault="00C637DA">
      <w:pPr>
        <w:ind w:firstLine="720"/>
      </w:pPr>
      <w:r>
        <w:t>วิชาคงกระพันชาตรี เพิ่ม Max HP (Stat Boost แบบ Etrian Odyssey)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17"/>
        <w:gridCol w:w="3380"/>
        <w:gridCol w:w="2817"/>
      </w:tblGrid>
      <w:tr w:rsidR="00501161" w14:paraId="7E4C6C7C" w14:textId="77777777">
        <w:trPr>
          <w:tblHeader/>
          <w:jc w:val="center"/>
        </w:trPr>
        <w:tc>
          <w:tcPr>
            <w:tcW w:w="2817" w:type="dxa"/>
            <w:shd w:val="clear" w:color="auto" w:fill="F2F2F2"/>
          </w:tcPr>
          <w:p w14:paraId="52EF768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380" w:type="dxa"/>
            <w:shd w:val="clear" w:color="auto" w:fill="F2F2F2"/>
          </w:tcPr>
          <w:p w14:paraId="47A218D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Max HP Bonus</w:t>
            </w:r>
          </w:p>
        </w:tc>
        <w:tc>
          <w:tcPr>
            <w:tcW w:w="2817" w:type="dxa"/>
            <w:shd w:val="clear" w:color="auto" w:fill="F2F2F2"/>
          </w:tcPr>
          <w:p w14:paraId="309FD21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1E2AF2A1" w14:textId="77777777">
        <w:trPr>
          <w:jc w:val="center"/>
        </w:trPr>
        <w:tc>
          <w:tcPr>
            <w:tcW w:w="2817" w:type="dxa"/>
          </w:tcPr>
          <w:p w14:paraId="54EADB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80" w:type="dxa"/>
          </w:tcPr>
          <w:p w14:paraId="510563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+3%</w:t>
            </w:r>
          </w:p>
        </w:tc>
        <w:tc>
          <w:tcPr>
            <w:tcW w:w="2817" w:type="dxa"/>
          </w:tcPr>
          <w:p w14:paraId="56C9FE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BB40FD8" w14:textId="77777777">
        <w:trPr>
          <w:jc w:val="center"/>
        </w:trPr>
        <w:tc>
          <w:tcPr>
            <w:tcW w:w="2817" w:type="dxa"/>
          </w:tcPr>
          <w:p w14:paraId="70AAD2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80" w:type="dxa"/>
          </w:tcPr>
          <w:p w14:paraId="644BBB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+6%</w:t>
            </w:r>
          </w:p>
        </w:tc>
        <w:tc>
          <w:tcPr>
            <w:tcW w:w="2817" w:type="dxa"/>
          </w:tcPr>
          <w:p w14:paraId="486953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AEFF2F6" w14:textId="77777777">
        <w:trPr>
          <w:jc w:val="center"/>
        </w:trPr>
        <w:tc>
          <w:tcPr>
            <w:tcW w:w="2817" w:type="dxa"/>
          </w:tcPr>
          <w:p w14:paraId="15D07E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80" w:type="dxa"/>
          </w:tcPr>
          <w:p w14:paraId="7A91D4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+9%</w:t>
            </w:r>
          </w:p>
        </w:tc>
        <w:tc>
          <w:tcPr>
            <w:tcW w:w="2817" w:type="dxa"/>
          </w:tcPr>
          <w:p w14:paraId="479A06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3FB5705" w14:textId="77777777">
        <w:trPr>
          <w:jc w:val="center"/>
        </w:trPr>
        <w:tc>
          <w:tcPr>
            <w:tcW w:w="2817" w:type="dxa"/>
          </w:tcPr>
          <w:p w14:paraId="6248BC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80" w:type="dxa"/>
          </w:tcPr>
          <w:p w14:paraId="1B70B1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+12%</w:t>
            </w:r>
          </w:p>
        </w:tc>
        <w:tc>
          <w:tcPr>
            <w:tcW w:w="2817" w:type="dxa"/>
          </w:tcPr>
          <w:p w14:paraId="4D4826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088754C" w14:textId="77777777">
        <w:trPr>
          <w:jc w:val="center"/>
        </w:trPr>
        <w:tc>
          <w:tcPr>
            <w:tcW w:w="2817" w:type="dxa"/>
          </w:tcPr>
          <w:p w14:paraId="3C4641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380" w:type="dxa"/>
          </w:tcPr>
          <w:p w14:paraId="6E44AC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+15%</w:t>
            </w:r>
          </w:p>
        </w:tc>
        <w:tc>
          <w:tcPr>
            <w:tcW w:w="2817" w:type="dxa"/>
          </w:tcPr>
          <w:p w14:paraId="5BA7D4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C8D2DEE" w14:textId="77777777">
        <w:trPr>
          <w:jc w:val="center"/>
        </w:trPr>
        <w:tc>
          <w:tcPr>
            <w:tcW w:w="2817" w:type="dxa"/>
          </w:tcPr>
          <w:p w14:paraId="1E08D0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80" w:type="dxa"/>
          </w:tcPr>
          <w:p w14:paraId="534513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2817" w:type="dxa"/>
          </w:tcPr>
          <w:p w14:paraId="1C0A27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40D21D9" w14:textId="77777777">
        <w:trPr>
          <w:jc w:val="center"/>
        </w:trPr>
        <w:tc>
          <w:tcPr>
            <w:tcW w:w="2817" w:type="dxa"/>
          </w:tcPr>
          <w:p w14:paraId="5F27DB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380" w:type="dxa"/>
          </w:tcPr>
          <w:p w14:paraId="172547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+21%</w:t>
            </w:r>
          </w:p>
        </w:tc>
        <w:tc>
          <w:tcPr>
            <w:tcW w:w="2817" w:type="dxa"/>
          </w:tcPr>
          <w:p w14:paraId="0C2F77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8B6E856" w14:textId="77777777">
        <w:trPr>
          <w:jc w:val="center"/>
        </w:trPr>
        <w:tc>
          <w:tcPr>
            <w:tcW w:w="2817" w:type="dxa"/>
          </w:tcPr>
          <w:p w14:paraId="56D84A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380" w:type="dxa"/>
          </w:tcPr>
          <w:p w14:paraId="42BAE4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+24%</w:t>
            </w:r>
          </w:p>
        </w:tc>
        <w:tc>
          <w:tcPr>
            <w:tcW w:w="2817" w:type="dxa"/>
          </w:tcPr>
          <w:p w14:paraId="16D371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732CAD2" w14:textId="77777777">
        <w:trPr>
          <w:jc w:val="center"/>
        </w:trPr>
        <w:tc>
          <w:tcPr>
            <w:tcW w:w="2817" w:type="dxa"/>
          </w:tcPr>
          <w:p w14:paraId="2BFC10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380" w:type="dxa"/>
          </w:tcPr>
          <w:p w14:paraId="000255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+27%</w:t>
            </w:r>
          </w:p>
        </w:tc>
        <w:tc>
          <w:tcPr>
            <w:tcW w:w="2817" w:type="dxa"/>
          </w:tcPr>
          <w:p w14:paraId="748ED9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ED45457" w14:textId="77777777">
        <w:trPr>
          <w:jc w:val="center"/>
        </w:trPr>
        <w:tc>
          <w:tcPr>
            <w:tcW w:w="2817" w:type="dxa"/>
          </w:tcPr>
          <w:p w14:paraId="629BA0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380" w:type="dxa"/>
          </w:tcPr>
          <w:p w14:paraId="077A48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+30%</w:t>
            </w:r>
          </w:p>
        </w:tc>
        <w:tc>
          <w:tcPr>
            <w:tcW w:w="2817" w:type="dxa"/>
          </w:tcPr>
          <w:p w14:paraId="794673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52B4462D" w14:textId="77777777" w:rsidR="00501161" w:rsidRDefault="00501161">
      <w:pPr>
        <w:spacing w:after="40"/>
      </w:pPr>
    </w:p>
    <w:p w14:paraId="68F50B81" w14:textId="77777777" w:rsidR="00501161" w:rsidRDefault="00C637DA">
      <w:r>
        <w:rPr>
          <w:color w:val="555555"/>
          <w:sz w:val="26"/>
          <w:szCs w:val="26"/>
        </w:rPr>
        <w:t>สูตร: Max HP × (1 +</w:t>
      </w:r>
      <w:r>
        <w:rPr>
          <w:color w:val="555555"/>
          <w:sz w:val="26"/>
          <w:szCs w:val="26"/>
        </w:rPr>
        <w:t xml:space="preserve"> Bonus)</w:t>
      </w:r>
    </w:p>
    <w:p w14:paraId="1BC747EE" w14:textId="77777777" w:rsidR="00501161" w:rsidRDefault="00C637DA">
      <w:pPr>
        <w:pStyle w:val="ListBullet"/>
        <w:ind w:left="720"/>
      </w:pPr>
      <w:r>
        <w:rPr>
          <w:b/>
          <w:bCs/>
        </w:rPr>
        <w:lastRenderedPageBreak/>
        <w:t>Design Note:</w:t>
      </w:r>
      <w:r>
        <w:t xml:space="preserve"> </w:t>
      </w:r>
      <w:r>
        <w:t>สกิลเพิ่ม Stat แบบ HP Up ของ Etrian Odyssey ให้ผู้เล่นเลือกระหว่างความทนกับสกิลใช้งาน</w:t>
      </w:r>
    </w:p>
    <w:p w14:paraId="471F36CC" w14:textId="77777777" w:rsidR="00501161" w:rsidRDefault="00C637DA">
      <w:pPr>
        <w:ind w:firstLine="720"/>
      </w:pPr>
      <w:r>
        <w:rPr>
          <w:b/>
          <w:bCs/>
        </w:rPr>
        <w:t xml:space="preserve">6. </w:t>
      </w:r>
      <w:r>
        <w:rPr>
          <w:b/>
          <w:bCs/>
        </w:rPr>
        <w:t>ไม้ปัดกวาด (Sweeping Cut)</w:t>
      </w:r>
      <w:r>
        <w:t xml:space="preserve"> — Active · Tier 2 · </w:t>
      </w:r>
      <w:r>
        <w:t>เป้าหมาย: ศัตรูทั้งหมด · Prerequisite: ไม้จ้วงฟัน Rank 3</w:t>
      </w:r>
    </w:p>
    <w:p w14:paraId="138618F0" w14:textId="77777777" w:rsidR="00501161" w:rsidRDefault="00C637DA">
      <w:pPr>
        <w:ind w:firstLine="720"/>
      </w:pPr>
      <w:r>
        <w:t>หมุนตัวปัดดาบกวาดศัตรูทุกตัว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4142"/>
        <w:gridCol w:w="2436"/>
      </w:tblGrid>
      <w:tr w:rsidR="00501161" w14:paraId="2C4B74E3" w14:textId="77777777">
        <w:trPr>
          <w:tblHeader/>
          <w:jc w:val="center"/>
        </w:trPr>
        <w:tc>
          <w:tcPr>
            <w:tcW w:w="2436" w:type="dxa"/>
            <w:shd w:val="clear" w:color="auto" w:fill="F2F2F2"/>
          </w:tcPr>
          <w:p w14:paraId="1A77671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142" w:type="dxa"/>
            <w:shd w:val="clear" w:color="auto" w:fill="F2F2F2"/>
          </w:tcPr>
          <w:p w14:paraId="71BA7DC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</w:t>
            </w:r>
            <w:r>
              <w:rPr>
                <w:b/>
                <w:bCs/>
                <w:sz w:val="28"/>
                <w:szCs w:val="28"/>
              </w:rPr>
              <w:t>ltiplier</w:t>
            </w:r>
          </w:p>
        </w:tc>
        <w:tc>
          <w:tcPr>
            <w:tcW w:w="2436" w:type="dxa"/>
            <w:shd w:val="clear" w:color="auto" w:fill="F2F2F2"/>
          </w:tcPr>
          <w:p w14:paraId="1A78EDE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38CA95D1" w14:textId="77777777">
        <w:trPr>
          <w:jc w:val="center"/>
        </w:trPr>
        <w:tc>
          <w:tcPr>
            <w:tcW w:w="2436" w:type="dxa"/>
          </w:tcPr>
          <w:p w14:paraId="65CFE4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14:paraId="73748F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  <w:tc>
          <w:tcPr>
            <w:tcW w:w="2436" w:type="dxa"/>
          </w:tcPr>
          <w:p w14:paraId="59C013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762891A3" w14:textId="77777777">
        <w:trPr>
          <w:jc w:val="center"/>
        </w:trPr>
        <w:tc>
          <w:tcPr>
            <w:tcW w:w="2436" w:type="dxa"/>
          </w:tcPr>
          <w:p w14:paraId="4EE237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14:paraId="577491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67%</w:t>
            </w:r>
          </w:p>
        </w:tc>
        <w:tc>
          <w:tcPr>
            <w:tcW w:w="2436" w:type="dxa"/>
          </w:tcPr>
          <w:p w14:paraId="2E07A3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3A4A4655" w14:textId="77777777">
        <w:trPr>
          <w:jc w:val="center"/>
        </w:trPr>
        <w:tc>
          <w:tcPr>
            <w:tcW w:w="2436" w:type="dxa"/>
          </w:tcPr>
          <w:p w14:paraId="0D6812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2" w:type="dxa"/>
          </w:tcPr>
          <w:p w14:paraId="6C9C7A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73%</w:t>
            </w:r>
          </w:p>
        </w:tc>
        <w:tc>
          <w:tcPr>
            <w:tcW w:w="2436" w:type="dxa"/>
          </w:tcPr>
          <w:p w14:paraId="4A0B9B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261E9F4E" w14:textId="77777777">
        <w:trPr>
          <w:jc w:val="center"/>
        </w:trPr>
        <w:tc>
          <w:tcPr>
            <w:tcW w:w="2436" w:type="dxa"/>
          </w:tcPr>
          <w:p w14:paraId="4E78F7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42" w:type="dxa"/>
          </w:tcPr>
          <w:p w14:paraId="11BA0F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436" w:type="dxa"/>
          </w:tcPr>
          <w:p w14:paraId="29EDE2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107EA8FC" w14:textId="77777777">
        <w:trPr>
          <w:jc w:val="center"/>
        </w:trPr>
        <w:tc>
          <w:tcPr>
            <w:tcW w:w="2436" w:type="dxa"/>
          </w:tcPr>
          <w:p w14:paraId="7FD248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42" w:type="dxa"/>
          </w:tcPr>
          <w:p w14:paraId="413830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87%</w:t>
            </w:r>
          </w:p>
        </w:tc>
        <w:tc>
          <w:tcPr>
            <w:tcW w:w="2436" w:type="dxa"/>
          </w:tcPr>
          <w:p w14:paraId="23B922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6D2B73B1" w14:textId="77777777">
        <w:trPr>
          <w:jc w:val="center"/>
        </w:trPr>
        <w:tc>
          <w:tcPr>
            <w:tcW w:w="2436" w:type="dxa"/>
          </w:tcPr>
          <w:p w14:paraId="662583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42" w:type="dxa"/>
          </w:tcPr>
          <w:p w14:paraId="483ED2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93%</w:t>
            </w:r>
          </w:p>
        </w:tc>
        <w:tc>
          <w:tcPr>
            <w:tcW w:w="2436" w:type="dxa"/>
          </w:tcPr>
          <w:p w14:paraId="2D212F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78681804" w14:textId="77777777">
        <w:trPr>
          <w:jc w:val="center"/>
        </w:trPr>
        <w:tc>
          <w:tcPr>
            <w:tcW w:w="2436" w:type="dxa"/>
          </w:tcPr>
          <w:p w14:paraId="370244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42" w:type="dxa"/>
          </w:tcPr>
          <w:p w14:paraId="6CFFAF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2436" w:type="dxa"/>
          </w:tcPr>
          <w:p w14:paraId="280239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05D6D833" w14:textId="77777777">
        <w:trPr>
          <w:jc w:val="center"/>
        </w:trPr>
        <w:tc>
          <w:tcPr>
            <w:tcW w:w="2436" w:type="dxa"/>
          </w:tcPr>
          <w:p w14:paraId="4C6E3A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42" w:type="dxa"/>
          </w:tcPr>
          <w:p w14:paraId="3BBBB4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107%</w:t>
            </w:r>
          </w:p>
        </w:tc>
        <w:tc>
          <w:tcPr>
            <w:tcW w:w="2436" w:type="dxa"/>
          </w:tcPr>
          <w:p w14:paraId="2B01F9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162ECB91" w14:textId="77777777">
        <w:trPr>
          <w:jc w:val="center"/>
        </w:trPr>
        <w:tc>
          <w:tcPr>
            <w:tcW w:w="2436" w:type="dxa"/>
          </w:tcPr>
          <w:p w14:paraId="1E30DE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42" w:type="dxa"/>
          </w:tcPr>
          <w:p w14:paraId="53DECE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113%</w:t>
            </w:r>
          </w:p>
        </w:tc>
        <w:tc>
          <w:tcPr>
            <w:tcW w:w="2436" w:type="dxa"/>
          </w:tcPr>
          <w:p w14:paraId="25A717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</w:tr>
      <w:tr w:rsidR="00501161" w14:paraId="50B19E57" w14:textId="77777777">
        <w:trPr>
          <w:jc w:val="center"/>
        </w:trPr>
        <w:tc>
          <w:tcPr>
            <w:tcW w:w="2436" w:type="dxa"/>
          </w:tcPr>
          <w:p w14:paraId="1C4442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42" w:type="dxa"/>
          </w:tcPr>
          <w:p w14:paraId="01ACBE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120%</w:t>
            </w:r>
          </w:p>
        </w:tc>
        <w:tc>
          <w:tcPr>
            <w:tcW w:w="2436" w:type="dxa"/>
          </w:tcPr>
          <w:p w14:paraId="5B1506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</w:t>
            </w:r>
          </w:p>
        </w:tc>
      </w:tr>
    </w:tbl>
    <w:p w14:paraId="49145A3A" w14:textId="77777777" w:rsidR="00501161" w:rsidRDefault="00501161">
      <w:pPr>
        <w:spacing w:after="40"/>
      </w:pPr>
    </w:p>
    <w:p w14:paraId="2CD64F1E" w14:textId="77777777" w:rsidR="00501161" w:rsidRDefault="00C637DA">
      <w:r>
        <w:rPr>
          <w:color w:val="555555"/>
          <w:sz w:val="26"/>
          <w:szCs w:val="26"/>
        </w:rPr>
        <w:t>สูตร: Damage = Physical Base × Multiplier × Element × 100 / (100 + DEF) (ต่อตัว)</w:t>
      </w:r>
    </w:p>
    <w:p w14:paraId="34A608E4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ดาเมจต่อตัวต่ำ แต่ช่วยเคลียร์ศัตรูสาย Pack</w:t>
      </w:r>
    </w:p>
    <w:p w14:paraId="60AFE83F" w14:textId="77777777" w:rsidR="00501161" w:rsidRDefault="00C637DA">
      <w:pPr>
        <w:ind w:firstLine="720"/>
      </w:pPr>
      <w:r>
        <w:rPr>
          <w:b/>
          <w:bCs/>
        </w:rPr>
        <w:t xml:space="preserve">7. </w:t>
      </w:r>
      <w:r>
        <w:rPr>
          <w:b/>
          <w:bCs/>
        </w:rPr>
        <w:t>ดั้งบังภัย (Guardian Shield)</w:t>
      </w:r>
      <w:r>
        <w:t xml:space="preserve"> — Active · Tier 2 · </w:t>
      </w:r>
      <w:r>
        <w:t>เป้าหมาย: เพื่อน 1 คน · Prerequisite: ตั้งดั้งพิทักษ์ Rank 3</w:t>
      </w:r>
    </w:p>
    <w:p w14:paraId="576D956C" w14:textId="77777777" w:rsidR="00501161" w:rsidRDefault="00C637DA">
      <w:pPr>
        <w:ind w:firstLine="720"/>
      </w:pPr>
      <w:r>
        <w:t>ยืนบังเพื่อน รับดาเมจส่วนหนึ่งแทน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60"/>
        <w:gridCol w:w="3135"/>
        <w:gridCol w:w="1960"/>
        <w:gridCol w:w="1960"/>
      </w:tblGrid>
      <w:tr w:rsidR="00501161" w14:paraId="685ACBD4" w14:textId="77777777">
        <w:trPr>
          <w:tblHeader/>
          <w:jc w:val="center"/>
        </w:trPr>
        <w:tc>
          <w:tcPr>
            <w:tcW w:w="1960" w:type="dxa"/>
            <w:shd w:val="clear" w:color="auto" w:fill="F2F2F2"/>
          </w:tcPr>
          <w:p w14:paraId="220A369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135" w:type="dxa"/>
            <w:shd w:val="clear" w:color="auto" w:fill="F2F2F2"/>
          </w:tcPr>
          <w:p w14:paraId="7CDCF6F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Damage </w:t>
            </w:r>
            <w:r>
              <w:rPr>
                <w:b/>
                <w:bCs/>
                <w:sz w:val="28"/>
                <w:szCs w:val="28"/>
              </w:rPr>
              <w:t>ที่รับแทน</w:t>
            </w:r>
          </w:p>
        </w:tc>
        <w:tc>
          <w:tcPr>
            <w:tcW w:w="1960" w:type="dxa"/>
            <w:shd w:val="clear" w:color="auto" w:fill="F2F2F2"/>
          </w:tcPr>
          <w:p w14:paraId="43FBB08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1960" w:type="dxa"/>
            <w:shd w:val="clear" w:color="auto" w:fill="F2F2F2"/>
          </w:tcPr>
          <w:p w14:paraId="29B037D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52838B59" w14:textId="77777777">
        <w:trPr>
          <w:jc w:val="center"/>
        </w:trPr>
        <w:tc>
          <w:tcPr>
            <w:tcW w:w="1960" w:type="dxa"/>
          </w:tcPr>
          <w:p w14:paraId="7E4A81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35" w:type="dxa"/>
          </w:tcPr>
          <w:p w14:paraId="0B68ED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1960" w:type="dxa"/>
          </w:tcPr>
          <w:p w14:paraId="537B4C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3C242A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33ADED93" w14:textId="77777777">
        <w:trPr>
          <w:jc w:val="center"/>
        </w:trPr>
        <w:tc>
          <w:tcPr>
            <w:tcW w:w="1960" w:type="dxa"/>
          </w:tcPr>
          <w:p w14:paraId="1B85A5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35" w:type="dxa"/>
          </w:tcPr>
          <w:p w14:paraId="7130ED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26%</w:t>
            </w:r>
          </w:p>
        </w:tc>
        <w:tc>
          <w:tcPr>
            <w:tcW w:w="1960" w:type="dxa"/>
          </w:tcPr>
          <w:p w14:paraId="7D040A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1F0C3D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26D05000" w14:textId="77777777">
        <w:trPr>
          <w:jc w:val="center"/>
        </w:trPr>
        <w:tc>
          <w:tcPr>
            <w:tcW w:w="1960" w:type="dxa"/>
          </w:tcPr>
          <w:p w14:paraId="327FF3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35" w:type="dxa"/>
          </w:tcPr>
          <w:p w14:paraId="71A49A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31%</w:t>
            </w:r>
          </w:p>
        </w:tc>
        <w:tc>
          <w:tcPr>
            <w:tcW w:w="1960" w:type="dxa"/>
          </w:tcPr>
          <w:p w14:paraId="52BD55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448E6B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09810CBD" w14:textId="77777777">
        <w:trPr>
          <w:jc w:val="center"/>
        </w:trPr>
        <w:tc>
          <w:tcPr>
            <w:tcW w:w="1960" w:type="dxa"/>
          </w:tcPr>
          <w:p w14:paraId="2099DA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35" w:type="dxa"/>
          </w:tcPr>
          <w:p w14:paraId="495109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37%</w:t>
            </w:r>
          </w:p>
        </w:tc>
        <w:tc>
          <w:tcPr>
            <w:tcW w:w="1960" w:type="dxa"/>
          </w:tcPr>
          <w:p w14:paraId="44F704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5379FA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5E4C6ED2" w14:textId="77777777">
        <w:trPr>
          <w:jc w:val="center"/>
        </w:trPr>
        <w:tc>
          <w:tcPr>
            <w:tcW w:w="1960" w:type="dxa"/>
          </w:tcPr>
          <w:p w14:paraId="36D272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35" w:type="dxa"/>
          </w:tcPr>
          <w:p w14:paraId="4286ED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42%</w:t>
            </w:r>
          </w:p>
        </w:tc>
        <w:tc>
          <w:tcPr>
            <w:tcW w:w="1960" w:type="dxa"/>
          </w:tcPr>
          <w:p w14:paraId="4D5DDB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24AEBB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6E9D8CD4" w14:textId="77777777">
        <w:trPr>
          <w:jc w:val="center"/>
        </w:trPr>
        <w:tc>
          <w:tcPr>
            <w:tcW w:w="1960" w:type="dxa"/>
          </w:tcPr>
          <w:p w14:paraId="354445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35" w:type="dxa"/>
          </w:tcPr>
          <w:p w14:paraId="1733EF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48%</w:t>
            </w:r>
          </w:p>
        </w:tc>
        <w:tc>
          <w:tcPr>
            <w:tcW w:w="1960" w:type="dxa"/>
          </w:tcPr>
          <w:p w14:paraId="3E834F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4E8565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519335FB" w14:textId="77777777">
        <w:trPr>
          <w:jc w:val="center"/>
        </w:trPr>
        <w:tc>
          <w:tcPr>
            <w:tcW w:w="1960" w:type="dxa"/>
          </w:tcPr>
          <w:p w14:paraId="2D309A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35" w:type="dxa"/>
          </w:tcPr>
          <w:p w14:paraId="3CA5DE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53%</w:t>
            </w:r>
          </w:p>
        </w:tc>
        <w:tc>
          <w:tcPr>
            <w:tcW w:w="1960" w:type="dxa"/>
          </w:tcPr>
          <w:p w14:paraId="425C69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6E4113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274E024F" w14:textId="77777777">
        <w:trPr>
          <w:jc w:val="center"/>
        </w:trPr>
        <w:tc>
          <w:tcPr>
            <w:tcW w:w="1960" w:type="dxa"/>
          </w:tcPr>
          <w:p w14:paraId="178AC1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35" w:type="dxa"/>
          </w:tcPr>
          <w:p w14:paraId="413DFE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59%</w:t>
            </w:r>
          </w:p>
        </w:tc>
        <w:tc>
          <w:tcPr>
            <w:tcW w:w="1960" w:type="dxa"/>
          </w:tcPr>
          <w:p w14:paraId="026411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53F2DE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3D1774A5" w14:textId="77777777">
        <w:trPr>
          <w:jc w:val="center"/>
        </w:trPr>
        <w:tc>
          <w:tcPr>
            <w:tcW w:w="1960" w:type="dxa"/>
          </w:tcPr>
          <w:p w14:paraId="76BB51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35" w:type="dxa"/>
          </w:tcPr>
          <w:p w14:paraId="0B276D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64%</w:t>
            </w:r>
          </w:p>
        </w:tc>
        <w:tc>
          <w:tcPr>
            <w:tcW w:w="1960" w:type="dxa"/>
          </w:tcPr>
          <w:p w14:paraId="02A146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000E3B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3D006203" w14:textId="77777777">
        <w:trPr>
          <w:jc w:val="center"/>
        </w:trPr>
        <w:tc>
          <w:tcPr>
            <w:tcW w:w="1960" w:type="dxa"/>
          </w:tcPr>
          <w:p w14:paraId="47E2AF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35" w:type="dxa"/>
          </w:tcPr>
          <w:p w14:paraId="5E6F1C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  <w:tc>
          <w:tcPr>
            <w:tcW w:w="1960" w:type="dxa"/>
          </w:tcPr>
          <w:p w14:paraId="67A5CC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5EA6B8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</w:tbl>
    <w:p w14:paraId="52BCD552" w14:textId="77777777" w:rsidR="00501161" w:rsidRDefault="00501161">
      <w:pPr>
        <w:spacing w:after="40"/>
      </w:pPr>
    </w:p>
    <w:p w14:paraId="31508887" w14:textId="77777777" w:rsidR="00501161" w:rsidRDefault="00C637DA">
      <w:r>
        <w:rPr>
          <w:color w:val="555555"/>
          <w:sz w:val="26"/>
          <w:szCs w:val="26"/>
        </w:rPr>
        <w:t>สูตร: ดาเมจที่เพื่อนได้รับ × % → นักรบรับแทน (คำนวณ DEF ของนักรบใหม่)</w:t>
      </w:r>
    </w:p>
    <w:p w14:paraId="79925F6F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ต่างจากท้าทัพตรงที่ใช้กับท่าโจมตีกลุ่มได้</w:t>
      </w:r>
    </w:p>
    <w:p w14:paraId="7F640E98" w14:textId="77777777" w:rsidR="00501161" w:rsidRDefault="00C637DA">
      <w:pPr>
        <w:ind w:firstLine="720"/>
      </w:pPr>
      <w:r>
        <w:rPr>
          <w:b/>
          <w:bCs/>
        </w:rPr>
        <w:t xml:space="preserve">8. </w:t>
      </w:r>
      <w:r>
        <w:rPr>
          <w:b/>
          <w:bCs/>
        </w:rPr>
        <w:t>ดาบลงยันต์ (Talisman Blade)</w:t>
      </w:r>
      <w:r>
        <w:t xml:space="preserve"> — Active · Tier 2 · </w:t>
      </w:r>
      <w:r>
        <w:t>เป้าหมาย: ศัตรู 1 ตัว · Prerequisite: -</w:t>
      </w:r>
    </w:p>
    <w:p w14:paraId="3C90E55D" w14:textId="77777777" w:rsidR="00501161" w:rsidRDefault="00C637DA">
      <w:pPr>
        <w:ind w:firstLine="720"/>
      </w:pPr>
      <w:r>
        <w:t>แปะยันต์ธาตุ ไฟ / น้ำ / ลม ที่คมดาบแล้วฟัน ดาเมจเป็นธาตุที่เลือก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4142"/>
        <w:gridCol w:w="2436"/>
      </w:tblGrid>
      <w:tr w:rsidR="00501161" w14:paraId="21150530" w14:textId="77777777">
        <w:trPr>
          <w:tblHeader/>
          <w:jc w:val="center"/>
        </w:trPr>
        <w:tc>
          <w:tcPr>
            <w:tcW w:w="2436" w:type="dxa"/>
            <w:shd w:val="clear" w:color="auto" w:fill="F2F2F2"/>
          </w:tcPr>
          <w:p w14:paraId="1DBBFC4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142" w:type="dxa"/>
            <w:shd w:val="clear" w:color="auto" w:fill="F2F2F2"/>
          </w:tcPr>
          <w:p w14:paraId="4FC9DAF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2436" w:type="dxa"/>
            <w:shd w:val="clear" w:color="auto" w:fill="F2F2F2"/>
          </w:tcPr>
          <w:p w14:paraId="0DE18E1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300BF8D7" w14:textId="77777777">
        <w:trPr>
          <w:jc w:val="center"/>
        </w:trPr>
        <w:tc>
          <w:tcPr>
            <w:tcW w:w="2436" w:type="dxa"/>
          </w:tcPr>
          <w:p w14:paraId="3E74CD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14:paraId="21FA3B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110%</w:t>
            </w:r>
          </w:p>
        </w:tc>
        <w:tc>
          <w:tcPr>
            <w:tcW w:w="2436" w:type="dxa"/>
          </w:tcPr>
          <w:p w14:paraId="17B905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7DE06974" w14:textId="77777777">
        <w:trPr>
          <w:jc w:val="center"/>
        </w:trPr>
        <w:tc>
          <w:tcPr>
            <w:tcW w:w="2436" w:type="dxa"/>
          </w:tcPr>
          <w:p w14:paraId="565622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14:paraId="417A47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118%</w:t>
            </w:r>
          </w:p>
        </w:tc>
        <w:tc>
          <w:tcPr>
            <w:tcW w:w="2436" w:type="dxa"/>
          </w:tcPr>
          <w:p w14:paraId="0B0C9C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733983AE" w14:textId="77777777">
        <w:trPr>
          <w:jc w:val="center"/>
        </w:trPr>
        <w:tc>
          <w:tcPr>
            <w:tcW w:w="2436" w:type="dxa"/>
          </w:tcPr>
          <w:p w14:paraId="253A79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2" w:type="dxa"/>
          </w:tcPr>
          <w:p w14:paraId="4F44E5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126%</w:t>
            </w:r>
          </w:p>
        </w:tc>
        <w:tc>
          <w:tcPr>
            <w:tcW w:w="2436" w:type="dxa"/>
          </w:tcPr>
          <w:p w14:paraId="211D11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5D80B7B5" w14:textId="77777777">
        <w:trPr>
          <w:jc w:val="center"/>
        </w:trPr>
        <w:tc>
          <w:tcPr>
            <w:tcW w:w="2436" w:type="dxa"/>
          </w:tcPr>
          <w:p w14:paraId="007DAD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42" w:type="dxa"/>
          </w:tcPr>
          <w:p w14:paraId="707B10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133%</w:t>
            </w:r>
          </w:p>
        </w:tc>
        <w:tc>
          <w:tcPr>
            <w:tcW w:w="2436" w:type="dxa"/>
          </w:tcPr>
          <w:p w14:paraId="3C3F25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6962F8ED" w14:textId="77777777">
        <w:trPr>
          <w:jc w:val="center"/>
        </w:trPr>
        <w:tc>
          <w:tcPr>
            <w:tcW w:w="2436" w:type="dxa"/>
          </w:tcPr>
          <w:p w14:paraId="2E148E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42" w:type="dxa"/>
          </w:tcPr>
          <w:p w14:paraId="65AF30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141%</w:t>
            </w:r>
          </w:p>
        </w:tc>
        <w:tc>
          <w:tcPr>
            <w:tcW w:w="2436" w:type="dxa"/>
          </w:tcPr>
          <w:p w14:paraId="0CD1D8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53D80A31" w14:textId="77777777">
        <w:trPr>
          <w:jc w:val="center"/>
        </w:trPr>
        <w:tc>
          <w:tcPr>
            <w:tcW w:w="2436" w:type="dxa"/>
          </w:tcPr>
          <w:p w14:paraId="14F493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42" w:type="dxa"/>
          </w:tcPr>
          <w:p w14:paraId="05D836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149%</w:t>
            </w:r>
          </w:p>
        </w:tc>
        <w:tc>
          <w:tcPr>
            <w:tcW w:w="2436" w:type="dxa"/>
          </w:tcPr>
          <w:p w14:paraId="52A660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67D16E69" w14:textId="77777777">
        <w:trPr>
          <w:jc w:val="center"/>
        </w:trPr>
        <w:tc>
          <w:tcPr>
            <w:tcW w:w="2436" w:type="dxa"/>
          </w:tcPr>
          <w:p w14:paraId="220BD3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42" w:type="dxa"/>
          </w:tcPr>
          <w:p w14:paraId="3ACBAB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157%</w:t>
            </w:r>
          </w:p>
        </w:tc>
        <w:tc>
          <w:tcPr>
            <w:tcW w:w="2436" w:type="dxa"/>
          </w:tcPr>
          <w:p w14:paraId="328D0A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42672CA1" w14:textId="77777777">
        <w:trPr>
          <w:jc w:val="center"/>
        </w:trPr>
        <w:tc>
          <w:tcPr>
            <w:tcW w:w="2436" w:type="dxa"/>
          </w:tcPr>
          <w:p w14:paraId="688599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42" w:type="dxa"/>
          </w:tcPr>
          <w:p w14:paraId="68661C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164%</w:t>
            </w:r>
          </w:p>
        </w:tc>
        <w:tc>
          <w:tcPr>
            <w:tcW w:w="2436" w:type="dxa"/>
          </w:tcPr>
          <w:p w14:paraId="306233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254C0A02" w14:textId="77777777">
        <w:trPr>
          <w:jc w:val="center"/>
        </w:trPr>
        <w:tc>
          <w:tcPr>
            <w:tcW w:w="2436" w:type="dxa"/>
          </w:tcPr>
          <w:p w14:paraId="0B27EF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42" w:type="dxa"/>
          </w:tcPr>
          <w:p w14:paraId="162D71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172%</w:t>
            </w:r>
          </w:p>
        </w:tc>
        <w:tc>
          <w:tcPr>
            <w:tcW w:w="2436" w:type="dxa"/>
          </w:tcPr>
          <w:p w14:paraId="685BD0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4B09C3B4" w14:textId="77777777">
        <w:trPr>
          <w:jc w:val="center"/>
        </w:trPr>
        <w:tc>
          <w:tcPr>
            <w:tcW w:w="2436" w:type="dxa"/>
          </w:tcPr>
          <w:p w14:paraId="7128B2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42" w:type="dxa"/>
          </w:tcPr>
          <w:p w14:paraId="416479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180%</w:t>
            </w:r>
          </w:p>
        </w:tc>
        <w:tc>
          <w:tcPr>
            <w:tcW w:w="2436" w:type="dxa"/>
          </w:tcPr>
          <w:p w14:paraId="469E89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</w:tbl>
    <w:p w14:paraId="50A5AC54" w14:textId="77777777" w:rsidR="00501161" w:rsidRDefault="00501161">
      <w:pPr>
        <w:spacing w:after="40"/>
      </w:pPr>
    </w:p>
    <w:p w14:paraId="7ED0E77B" w14:textId="77777777" w:rsidR="00501161" w:rsidRDefault="00C637DA">
      <w:r>
        <w:rPr>
          <w:color w:val="555555"/>
          <w:sz w:val="26"/>
          <w:szCs w:val="26"/>
        </w:rPr>
        <w:t>สูตร: Damage = Physical Base × Multiplier × Element(ที่เลือก) × 100 / (100 + DEF)</w:t>
      </w:r>
    </w:p>
    <w:p w14:paraId="2F4D5923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ให้ปาร์ตี้ที่ไม่มีจอมขมังเวทย์ตีจุดอ่อนธาตุได้</w:t>
      </w:r>
    </w:p>
    <w:p w14:paraId="45616C81" w14:textId="77777777" w:rsidR="00501161" w:rsidRDefault="00C637DA">
      <w:pPr>
        <w:ind w:firstLine="720"/>
      </w:pPr>
      <w:r>
        <w:rPr>
          <w:b/>
          <w:bCs/>
        </w:rPr>
        <w:t xml:space="preserve">9. </w:t>
      </w:r>
      <w:r>
        <w:rPr>
          <w:b/>
          <w:bCs/>
        </w:rPr>
        <w:t>โห่ร้องออกศึก (Battle Cry)</w:t>
      </w:r>
      <w:r>
        <w:t xml:space="preserve"> — Active · Tier 3 · </w:t>
      </w:r>
      <w:r>
        <w:t>เป้าหมาย: ปาร์ตี้ · Prerequisite: -</w:t>
      </w:r>
    </w:p>
    <w:p w14:paraId="458C7411" w14:textId="77777777" w:rsidR="00501161" w:rsidRDefault="00C637DA">
      <w:pPr>
        <w:ind w:firstLine="720"/>
      </w:pPr>
      <w:r>
        <w:t>โห่ร้องปลุกขวัญแบบกองทัพออกศึก เพิ่ม ATK ทั้งปาร์ตี้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01161" w14:paraId="72FD98F3" w14:textId="77777777">
        <w:trPr>
          <w:tblHeader/>
          <w:jc w:val="center"/>
        </w:trPr>
        <w:tc>
          <w:tcPr>
            <w:tcW w:w="2254" w:type="dxa"/>
            <w:shd w:val="clear" w:color="auto" w:fill="F2F2F2"/>
          </w:tcPr>
          <w:p w14:paraId="384D9CE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254" w:type="dxa"/>
            <w:shd w:val="clear" w:color="auto" w:fill="F2F2F2"/>
          </w:tcPr>
          <w:p w14:paraId="1488EC8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ATK Bonus</w:t>
            </w:r>
          </w:p>
        </w:tc>
        <w:tc>
          <w:tcPr>
            <w:tcW w:w="2254" w:type="dxa"/>
            <w:shd w:val="clear" w:color="auto" w:fill="F2F2F2"/>
          </w:tcPr>
          <w:p w14:paraId="63E71A7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2254" w:type="dxa"/>
            <w:shd w:val="clear" w:color="auto" w:fill="F2F2F2"/>
          </w:tcPr>
          <w:p w14:paraId="33EF00C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5E0F00E9" w14:textId="77777777">
        <w:trPr>
          <w:jc w:val="center"/>
        </w:trPr>
        <w:tc>
          <w:tcPr>
            <w:tcW w:w="2254" w:type="dxa"/>
          </w:tcPr>
          <w:p w14:paraId="05E187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54" w:type="dxa"/>
          </w:tcPr>
          <w:p w14:paraId="3809E9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+8%</w:t>
            </w:r>
          </w:p>
        </w:tc>
        <w:tc>
          <w:tcPr>
            <w:tcW w:w="2254" w:type="dxa"/>
          </w:tcPr>
          <w:p w14:paraId="6F57B41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12A4F9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1AC35CE6" w14:textId="77777777">
        <w:trPr>
          <w:jc w:val="center"/>
        </w:trPr>
        <w:tc>
          <w:tcPr>
            <w:tcW w:w="2254" w:type="dxa"/>
          </w:tcPr>
          <w:p w14:paraId="00A2DE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14:paraId="0343CD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+10%</w:t>
            </w:r>
          </w:p>
        </w:tc>
        <w:tc>
          <w:tcPr>
            <w:tcW w:w="2254" w:type="dxa"/>
          </w:tcPr>
          <w:p w14:paraId="5B32BA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441954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0DBDC408" w14:textId="77777777">
        <w:trPr>
          <w:jc w:val="center"/>
        </w:trPr>
        <w:tc>
          <w:tcPr>
            <w:tcW w:w="2254" w:type="dxa"/>
          </w:tcPr>
          <w:p w14:paraId="53CF98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54" w:type="dxa"/>
          </w:tcPr>
          <w:p w14:paraId="5E073D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+13%</w:t>
            </w:r>
          </w:p>
        </w:tc>
        <w:tc>
          <w:tcPr>
            <w:tcW w:w="2254" w:type="dxa"/>
          </w:tcPr>
          <w:p w14:paraId="56DE6A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2DB181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39A935C3" w14:textId="77777777">
        <w:trPr>
          <w:jc w:val="center"/>
        </w:trPr>
        <w:tc>
          <w:tcPr>
            <w:tcW w:w="2254" w:type="dxa"/>
          </w:tcPr>
          <w:p w14:paraId="44160D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54" w:type="dxa"/>
          </w:tcPr>
          <w:p w14:paraId="1D050A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+15%</w:t>
            </w:r>
          </w:p>
        </w:tc>
        <w:tc>
          <w:tcPr>
            <w:tcW w:w="2254" w:type="dxa"/>
          </w:tcPr>
          <w:p w14:paraId="655ED1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01872B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1BCBA1C0" w14:textId="77777777">
        <w:trPr>
          <w:jc w:val="center"/>
        </w:trPr>
        <w:tc>
          <w:tcPr>
            <w:tcW w:w="2254" w:type="dxa"/>
          </w:tcPr>
          <w:p w14:paraId="2B805A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54" w:type="dxa"/>
          </w:tcPr>
          <w:p w14:paraId="76112C1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2254" w:type="dxa"/>
          </w:tcPr>
          <w:p w14:paraId="0BD57F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187D58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4D4CC8DF" w14:textId="77777777">
        <w:trPr>
          <w:jc w:val="center"/>
        </w:trPr>
        <w:tc>
          <w:tcPr>
            <w:tcW w:w="2254" w:type="dxa"/>
          </w:tcPr>
          <w:p w14:paraId="6E0913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54" w:type="dxa"/>
          </w:tcPr>
          <w:p w14:paraId="6D362E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+20%</w:t>
            </w:r>
          </w:p>
        </w:tc>
        <w:tc>
          <w:tcPr>
            <w:tcW w:w="2254" w:type="dxa"/>
          </w:tcPr>
          <w:p w14:paraId="52A530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2634A9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</w:tr>
      <w:tr w:rsidR="00501161" w14:paraId="4F07E153" w14:textId="77777777">
        <w:trPr>
          <w:jc w:val="center"/>
        </w:trPr>
        <w:tc>
          <w:tcPr>
            <w:tcW w:w="2254" w:type="dxa"/>
          </w:tcPr>
          <w:p w14:paraId="15C2F2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54" w:type="dxa"/>
          </w:tcPr>
          <w:p w14:paraId="72E56E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+23%</w:t>
            </w:r>
          </w:p>
        </w:tc>
        <w:tc>
          <w:tcPr>
            <w:tcW w:w="2254" w:type="dxa"/>
          </w:tcPr>
          <w:p w14:paraId="66D7B9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7CF49B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</w:t>
            </w:r>
          </w:p>
        </w:tc>
      </w:tr>
      <w:tr w:rsidR="00501161" w14:paraId="37A9DAC0" w14:textId="77777777">
        <w:trPr>
          <w:jc w:val="center"/>
        </w:trPr>
        <w:tc>
          <w:tcPr>
            <w:tcW w:w="2254" w:type="dxa"/>
          </w:tcPr>
          <w:p w14:paraId="7C5C1F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54" w:type="dxa"/>
          </w:tcPr>
          <w:p w14:paraId="7533E5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+25%</w:t>
            </w:r>
          </w:p>
        </w:tc>
        <w:tc>
          <w:tcPr>
            <w:tcW w:w="2254" w:type="dxa"/>
          </w:tcPr>
          <w:p w14:paraId="62F93C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0E9650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</w:tr>
      <w:tr w:rsidR="00501161" w14:paraId="2770A4A3" w14:textId="77777777">
        <w:trPr>
          <w:jc w:val="center"/>
        </w:trPr>
        <w:tc>
          <w:tcPr>
            <w:tcW w:w="2254" w:type="dxa"/>
          </w:tcPr>
          <w:p w14:paraId="0A39B9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4" w:type="dxa"/>
          </w:tcPr>
          <w:p w14:paraId="639848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+28%</w:t>
            </w:r>
          </w:p>
        </w:tc>
        <w:tc>
          <w:tcPr>
            <w:tcW w:w="2254" w:type="dxa"/>
          </w:tcPr>
          <w:p w14:paraId="64280E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6FB5AB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</w:tr>
      <w:tr w:rsidR="00501161" w14:paraId="4E240B77" w14:textId="77777777">
        <w:trPr>
          <w:jc w:val="center"/>
        </w:trPr>
        <w:tc>
          <w:tcPr>
            <w:tcW w:w="2254" w:type="dxa"/>
          </w:tcPr>
          <w:p w14:paraId="2768C5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54" w:type="dxa"/>
          </w:tcPr>
          <w:p w14:paraId="79725E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+30%</w:t>
            </w:r>
          </w:p>
        </w:tc>
        <w:tc>
          <w:tcPr>
            <w:tcW w:w="2254" w:type="dxa"/>
          </w:tcPr>
          <w:p w14:paraId="33A994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0BA4D8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</w:t>
            </w:r>
          </w:p>
        </w:tc>
      </w:tr>
    </w:tbl>
    <w:p w14:paraId="57D8B39D" w14:textId="77777777" w:rsidR="00501161" w:rsidRDefault="00501161">
      <w:pPr>
        <w:spacing w:after="40"/>
      </w:pPr>
    </w:p>
    <w:p w14:paraId="2F6F70A4" w14:textId="77777777" w:rsidR="00501161" w:rsidRDefault="00C637DA">
      <w:r>
        <w:rPr>
          <w:color w:val="555555"/>
          <w:sz w:val="26"/>
          <w:szCs w:val="26"/>
        </w:rPr>
        <w:lastRenderedPageBreak/>
        <w:t>สูตร: Effective ATK = Weapon ATK × (1 + ATK Bonus ทุกแหล่ง) (Additive)</w:t>
      </w:r>
    </w:p>
    <w:p w14:paraId="61411EEA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บัฟปาร์ตี้ตัวเดียวของนักรบ</w:t>
      </w:r>
    </w:p>
    <w:p w14:paraId="1A4BE0F6" w14:textId="77777777" w:rsidR="00501161" w:rsidRDefault="00C637DA">
      <w:pPr>
        <w:ind w:firstLine="720"/>
      </w:pPr>
      <w:r>
        <w:rPr>
          <w:b/>
          <w:bCs/>
        </w:rPr>
        <w:t xml:space="preserve">10. </w:t>
      </w:r>
      <w:r>
        <w:rPr>
          <w:b/>
          <w:bCs/>
        </w:rPr>
        <w:t>ไม้ปัดสวน (Parry Riposte)</w:t>
      </w:r>
      <w:r>
        <w:t xml:space="preserve"> — Passive · Tier 3 · </w:t>
      </w:r>
      <w:r>
        <w:t>เป้าหมาย: - · Prerequisite: ตั้งดั้งพิทักษ์ Rank 5</w:t>
      </w:r>
    </w:p>
    <w:p w14:paraId="6C01EAB2" w14:textId="77777777" w:rsidR="00501161" w:rsidRDefault="00C637DA">
      <w:pPr>
        <w:ind w:firstLine="720"/>
      </w:pPr>
      <w:r>
        <w:t>เมื่อกด Defense และโดนโจมตีกายภาพ มีโอกาสปัดแล้วฟันสวน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03"/>
        <w:gridCol w:w="2203"/>
        <w:gridCol w:w="2804"/>
        <w:gridCol w:w="2003"/>
      </w:tblGrid>
      <w:tr w:rsidR="00501161" w14:paraId="22151EA6" w14:textId="77777777">
        <w:trPr>
          <w:tblHeader/>
          <w:jc w:val="center"/>
        </w:trPr>
        <w:tc>
          <w:tcPr>
            <w:tcW w:w="2003" w:type="dxa"/>
            <w:shd w:val="clear" w:color="auto" w:fill="F2F2F2"/>
          </w:tcPr>
          <w:p w14:paraId="2095AAB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203" w:type="dxa"/>
            <w:shd w:val="clear" w:color="auto" w:fill="F2F2F2"/>
          </w:tcPr>
          <w:p w14:paraId="28C4336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Proc Chance</w:t>
            </w:r>
          </w:p>
        </w:tc>
        <w:tc>
          <w:tcPr>
            <w:tcW w:w="2804" w:type="dxa"/>
            <w:shd w:val="clear" w:color="auto" w:fill="F2F2F2"/>
          </w:tcPr>
          <w:p w14:paraId="09F5FF3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Counter Damage</w:t>
            </w:r>
          </w:p>
        </w:tc>
        <w:tc>
          <w:tcPr>
            <w:tcW w:w="2003" w:type="dxa"/>
            <w:shd w:val="clear" w:color="auto" w:fill="F2F2F2"/>
          </w:tcPr>
          <w:p w14:paraId="3D4BDAC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5AD998ED" w14:textId="77777777">
        <w:trPr>
          <w:jc w:val="center"/>
        </w:trPr>
        <w:tc>
          <w:tcPr>
            <w:tcW w:w="2003" w:type="dxa"/>
          </w:tcPr>
          <w:p w14:paraId="1F4580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03" w:type="dxa"/>
          </w:tcPr>
          <w:p w14:paraId="486633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15%</w:t>
            </w:r>
          </w:p>
        </w:tc>
        <w:tc>
          <w:tcPr>
            <w:tcW w:w="2804" w:type="dxa"/>
          </w:tcPr>
          <w:p w14:paraId="13CFE0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03" w:type="dxa"/>
          </w:tcPr>
          <w:p w14:paraId="28F1AF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FEF0712" w14:textId="77777777">
        <w:trPr>
          <w:jc w:val="center"/>
        </w:trPr>
        <w:tc>
          <w:tcPr>
            <w:tcW w:w="2003" w:type="dxa"/>
          </w:tcPr>
          <w:p w14:paraId="68CC9E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03" w:type="dxa"/>
          </w:tcPr>
          <w:p w14:paraId="0CEB7A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2804" w:type="dxa"/>
          </w:tcPr>
          <w:p w14:paraId="40DA07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03" w:type="dxa"/>
          </w:tcPr>
          <w:p w14:paraId="0767B0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416E589" w14:textId="77777777">
        <w:trPr>
          <w:jc w:val="center"/>
        </w:trPr>
        <w:tc>
          <w:tcPr>
            <w:tcW w:w="2003" w:type="dxa"/>
          </w:tcPr>
          <w:p w14:paraId="7FEF12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03" w:type="dxa"/>
          </w:tcPr>
          <w:p w14:paraId="11A2FE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25%</w:t>
            </w:r>
          </w:p>
        </w:tc>
        <w:tc>
          <w:tcPr>
            <w:tcW w:w="2804" w:type="dxa"/>
          </w:tcPr>
          <w:p w14:paraId="350838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03" w:type="dxa"/>
          </w:tcPr>
          <w:p w14:paraId="1762CB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FFE9FA9" w14:textId="77777777">
        <w:trPr>
          <w:jc w:val="center"/>
        </w:trPr>
        <w:tc>
          <w:tcPr>
            <w:tcW w:w="2003" w:type="dxa"/>
          </w:tcPr>
          <w:p w14:paraId="3D7095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03" w:type="dxa"/>
          </w:tcPr>
          <w:p w14:paraId="233696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  <w:tc>
          <w:tcPr>
            <w:tcW w:w="2804" w:type="dxa"/>
          </w:tcPr>
          <w:p w14:paraId="003972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03" w:type="dxa"/>
          </w:tcPr>
          <w:p w14:paraId="36E811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C67534A" w14:textId="77777777">
        <w:trPr>
          <w:jc w:val="center"/>
        </w:trPr>
        <w:tc>
          <w:tcPr>
            <w:tcW w:w="2003" w:type="dxa"/>
          </w:tcPr>
          <w:p w14:paraId="664010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03" w:type="dxa"/>
          </w:tcPr>
          <w:p w14:paraId="42C9C7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35%</w:t>
            </w:r>
          </w:p>
        </w:tc>
        <w:tc>
          <w:tcPr>
            <w:tcW w:w="2804" w:type="dxa"/>
          </w:tcPr>
          <w:p w14:paraId="51FE08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03" w:type="dxa"/>
          </w:tcPr>
          <w:p w14:paraId="199D8E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8D43527" w14:textId="77777777">
        <w:trPr>
          <w:jc w:val="center"/>
        </w:trPr>
        <w:tc>
          <w:tcPr>
            <w:tcW w:w="2003" w:type="dxa"/>
          </w:tcPr>
          <w:p w14:paraId="32F32B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03" w:type="dxa"/>
          </w:tcPr>
          <w:p w14:paraId="35D8C3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  <w:tc>
          <w:tcPr>
            <w:tcW w:w="2804" w:type="dxa"/>
          </w:tcPr>
          <w:p w14:paraId="57D9F5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03" w:type="dxa"/>
          </w:tcPr>
          <w:p w14:paraId="5FA2EF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0449F97" w14:textId="77777777">
        <w:trPr>
          <w:jc w:val="center"/>
        </w:trPr>
        <w:tc>
          <w:tcPr>
            <w:tcW w:w="2003" w:type="dxa"/>
          </w:tcPr>
          <w:p w14:paraId="5007C6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03" w:type="dxa"/>
          </w:tcPr>
          <w:p w14:paraId="5559D2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45%</w:t>
            </w:r>
          </w:p>
        </w:tc>
        <w:tc>
          <w:tcPr>
            <w:tcW w:w="2804" w:type="dxa"/>
          </w:tcPr>
          <w:p w14:paraId="71DD8A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03" w:type="dxa"/>
          </w:tcPr>
          <w:p w14:paraId="5B0EC2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720C9A4" w14:textId="77777777">
        <w:trPr>
          <w:jc w:val="center"/>
        </w:trPr>
        <w:tc>
          <w:tcPr>
            <w:tcW w:w="2003" w:type="dxa"/>
          </w:tcPr>
          <w:p w14:paraId="43AB4A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03" w:type="dxa"/>
          </w:tcPr>
          <w:p w14:paraId="1D4AB1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  <w:tc>
          <w:tcPr>
            <w:tcW w:w="2804" w:type="dxa"/>
          </w:tcPr>
          <w:p w14:paraId="55917B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03" w:type="dxa"/>
          </w:tcPr>
          <w:p w14:paraId="4936D1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7E587FB" w14:textId="77777777">
        <w:trPr>
          <w:jc w:val="center"/>
        </w:trPr>
        <w:tc>
          <w:tcPr>
            <w:tcW w:w="2003" w:type="dxa"/>
          </w:tcPr>
          <w:p w14:paraId="1FE470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03" w:type="dxa"/>
          </w:tcPr>
          <w:p w14:paraId="19B008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55%</w:t>
            </w:r>
          </w:p>
        </w:tc>
        <w:tc>
          <w:tcPr>
            <w:tcW w:w="2804" w:type="dxa"/>
          </w:tcPr>
          <w:p w14:paraId="113FF9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03" w:type="dxa"/>
          </w:tcPr>
          <w:p w14:paraId="5E46A9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EB0C4A9" w14:textId="77777777">
        <w:trPr>
          <w:jc w:val="center"/>
        </w:trPr>
        <w:tc>
          <w:tcPr>
            <w:tcW w:w="2003" w:type="dxa"/>
          </w:tcPr>
          <w:p w14:paraId="1B9E9E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03" w:type="dxa"/>
          </w:tcPr>
          <w:p w14:paraId="2F41A0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  <w:tc>
          <w:tcPr>
            <w:tcW w:w="2804" w:type="dxa"/>
          </w:tcPr>
          <w:p w14:paraId="03A651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03" w:type="dxa"/>
          </w:tcPr>
          <w:p w14:paraId="1E9113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1E755B8B" w14:textId="77777777" w:rsidR="00501161" w:rsidRDefault="00501161">
      <w:pPr>
        <w:spacing w:after="40"/>
      </w:pPr>
    </w:p>
    <w:p w14:paraId="1745964D" w14:textId="77777777" w:rsidR="00501161" w:rsidRDefault="00C637DA">
      <w:r>
        <w:rPr>
          <w:color w:val="555555"/>
          <w:sz w:val="26"/>
          <w:szCs w:val="26"/>
        </w:rPr>
        <w:t>สูตร: Counter = Physical Base × 0.8 × 100 / (100 + DEF)</w:t>
      </w:r>
    </w:p>
    <w:p w14:paraId="63A3C14A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ให้การกด Defense มีค่ามากกว่าแค่ลดดาเมจ</w:t>
      </w:r>
    </w:p>
    <w:p w14:paraId="1C3B325D" w14:textId="77777777" w:rsidR="00501161" w:rsidRDefault="00C637DA">
      <w:pPr>
        <w:ind w:firstLine="720"/>
      </w:pPr>
      <w:r>
        <w:rPr>
          <w:b/>
          <w:bCs/>
        </w:rPr>
        <w:t xml:space="preserve">11. </w:t>
      </w:r>
      <w:r>
        <w:rPr>
          <w:b/>
          <w:bCs/>
        </w:rPr>
        <w:t>ใจทหารหาญ (Valiant Heart)</w:t>
      </w:r>
      <w:r>
        <w:t xml:space="preserve"> — Passive · Tier 3 · </w:t>
      </w:r>
      <w:r>
        <w:t>เป้าหมาย: - · Prerequisite: -</w:t>
      </w:r>
    </w:p>
    <w:p w14:paraId="2607E4A4" w14:textId="77777777" w:rsidR="00501161" w:rsidRDefault="00C637DA">
      <w:pPr>
        <w:ind w:firstLine="720"/>
      </w:pPr>
      <w:r>
        <w:t>เมื่อโดนดาเมจถึงตาย มีโอกาสรอดด้วย HP 1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08"/>
        <w:gridCol w:w="3199"/>
        <w:gridCol w:w="2908"/>
      </w:tblGrid>
      <w:tr w:rsidR="00501161" w14:paraId="762F5285" w14:textId="77777777">
        <w:trPr>
          <w:tblHeader/>
          <w:jc w:val="center"/>
        </w:trPr>
        <w:tc>
          <w:tcPr>
            <w:tcW w:w="2908" w:type="dxa"/>
            <w:shd w:val="clear" w:color="auto" w:fill="F2F2F2"/>
          </w:tcPr>
          <w:p w14:paraId="17DB2CA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199" w:type="dxa"/>
            <w:shd w:val="clear" w:color="auto" w:fill="F2F2F2"/>
          </w:tcPr>
          <w:p w14:paraId="4E4D3B5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Proc Chance</w:t>
            </w:r>
          </w:p>
        </w:tc>
        <w:tc>
          <w:tcPr>
            <w:tcW w:w="2908" w:type="dxa"/>
            <w:shd w:val="clear" w:color="auto" w:fill="F2F2F2"/>
          </w:tcPr>
          <w:p w14:paraId="03EB552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5334843" w14:textId="77777777">
        <w:trPr>
          <w:jc w:val="center"/>
        </w:trPr>
        <w:tc>
          <w:tcPr>
            <w:tcW w:w="2908" w:type="dxa"/>
          </w:tcPr>
          <w:p w14:paraId="107DBA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4275B4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8%</w:t>
            </w:r>
          </w:p>
        </w:tc>
        <w:tc>
          <w:tcPr>
            <w:tcW w:w="2908" w:type="dxa"/>
          </w:tcPr>
          <w:p w14:paraId="388C30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CC0CC65" w14:textId="77777777">
        <w:trPr>
          <w:jc w:val="center"/>
        </w:trPr>
        <w:tc>
          <w:tcPr>
            <w:tcW w:w="2908" w:type="dxa"/>
          </w:tcPr>
          <w:p w14:paraId="4B682B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764B3C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12%</w:t>
            </w:r>
          </w:p>
        </w:tc>
        <w:tc>
          <w:tcPr>
            <w:tcW w:w="2908" w:type="dxa"/>
          </w:tcPr>
          <w:p w14:paraId="3F6EE7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FC70729" w14:textId="77777777">
        <w:trPr>
          <w:jc w:val="center"/>
        </w:trPr>
        <w:tc>
          <w:tcPr>
            <w:tcW w:w="2908" w:type="dxa"/>
          </w:tcPr>
          <w:p w14:paraId="2B6DF5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346BC7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16%</w:t>
            </w:r>
          </w:p>
        </w:tc>
        <w:tc>
          <w:tcPr>
            <w:tcW w:w="2908" w:type="dxa"/>
          </w:tcPr>
          <w:p w14:paraId="25DA38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BD25BA0" w14:textId="77777777">
        <w:trPr>
          <w:jc w:val="center"/>
        </w:trPr>
        <w:tc>
          <w:tcPr>
            <w:tcW w:w="2908" w:type="dxa"/>
          </w:tcPr>
          <w:p w14:paraId="516A7D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7D63F7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2908" w:type="dxa"/>
          </w:tcPr>
          <w:p w14:paraId="7F25E5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EE584F1" w14:textId="77777777">
        <w:trPr>
          <w:jc w:val="center"/>
        </w:trPr>
        <w:tc>
          <w:tcPr>
            <w:tcW w:w="2908" w:type="dxa"/>
          </w:tcPr>
          <w:p w14:paraId="0011F2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4B9E54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24%</w:t>
            </w:r>
          </w:p>
        </w:tc>
        <w:tc>
          <w:tcPr>
            <w:tcW w:w="2908" w:type="dxa"/>
          </w:tcPr>
          <w:p w14:paraId="140BAC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55B15AD" w14:textId="77777777">
        <w:trPr>
          <w:jc w:val="center"/>
        </w:trPr>
        <w:tc>
          <w:tcPr>
            <w:tcW w:w="2908" w:type="dxa"/>
          </w:tcPr>
          <w:p w14:paraId="6629CE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6CD9FF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29%</w:t>
            </w:r>
          </w:p>
        </w:tc>
        <w:tc>
          <w:tcPr>
            <w:tcW w:w="2908" w:type="dxa"/>
          </w:tcPr>
          <w:p w14:paraId="02244A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0A391F5" w14:textId="77777777">
        <w:trPr>
          <w:jc w:val="center"/>
        </w:trPr>
        <w:tc>
          <w:tcPr>
            <w:tcW w:w="2908" w:type="dxa"/>
          </w:tcPr>
          <w:p w14:paraId="525B74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199CBC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33%</w:t>
            </w:r>
          </w:p>
        </w:tc>
        <w:tc>
          <w:tcPr>
            <w:tcW w:w="2908" w:type="dxa"/>
          </w:tcPr>
          <w:p w14:paraId="2D0AC1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208A3CE" w14:textId="77777777">
        <w:trPr>
          <w:jc w:val="center"/>
        </w:trPr>
        <w:tc>
          <w:tcPr>
            <w:tcW w:w="2908" w:type="dxa"/>
          </w:tcPr>
          <w:p w14:paraId="6E232D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568A35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37%</w:t>
            </w:r>
          </w:p>
        </w:tc>
        <w:tc>
          <w:tcPr>
            <w:tcW w:w="2908" w:type="dxa"/>
          </w:tcPr>
          <w:p w14:paraId="0F40BF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F51F332" w14:textId="77777777">
        <w:trPr>
          <w:jc w:val="center"/>
        </w:trPr>
        <w:tc>
          <w:tcPr>
            <w:tcW w:w="2908" w:type="dxa"/>
          </w:tcPr>
          <w:p w14:paraId="6080F0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4D88D0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41%</w:t>
            </w:r>
          </w:p>
        </w:tc>
        <w:tc>
          <w:tcPr>
            <w:tcW w:w="2908" w:type="dxa"/>
          </w:tcPr>
          <w:p w14:paraId="14BCF0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C584736" w14:textId="77777777">
        <w:trPr>
          <w:jc w:val="center"/>
        </w:trPr>
        <w:tc>
          <w:tcPr>
            <w:tcW w:w="2908" w:type="dxa"/>
          </w:tcPr>
          <w:p w14:paraId="75EBA2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99" w:type="dxa"/>
          </w:tcPr>
          <w:p w14:paraId="6BB875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45%</w:t>
            </w:r>
          </w:p>
        </w:tc>
        <w:tc>
          <w:tcPr>
            <w:tcW w:w="2908" w:type="dxa"/>
          </w:tcPr>
          <w:p w14:paraId="1E8481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41B0BAE2" w14:textId="77777777" w:rsidR="00501161" w:rsidRDefault="00501161">
      <w:pPr>
        <w:spacing w:after="40"/>
      </w:pPr>
    </w:p>
    <w:p w14:paraId="33FE48E5" w14:textId="77777777" w:rsidR="00501161" w:rsidRDefault="00C637DA">
      <w:r>
        <w:rPr>
          <w:color w:val="555555"/>
          <w:sz w:val="26"/>
          <w:szCs w:val="26"/>
        </w:rPr>
        <w:lastRenderedPageBreak/>
        <w:t>สูตร: ทำงานได้ 1 ครั้งต่อการต่อสู้</w:t>
      </w:r>
    </w:p>
    <w:p w14:paraId="3D3F3609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กันการตายจากคริติคอลที่โชคร้าย</w:t>
      </w:r>
    </w:p>
    <w:p w14:paraId="3D08BDA1" w14:textId="77777777" w:rsidR="00501161" w:rsidRDefault="00C637DA">
      <w:pPr>
        <w:ind w:firstLine="720"/>
      </w:pPr>
      <w:r>
        <w:rPr>
          <w:b/>
          <w:bCs/>
        </w:rPr>
        <w:t xml:space="preserve">12. </w:t>
      </w:r>
      <w:r>
        <w:rPr>
          <w:b/>
          <w:bCs/>
        </w:rPr>
        <w:t>กำแพงพระนคร (Walls of Ayutthaya)</w:t>
      </w:r>
      <w:r>
        <w:t xml:space="preserve"> — Ultimate · Ultimate · </w:t>
      </w:r>
      <w:r>
        <w:t>เป้าหมาย: ปาร์ตี้ · Prerequisite: Lv40 + ตั้งดั้งพิทักษ์ Rank 10</w:t>
      </w:r>
    </w:p>
    <w:p w14:paraId="135F9279" w14:textId="77777777" w:rsidR="00501161" w:rsidRDefault="00C637DA">
      <w:pPr>
        <w:ind w:firstLine="720"/>
      </w:pPr>
      <w:r>
        <w:t>ยืนเป็นกำแพงพระนครให้ทั้งปาร์ตี้ ลดดาเมจที่ทุกคนได้รับ แต่นักรบทำอะไรไม่ได้ในเทิร์นถัดไป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33"/>
        <w:gridCol w:w="3814"/>
        <w:gridCol w:w="1733"/>
        <w:gridCol w:w="1733"/>
      </w:tblGrid>
      <w:tr w:rsidR="00501161" w14:paraId="3E0F0BD2" w14:textId="77777777">
        <w:trPr>
          <w:tblHeader/>
          <w:jc w:val="center"/>
        </w:trPr>
        <w:tc>
          <w:tcPr>
            <w:tcW w:w="1733" w:type="dxa"/>
            <w:shd w:val="clear" w:color="auto" w:fill="F2F2F2"/>
          </w:tcPr>
          <w:p w14:paraId="5482DC4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814" w:type="dxa"/>
            <w:shd w:val="clear" w:color="auto" w:fill="F2F2F2"/>
          </w:tcPr>
          <w:p w14:paraId="3B49BC6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Part</w:t>
            </w:r>
            <w:r>
              <w:rPr>
                <w:b/>
                <w:bCs/>
                <w:sz w:val="28"/>
                <w:szCs w:val="28"/>
              </w:rPr>
              <w:t>y Damage Reduction</w:t>
            </w:r>
          </w:p>
        </w:tc>
        <w:tc>
          <w:tcPr>
            <w:tcW w:w="1733" w:type="dxa"/>
            <w:shd w:val="clear" w:color="auto" w:fill="F2F2F2"/>
          </w:tcPr>
          <w:p w14:paraId="16CE8E9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1733" w:type="dxa"/>
            <w:shd w:val="clear" w:color="auto" w:fill="F2F2F2"/>
          </w:tcPr>
          <w:p w14:paraId="0D42284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28A4C9E9" w14:textId="77777777">
        <w:trPr>
          <w:jc w:val="center"/>
        </w:trPr>
        <w:tc>
          <w:tcPr>
            <w:tcW w:w="1733" w:type="dxa"/>
          </w:tcPr>
          <w:p w14:paraId="624558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14" w:type="dxa"/>
          </w:tcPr>
          <w:p w14:paraId="196883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-30%</w:t>
            </w:r>
          </w:p>
        </w:tc>
        <w:tc>
          <w:tcPr>
            <w:tcW w:w="1733" w:type="dxa"/>
          </w:tcPr>
          <w:p w14:paraId="598D63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733" w:type="dxa"/>
          </w:tcPr>
          <w:p w14:paraId="20383D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</w:tr>
      <w:tr w:rsidR="00501161" w14:paraId="260535CF" w14:textId="77777777">
        <w:trPr>
          <w:jc w:val="center"/>
        </w:trPr>
        <w:tc>
          <w:tcPr>
            <w:tcW w:w="1733" w:type="dxa"/>
          </w:tcPr>
          <w:p w14:paraId="54E2B2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14" w:type="dxa"/>
          </w:tcPr>
          <w:p w14:paraId="17D794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-40%</w:t>
            </w:r>
          </w:p>
        </w:tc>
        <w:tc>
          <w:tcPr>
            <w:tcW w:w="1733" w:type="dxa"/>
          </w:tcPr>
          <w:p w14:paraId="44583D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733" w:type="dxa"/>
          </w:tcPr>
          <w:p w14:paraId="08364B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</w:t>
            </w:r>
          </w:p>
        </w:tc>
      </w:tr>
      <w:tr w:rsidR="00501161" w14:paraId="75EF21F7" w14:textId="77777777">
        <w:trPr>
          <w:jc w:val="center"/>
        </w:trPr>
        <w:tc>
          <w:tcPr>
            <w:tcW w:w="1733" w:type="dxa"/>
          </w:tcPr>
          <w:p w14:paraId="30EE01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14" w:type="dxa"/>
          </w:tcPr>
          <w:p w14:paraId="35CF45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-50%</w:t>
            </w:r>
          </w:p>
        </w:tc>
        <w:tc>
          <w:tcPr>
            <w:tcW w:w="1733" w:type="dxa"/>
          </w:tcPr>
          <w:p w14:paraId="6B9D38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733" w:type="dxa"/>
          </w:tcPr>
          <w:p w14:paraId="09900A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</w:t>
            </w:r>
          </w:p>
        </w:tc>
      </w:tr>
    </w:tbl>
    <w:p w14:paraId="71F708A6" w14:textId="77777777" w:rsidR="00501161" w:rsidRDefault="00501161">
      <w:pPr>
        <w:spacing w:after="40"/>
      </w:pPr>
    </w:p>
    <w:p w14:paraId="2D13B554" w14:textId="77777777" w:rsidR="00501161" w:rsidRDefault="00C637DA">
      <w:r>
        <w:rPr>
          <w:color w:val="555555"/>
          <w:sz w:val="26"/>
          <w:szCs w:val="26"/>
        </w:rPr>
        <w:t>สูตร: Damage Received × (1 − DR%) · 1 ครั้งต่อการต่อสู้</w:t>
      </w:r>
    </w:p>
    <w:p w14:paraId="68201614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ใช้รับท่าแรงของบอสที่มีเทิร์นเตือน (Section 14)</w:t>
      </w:r>
    </w:p>
    <w:p w14:paraId="31FBF0CE" w14:textId="77777777" w:rsidR="00501161" w:rsidRDefault="00C637DA">
      <w:pPr>
        <w:pStyle w:val="Heading3"/>
      </w:pPr>
      <w:r>
        <w:t xml:space="preserve">4.7.2 </w:t>
      </w:r>
      <w:r>
        <w:t>นักมวย (Boxer) — นักมวยคาดเชือกกรุงเก่า (Combo DPS / Counter)</w:t>
      </w:r>
    </w:p>
    <w:p w14:paraId="2951EC20" w14:textId="77777777" w:rsidR="00501161" w:rsidRDefault="00C637DA">
      <w:pPr>
        <w:ind w:firstLine="720"/>
      </w:pPr>
      <w:r>
        <w:t>นักมวยใช้แม่ไม้มวยไทยแบบคาดเชือกสมัยกรุงศรีอยุธยา ไม่ถืออาวุธ สวมผ้าคาดเชือกหรือสนับมือ จุดเด่นคือระบบ "จังหวะปี่กลอง" ที่ยิ่งสู้นานยิ่งแรง</w:t>
      </w:r>
      <w:r>
        <w:t xml:space="preserve"> </w:t>
      </w:r>
      <w:r>
        <w:t>ท่าสวนกลับที่ลงโทษศัตรูสายกายภาพ และเป็นอาชีพเดียวที่ยกเลิกท่าชาร์จของศัตรูได้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46"/>
        <w:gridCol w:w="6868"/>
      </w:tblGrid>
      <w:tr w:rsidR="00501161" w14:paraId="1CDB584F" w14:textId="77777777">
        <w:trPr>
          <w:tblHeader/>
          <w:jc w:val="center"/>
        </w:trPr>
        <w:tc>
          <w:tcPr>
            <w:tcW w:w="2146" w:type="dxa"/>
            <w:shd w:val="clear" w:color="auto" w:fill="F2F2F2"/>
          </w:tcPr>
          <w:p w14:paraId="46DC409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6868" w:type="dxa"/>
            <w:shd w:val="clear" w:color="auto" w:fill="F2F2F2"/>
          </w:tcPr>
          <w:p w14:paraId="0AA5FCA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1D7AD83F" w14:textId="77777777">
        <w:trPr>
          <w:jc w:val="center"/>
        </w:trPr>
        <w:tc>
          <w:tcPr>
            <w:tcW w:w="2146" w:type="dxa"/>
          </w:tcPr>
          <w:p w14:paraId="25D791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อาวุธ</w:t>
            </w:r>
          </w:p>
        </w:tc>
        <w:tc>
          <w:tcPr>
            <w:tcW w:w="6868" w:type="dxa"/>
          </w:tcPr>
          <w:p w14:paraId="5A056E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ผ้าคาดเชือก / สนับมือ</w:t>
            </w:r>
          </w:p>
        </w:tc>
      </w:tr>
      <w:tr w:rsidR="00501161" w14:paraId="74F16704" w14:textId="77777777">
        <w:trPr>
          <w:jc w:val="center"/>
        </w:trPr>
        <w:tc>
          <w:tcPr>
            <w:tcW w:w="2146" w:type="dxa"/>
          </w:tcPr>
          <w:p w14:paraId="0CC6B9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ชุด</w:t>
            </w:r>
          </w:p>
        </w:tc>
        <w:tc>
          <w:tcPr>
            <w:tcW w:w="6868" w:type="dxa"/>
          </w:tcPr>
          <w:p w14:paraId="3EB65B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เกราะเบา (ผ้าประเจียด เสื้อหนัง)</w:t>
            </w:r>
          </w:p>
        </w:tc>
      </w:tr>
      <w:tr w:rsidR="00501161" w14:paraId="4145FC37" w14:textId="77777777">
        <w:trPr>
          <w:jc w:val="center"/>
        </w:trPr>
        <w:tc>
          <w:tcPr>
            <w:tcW w:w="2146" w:type="dxa"/>
          </w:tcPr>
          <w:p w14:paraId="6C09EF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Stat </w:t>
            </w:r>
            <w:r>
              <w:rPr>
                <w:sz w:val="28"/>
                <w:szCs w:val="28"/>
              </w:rPr>
              <w:t>หลัก</w:t>
            </w:r>
          </w:p>
        </w:tc>
        <w:tc>
          <w:tcPr>
            <w:tcW w:w="6868" w:type="dxa"/>
          </w:tcPr>
          <w:p w14:paraId="542598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STR, AGI, LUK</w:t>
            </w:r>
          </w:p>
        </w:tc>
      </w:tr>
      <w:tr w:rsidR="00501161" w14:paraId="271F870E" w14:textId="77777777">
        <w:trPr>
          <w:jc w:val="center"/>
        </w:trPr>
        <w:tc>
          <w:tcPr>
            <w:tcW w:w="2146" w:type="dxa"/>
          </w:tcPr>
          <w:p w14:paraId="34E9A2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ปลดล็อก</w:t>
            </w:r>
          </w:p>
        </w:tc>
        <w:tc>
          <w:tcPr>
            <w:tcW w:w="6868" w:type="dxa"/>
          </w:tcPr>
          <w:p w14:paraId="020223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ตั้งแต่เริ่มเกม</w:t>
            </w:r>
          </w:p>
        </w:tc>
      </w:tr>
    </w:tbl>
    <w:p w14:paraId="7F8CEA71" w14:textId="77777777" w:rsidR="00501161" w:rsidRDefault="00501161">
      <w:pPr>
        <w:spacing w:after="40"/>
      </w:pPr>
    </w:p>
    <w:p w14:paraId="5C0AF765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นักมวยกับสัตว์อสูรเป็นสายกายภาพทั้งคู่ จึงต้องแยกตัวตนให้ชัด: สัตว์อสูรแรงทันทีตั้งแต่เทิร์นแรก ส่วนนักมวยต้องสะสมจังหวะแล้วเลือกจังหวะปล่อยท่า ผู้เล่นได้ความรู้สึก "วางแผนคอมโบ" และจังหวะจะหายถ้าโดนคริติคอลหรือติด Stun/Sleep ทำให้ต้องระวังศัตรูสาย Caster</w:t>
      </w:r>
    </w:p>
    <w:p w14:paraId="2BC1D1C2" w14:textId="77777777" w:rsidR="00501161" w:rsidRDefault="00C637DA">
      <w:pPr>
        <w:pStyle w:val="Heading4"/>
      </w:pPr>
      <w:r>
        <w:t>ระบบเฉพาะ: จังหวะปี่กลอง (Rhythm)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37"/>
        <w:gridCol w:w="7577"/>
      </w:tblGrid>
      <w:tr w:rsidR="00501161" w14:paraId="2FC5B83A" w14:textId="77777777">
        <w:trPr>
          <w:tblHeader/>
          <w:jc w:val="center"/>
        </w:trPr>
        <w:tc>
          <w:tcPr>
            <w:tcW w:w="1437" w:type="dxa"/>
            <w:shd w:val="clear" w:color="auto" w:fill="F2F2F2"/>
          </w:tcPr>
          <w:p w14:paraId="4598C0D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577" w:type="dxa"/>
            <w:shd w:val="clear" w:color="auto" w:fill="F2F2F2"/>
          </w:tcPr>
          <w:p w14:paraId="1029D46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56E32A96" w14:textId="77777777">
        <w:trPr>
          <w:jc w:val="center"/>
        </w:trPr>
        <w:tc>
          <w:tcPr>
            <w:tcW w:w="1437" w:type="dxa"/>
          </w:tcPr>
          <w:p w14:paraId="4F394F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จังหวะสูงสุด</w:t>
            </w:r>
          </w:p>
        </w:tc>
        <w:tc>
          <w:tcPr>
            <w:tcW w:w="7577" w:type="dxa"/>
          </w:tcPr>
          <w:p w14:paraId="64BA37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 </w:t>
            </w:r>
            <w:r>
              <w:rPr>
                <w:sz w:val="28"/>
                <w:szCs w:val="28"/>
              </w:rPr>
              <w:t>แต้ม</w:t>
            </w:r>
          </w:p>
        </w:tc>
      </w:tr>
      <w:tr w:rsidR="00501161" w14:paraId="68074079" w14:textId="77777777">
        <w:trPr>
          <w:jc w:val="center"/>
        </w:trPr>
        <w:tc>
          <w:tcPr>
            <w:tcW w:w="1437" w:type="dxa"/>
          </w:tcPr>
          <w:p w14:paraId="63E59E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ได้จังหวะ</w:t>
            </w:r>
          </w:p>
        </w:tc>
        <w:tc>
          <w:tcPr>
            <w:tcW w:w="7577" w:type="dxa"/>
          </w:tcPr>
          <w:p w14:paraId="7B041E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+1 </w:t>
            </w:r>
            <w:r>
              <w:rPr>
                <w:sz w:val="28"/>
                <w:szCs w:val="28"/>
              </w:rPr>
              <w:t>ทุกครั้งที่ใช้สกิลที่ระบุว่า "ได้จังหวะ +1" และจากพาสซีฟใจนายขนมต้ม</w:t>
            </w:r>
          </w:p>
        </w:tc>
      </w:tr>
      <w:tr w:rsidR="00501161" w14:paraId="1A6B9077" w14:textId="77777777">
        <w:trPr>
          <w:jc w:val="center"/>
        </w:trPr>
        <w:tc>
          <w:tcPr>
            <w:tcW w:w="1437" w:type="dxa"/>
          </w:tcPr>
          <w:p w14:paraId="794159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โบนัสต่อแต้ม</w:t>
            </w:r>
          </w:p>
        </w:tc>
        <w:tc>
          <w:tcPr>
            <w:tcW w:w="7577" w:type="dxa"/>
          </w:tcPr>
          <w:p w14:paraId="5B1D9F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+6% </w:t>
            </w:r>
            <w:r>
              <w:rPr>
                <w:sz w:val="28"/>
                <w:szCs w:val="28"/>
              </w:rPr>
              <w:t>ดาเมจทุกท่าของนักมวย (เพิ่มได้ด้วยแม่ไม้ครูมวย)</w:t>
            </w:r>
          </w:p>
        </w:tc>
      </w:tr>
      <w:tr w:rsidR="00501161" w14:paraId="1DB34BD9" w14:textId="77777777">
        <w:trPr>
          <w:jc w:val="center"/>
        </w:trPr>
        <w:tc>
          <w:tcPr>
            <w:tcW w:w="1437" w:type="dxa"/>
          </w:tcPr>
          <w:p w14:paraId="2B91D7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จังหวะหาย</w:t>
            </w:r>
          </w:p>
        </w:tc>
        <w:tc>
          <w:tcPr>
            <w:tcW w:w="7577" w:type="dxa"/>
          </w:tcPr>
          <w:p w14:paraId="15028B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โดนคริติคอล, ติด Stun </w:t>
            </w:r>
            <w:r>
              <w:rPr>
                <w:sz w:val="28"/>
                <w:szCs w:val="28"/>
              </w:rPr>
              <w:t>หรือ Sleep, จบการต่อสู้, ใช้หักคอเอราวัณ</w:t>
            </w:r>
          </w:p>
        </w:tc>
      </w:tr>
      <w:tr w:rsidR="00501161" w14:paraId="3FC20F2A" w14:textId="77777777">
        <w:trPr>
          <w:jc w:val="center"/>
        </w:trPr>
        <w:tc>
          <w:tcPr>
            <w:tcW w:w="1437" w:type="dxa"/>
          </w:tcPr>
          <w:p w14:paraId="02718B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แสดงผล</w:t>
            </w:r>
          </w:p>
        </w:tc>
        <w:tc>
          <w:tcPr>
            <w:tcW w:w="7577" w:type="dxa"/>
          </w:tcPr>
          <w:p w14:paraId="5908C0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ไอคอนกลอง 5 ใบใต้แถบ HP ของนักมวย และเสียงปี่กลองในเพลงต่อสู้ดังขึ้นตามแต้ม</w:t>
            </w:r>
          </w:p>
        </w:tc>
      </w:tr>
    </w:tbl>
    <w:p w14:paraId="12CC964D" w14:textId="77777777" w:rsidR="00501161" w:rsidRDefault="00501161">
      <w:pPr>
        <w:spacing w:after="40"/>
      </w:pPr>
    </w:p>
    <w:p w14:paraId="4DAECBDB" w14:textId="77777777" w:rsidR="00501161" w:rsidRDefault="00C637DA">
      <w:pPr>
        <w:ind w:firstLine="720"/>
      </w:pPr>
      <w:r>
        <w:t>ตัวอย่าง: จังหวะ 3 แต้ม + แม่ไม้ครูมวย Rank 10 (12%/แต้ม) → Rhythm Bonus = 3 × 12% = +36%</w:t>
      </w:r>
    </w:p>
    <w:p w14:paraId="45CF8020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ปี่กลองคือดนตรีประกอบการชกมวยไทยมาแต่โบราณ ผูกระบบเข้ากับเสียงทำให้ผู้เล่นรู้สึกถึงจังหวะที่เร่งขึ้นโดยไม่ต้องดูตัวเลข</w:t>
      </w:r>
    </w:p>
    <w:p w14:paraId="44733739" w14:textId="77777777" w:rsidR="00501161" w:rsidRDefault="00C637DA">
      <w:pPr>
        <w:ind w:firstLine="720"/>
      </w:pPr>
      <w:r>
        <w:rPr>
          <w:b/>
          <w:bCs/>
        </w:rPr>
        <w:t xml:space="preserve">1. </w:t>
      </w:r>
      <w:r>
        <w:rPr>
          <w:b/>
          <w:bCs/>
        </w:rPr>
        <w:t>สลับฟันปลา (Sawtooth Jab)</w:t>
      </w:r>
      <w:r>
        <w:t xml:space="preserve"> — Active · Tier 1 · </w:t>
      </w:r>
      <w:r>
        <w:t>เป้าหมาย: ศัตรู 1 ตัว · Prerequisite: -</w:t>
      </w:r>
    </w:p>
    <w:p w14:paraId="131A5941" w14:textId="77777777" w:rsidR="00501161" w:rsidRDefault="00C637DA">
      <w:pPr>
        <w:ind w:firstLine="720"/>
      </w:pPr>
      <w:r>
        <w:t>แม่ไม้สลับฟันปลา ต่อยหมัดชุดสองครั้งติด ได้จังห</w:t>
      </w:r>
      <w:r>
        <w:t>วะ +1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03"/>
        <w:gridCol w:w="3005"/>
        <w:gridCol w:w="2003"/>
        <w:gridCol w:w="2003"/>
      </w:tblGrid>
      <w:tr w:rsidR="00501161" w14:paraId="14D1AF5E" w14:textId="77777777">
        <w:trPr>
          <w:tblHeader/>
          <w:jc w:val="center"/>
        </w:trPr>
        <w:tc>
          <w:tcPr>
            <w:tcW w:w="2003" w:type="dxa"/>
            <w:shd w:val="clear" w:color="auto" w:fill="F2F2F2"/>
          </w:tcPr>
          <w:p w14:paraId="74DEDA6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005" w:type="dxa"/>
            <w:shd w:val="clear" w:color="auto" w:fill="F2F2F2"/>
          </w:tcPr>
          <w:p w14:paraId="246D2EF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Damage </w:t>
            </w:r>
            <w:r>
              <w:rPr>
                <w:b/>
                <w:bCs/>
                <w:sz w:val="28"/>
                <w:szCs w:val="28"/>
              </w:rPr>
              <w:t>ต่อครั้ง</w:t>
            </w:r>
          </w:p>
        </w:tc>
        <w:tc>
          <w:tcPr>
            <w:tcW w:w="2003" w:type="dxa"/>
            <w:shd w:val="clear" w:color="auto" w:fill="F2F2F2"/>
          </w:tcPr>
          <w:p w14:paraId="0BB0286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จำนวนครั้ง</w:t>
            </w:r>
          </w:p>
        </w:tc>
        <w:tc>
          <w:tcPr>
            <w:tcW w:w="2003" w:type="dxa"/>
            <w:shd w:val="clear" w:color="auto" w:fill="F2F2F2"/>
          </w:tcPr>
          <w:p w14:paraId="0009D8E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55FF5625" w14:textId="77777777">
        <w:trPr>
          <w:jc w:val="center"/>
        </w:trPr>
        <w:tc>
          <w:tcPr>
            <w:tcW w:w="2003" w:type="dxa"/>
          </w:tcPr>
          <w:p w14:paraId="4B4160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05" w:type="dxa"/>
          </w:tcPr>
          <w:p w14:paraId="26125F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  <w:tc>
          <w:tcPr>
            <w:tcW w:w="2003" w:type="dxa"/>
          </w:tcPr>
          <w:p w14:paraId="29E1B7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03" w:type="dxa"/>
          </w:tcPr>
          <w:p w14:paraId="5353EE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</w:tr>
      <w:tr w:rsidR="00501161" w14:paraId="09A0C692" w14:textId="77777777">
        <w:trPr>
          <w:jc w:val="center"/>
        </w:trPr>
        <w:tc>
          <w:tcPr>
            <w:tcW w:w="2003" w:type="dxa"/>
          </w:tcPr>
          <w:p w14:paraId="3F98BC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5" w:type="dxa"/>
          </w:tcPr>
          <w:p w14:paraId="618B46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64%</w:t>
            </w:r>
          </w:p>
        </w:tc>
        <w:tc>
          <w:tcPr>
            <w:tcW w:w="2003" w:type="dxa"/>
          </w:tcPr>
          <w:p w14:paraId="372F21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03" w:type="dxa"/>
          </w:tcPr>
          <w:p w14:paraId="261EE0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</w:tr>
      <w:tr w:rsidR="00501161" w14:paraId="5AC093FF" w14:textId="77777777">
        <w:trPr>
          <w:jc w:val="center"/>
        </w:trPr>
        <w:tc>
          <w:tcPr>
            <w:tcW w:w="2003" w:type="dxa"/>
          </w:tcPr>
          <w:p w14:paraId="77EE97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05" w:type="dxa"/>
          </w:tcPr>
          <w:p w14:paraId="1747EE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69%</w:t>
            </w:r>
          </w:p>
        </w:tc>
        <w:tc>
          <w:tcPr>
            <w:tcW w:w="2003" w:type="dxa"/>
          </w:tcPr>
          <w:p w14:paraId="3D9AC7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03" w:type="dxa"/>
          </w:tcPr>
          <w:p w14:paraId="75DA82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53EDB69D" w14:textId="77777777">
        <w:trPr>
          <w:jc w:val="center"/>
        </w:trPr>
        <w:tc>
          <w:tcPr>
            <w:tcW w:w="2003" w:type="dxa"/>
          </w:tcPr>
          <w:p w14:paraId="28FA78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05" w:type="dxa"/>
          </w:tcPr>
          <w:p w14:paraId="2BEE93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73%</w:t>
            </w:r>
          </w:p>
        </w:tc>
        <w:tc>
          <w:tcPr>
            <w:tcW w:w="2003" w:type="dxa"/>
          </w:tcPr>
          <w:p w14:paraId="7A9138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03" w:type="dxa"/>
          </w:tcPr>
          <w:p w14:paraId="302343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55EACFB7" w14:textId="77777777">
        <w:trPr>
          <w:jc w:val="center"/>
        </w:trPr>
        <w:tc>
          <w:tcPr>
            <w:tcW w:w="2003" w:type="dxa"/>
          </w:tcPr>
          <w:p w14:paraId="618391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05" w:type="dxa"/>
          </w:tcPr>
          <w:p w14:paraId="0F6D29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78%</w:t>
            </w:r>
          </w:p>
        </w:tc>
        <w:tc>
          <w:tcPr>
            <w:tcW w:w="2003" w:type="dxa"/>
          </w:tcPr>
          <w:p w14:paraId="69CEB5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03" w:type="dxa"/>
          </w:tcPr>
          <w:p w14:paraId="3A1F18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735A9179" w14:textId="77777777">
        <w:trPr>
          <w:jc w:val="center"/>
        </w:trPr>
        <w:tc>
          <w:tcPr>
            <w:tcW w:w="2003" w:type="dxa"/>
          </w:tcPr>
          <w:p w14:paraId="2C2F78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05" w:type="dxa"/>
          </w:tcPr>
          <w:p w14:paraId="3425D2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82%</w:t>
            </w:r>
          </w:p>
        </w:tc>
        <w:tc>
          <w:tcPr>
            <w:tcW w:w="2003" w:type="dxa"/>
          </w:tcPr>
          <w:p w14:paraId="2A008D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03" w:type="dxa"/>
          </w:tcPr>
          <w:p w14:paraId="724C47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6989A485" w14:textId="77777777">
        <w:trPr>
          <w:jc w:val="center"/>
        </w:trPr>
        <w:tc>
          <w:tcPr>
            <w:tcW w:w="2003" w:type="dxa"/>
          </w:tcPr>
          <w:p w14:paraId="748BD5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05" w:type="dxa"/>
          </w:tcPr>
          <w:p w14:paraId="3382DF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87%</w:t>
            </w:r>
          </w:p>
        </w:tc>
        <w:tc>
          <w:tcPr>
            <w:tcW w:w="2003" w:type="dxa"/>
          </w:tcPr>
          <w:p w14:paraId="3EB344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03" w:type="dxa"/>
          </w:tcPr>
          <w:p w14:paraId="7E4649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665ABCC4" w14:textId="77777777">
        <w:trPr>
          <w:jc w:val="center"/>
        </w:trPr>
        <w:tc>
          <w:tcPr>
            <w:tcW w:w="2003" w:type="dxa"/>
          </w:tcPr>
          <w:p w14:paraId="60796F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005" w:type="dxa"/>
          </w:tcPr>
          <w:p w14:paraId="2DC81A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91%</w:t>
            </w:r>
          </w:p>
        </w:tc>
        <w:tc>
          <w:tcPr>
            <w:tcW w:w="2003" w:type="dxa"/>
          </w:tcPr>
          <w:p w14:paraId="709CA3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03" w:type="dxa"/>
          </w:tcPr>
          <w:p w14:paraId="4435FD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4E7AF1B7" w14:textId="77777777">
        <w:trPr>
          <w:jc w:val="center"/>
        </w:trPr>
        <w:tc>
          <w:tcPr>
            <w:tcW w:w="2003" w:type="dxa"/>
          </w:tcPr>
          <w:p w14:paraId="4208A5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05" w:type="dxa"/>
          </w:tcPr>
          <w:p w14:paraId="60BBB0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96%</w:t>
            </w:r>
          </w:p>
        </w:tc>
        <w:tc>
          <w:tcPr>
            <w:tcW w:w="2003" w:type="dxa"/>
          </w:tcPr>
          <w:p w14:paraId="1B7F68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03" w:type="dxa"/>
          </w:tcPr>
          <w:p w14:paraId="01D474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41904233" w14:textId="77777777">
        <w:trPr>
          <w:jc w:val="center"/>
        </w:trPr>
        <w:tc>
          <w:tcPr>
            <w:tcW w:w="2003" w:type="dxa"/>
          </w:tcPr>
          <w:p w14:paraId="5D97D8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005" w:type="dxa"/>
          </w:tcPr>
          <w:p w14:paraId="25678F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2003" w:type="dxa"/>
          </w:tcPr>
          <w:p w14:paraId="110816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03" w:type="dxa"/>
          </w:tcPr>
          <w:p w14:paraId="7E5297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</w:tbl>
    <w:p w14:paraId="56486D47" w14:textId="77777777" w:rsidR="00501161" w:rsidRDefault="00501161">
      <w:pPr>
        <w:spacing w:after="40"/>
      </w:pPr>
    </w:p>
    <w:p w14:paraId="339512F6" w14:textId="77777777" w:rsidR="00501161" w:rsidRDefault="00C637DA">
      <w:r>
        <w:rPr>
          <w:color w:val="555555"/>
          <w:sz w:val="26"/>
          <w:szCs w:val="26"/>
        </w:rPr>
        <w:t>สูตร: Damage ต่อครั้ง = Physical Base × Multiplier × (1 + Rhythm Bonus) × 100 / (100 + DEF)</w:t>
      </w:r>
    </w:p>
    <w:p w14:paraId="79053CDB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สกิลสะสมจังหวะราคาถูก</w:t>
      </w:r>
    </w:p>
    <w:p w14:paraId="58FCA76D" w14:textId="77777777" w:rsidR="00501161" w:rsidRDefault="00C637DA">
      <w:pPr>
        <w:ind w:firstLine="720"/>
      </w:pPr>
      <w:r>
        <w:rPr>
          <w:b/>
          <w:bCs/>
        </w:rPr>
        <w:t xml:space="preserve">2. </w:t>
      </w:r>
      <w:r>
        <w:rPr>
          <w:b/>
          <w:bCs/>
        </w:rPr>
        <w:t>ไหว้ครูร่ายรำ (Wai Khru Dance)</w:t>
      </w:r>
      <w:r>
        <w:t xml:space="preserve"> — Active · Tier 1 · </w:t>
      </w:r>
      <w:r>
        <w:t>เป้าหมาย: ตัวเอง · Prerequisite: -</w:t>
      </w:r>
    </w:p>
    <w:p w14:paraId="6FAFE2D3" w14:textId="77777777" w:rsidR="00501161" w:rsidRDefault="00C637DA">
      <w:pPr>
        <w:ind w:firstLine="720"/>
      </w:pPr>
      <w:r>
        <w:t>ร่ายรำไหว้ครูก่อนชก เพิ่ม AGI ตัวเองและได้จังหวะ +1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01161" w14:paraId="030954A0" w14:textId="77777777">
        <w:trPr>
          <w:tblHeader/>
          <w:jc w:val="center"/>
        </w:trPr>
        <w:tc>
          <w:tcPr>
            <w:tcW w:w="2254" w:type="dxa"/>
            <w:shd w:val="clear" w:color="auto" w:fill="F2F2F2"/>
          </w:tcPr>
          <w:p w14:paraId="499DBDE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254" w:type="dxa"/>
            <w:shd w:val="clear" w:color="auto" w:fill="F2F2F2"/>
          </w:tcPr>
          <w:p w14:paraId="438A12B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AGI Bonus</w:t>
            </w:r>
          </w:p>
        </w:tc>
        <w:tc>
          <w:tcPr>
            <w:tcW w:w="2254" w:type="dxa"/>
            <w:shd w:val="clear" w:color="auto" w:fill="F2F2F2"/>
          </w:tcPr>
          <w:p w14:paraId="22FCD63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2254" w:type="dxa"/>
            <w:shd w:val="clear" w:color="auto" w:fill="F2F2F2"/>
          </w:tcPr>
          <w:p w14:paraId="58B3C13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03DEB7D" w14:textId="77777777">
        <w:trPr>
          <w:jc w:val="center"/>
        </w:trPr>
        <w:tc>
          <w:tcPr>
            <w:tcW w:w="2254" w:type="dxa"/>
          </w:tcPr>
          <w:p w14:paraId="18001D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54" w:type="dxa"/>
          </w:tcPr>
          <w:p w14:paraId="576DD5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+8%</w:t>
            </w:r>
          </w:p>
        </w:tc>
        <w:tc>
          <w:tcPr>
            <w:tcW w:w="2254" w:type="dxa"/>
          </w:tcPr>
          <w:p w14:paraId="2BAFC5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1139C4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10576B28" w14:textId="77777777">
        <w:trPr>
          <w:jc w:val="center"/>
        </w:trPr>
        <w:tc>
          <w:tcPr>
            <w:tcW w:w="2254" w:type="dxa"/>
          </w:tcPr>
          <w:p w14:paraId="128010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14:paraId="55FD1C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+11%</w:t>
            </w:r>
          </w:p>
        </w:tc>
        <w:tc>
          <w:tcPr>
            <w:tcW w:w="2254" w:type="dxa"/>
          </w:tcPr>
          <w:p w14:paraId="6A4026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3A0296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19DB1767" w14:textId="77777777">
        <w:trPr>
          <w:jc w:val="center"/>
        </w:trPr>
        <w:tc>
          <w:tcPr>
            <w:tcW w:w="2254" w:type="dxa"/>
          </w:tcPr>
          <w:p w14:paraId="04B6AA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54" w:type="dxa"/>
          </w:tcPr>
          <w:p w14:paraId="6EBCDF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+14%</w:t>
            </w:r>
          </w:p>
        </w:tc>
        <w:tc>
          <w:tcPr>
            <w:tcW w:w="2254" w:type="dxa"/>
          </w:tcPr>
          <w:p w14:paraId="5ECA58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13A0C6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32AA3D66" w14:textId="77777777">
        <w:trPr>
          <w:jc w:val="center"/>
        </w:trPr>
        <w:tc>
          <w:tcPr>
            <w:tcW w:w="2254" w:type="dxa"/>
          </w:tcPr>
          <w:p w14:paraId="051D77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54" w:type="dxa"/>
          </w:tcPr>
          <w:p w14:paraId="5687D6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+17%</w:t>
            </w:r>
          </w:p>
        </w:tc>
        <w:tc>
          <w:tcPr>
            <w:tcW w:w="2254" w:type="dxa"/>
          </w:tcPr>
          <w:p w14:paraId="343B8B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6B68E87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0C151DE2" w14:textId="77777777">
        <w:trPr>
          <w:jc w:val="center"/>
        </w:trPr>
        <w:tc>
          <w:tcPr>
            <w:tcW w:w="2254" w:type="dxa"/>
          </w:tcPr>
          <w:p w14:paraId="48023F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54" w:type="dxa"/>
          </w:tcPr>
          <w:p w14:paraId="1954B6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+20%</w:t>
            </w:r>
          </w:p>
        </w:tc>
        <w:tc>
          <w:tcPr>
            <w:tcW w:w="2254" w:type="dxa"/>
          </w:tcPr>
          <w:p w14:paraId="61F632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3CF7DE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2ECCF67A" w14:textId="77777777">
        <w:trPr>
          <w:jc w:val="center"/>
        </w:trPr>
        <w:tc>
          <w:tcPr>
            <w:tcW w:w="2254" w:type="dxa"/>
          </w:tcPr>
          <w:p w14:paraId="21280D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54" w:type="dxa"/>
          </w:tcPr>
          <w:p w14:paraId="188DE8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+23%</w:t>
            </w:r>
          </w:p>
        </w:tc>
        <w:tc>
          <w:tcPr>
            <w:tcW w:w="2254" w:type="dxa"/>
          </w:tcPr>
          <w:p w14:paraId="1720A4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5A594C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232735D8" w14:textId="77777777">
        <w:trPr>
          <w:jc w:val="center"/>
        </w:trPr>
        <w:tc>
          <w:tcPr>
            <w:tcW w:w="2254" w:type="dxa"/>
          </w:tcPr>
          <w:p w14:paraId="081877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254" w:type="dxa"/>
          </w:tcPr>
          <w:p w14:paraId="2DB785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+26%</w:t>
            </w:r>
          </w:p>
        </w:tc>
        <w:tc>
          <w:tcPr>
            <w:tcW w:w="2254" w:type="dxa"/>
          </w:tcPr>
          <w:p w14:paraId="74781E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3F2FAD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3F86CB73" w14:textId="77777777">
        <w:trPr>
          <w:jc w:val="center"/>
        </w:trPr>
        <w:tc>
          <w:tcPr>
            <w:tcW w:w="2254" w:type="dxa"/>
          </w:tcPr>
          <w:p w14:paraId="324971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54" w:type="dxa"/>
          </w:tcPr>
          <w:p w14:paraId="4691CA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+29%</w:t>
            </w:r>
          </w:p>
        </w:tc>
        <w:tc>
          <w:tcPr>
            <w:tcW w:w="2254" w:type="dxa"/>
          </w:tcPr>
          <w:p w14:paraId="6223B0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0E326C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6F839A54" w14:textId="77777777">
        <w:trPr>
          <w:jc w:val="center"/>
        </w:trPr>
        <w:tc>
          <w:tcPr>
            <w:tcW w:w="2254" w:type="dxa"/>
          </w:tcPr>
          <w:p w14:paraId="3137D5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4" w:type="dxa"/>
          </w:tcPr>
          <w:p w14:paraId="461840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+32%</w:t>
            </w:r>
          </w:p>
        </w:tc>
        <w:tc>
          <w:tcPr>
            <w:tcW w:w="2254" w:type="dxa"/>
          </w:tcPr>
          <w:p w14:paraId="2B7894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4BF776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295D5663" w14:textId="77777777">
        <w:trPr>
          <w:jc w:val="center"/>
        </w:trPr>
        <w:tc>
          <w:tcPr>
            <w:tcW w:w="2254" w:type="dxa"/>
          </w:tcPr>
          <w:p w14:paraId="26C487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54" w:type="dxa"/>
          </w:tcPr>
          <w:p w14:paraId="5C92AE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+35%</w:t>
            </w:r>
          </w:p>
        </w:tc>
        <w:tc>
          <w:tcPr>
            <w:tcW w:w="2254" w:type="dxa"/>
          </w:tcPr>
          <w:p w14:paraId="023B88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4102F4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</w:tbl>
    <w:p w14:paraId="7CC7D2C0" w14:textId="77777777" w:rsidR="00501161" w:rsidRDefault="00501161">
      <w:pPr>
        <w:spacing w:after="40"/>
      </w:pPr>
    </w:p>
    <w:p w14:paraId="18ED1832" w14:textId="77777777" w:rsidR="00501161" w:rsidRDefault="00C637DA">
      <w:r>
        <w:rPr>
          <w:color w:val="555555"/>
          <w:sz w:val="26"/>
          <w:szCs w:val="26"/>
        </w:rPr>
        <w:t>สูตร: AGI × (1 + AGI Bonus)</w:t>
      </w:r>
    </w:p>
    <w:p w14:paraId="5AC60729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ใช้เปิดไฟต์ AGI ที่สูงขึ้นทำให้ได้ลงมือก่อนและหลบได้มากขึ้น</w:t>
      </w:r>
    </w:p>
    <w:p w14:paraId="7A0D974B" w14:textId="77777777" w:rsidR="00501161" w:rsidRDefault="00C637DA">
      <w:pPr>
        <w:ind w:firstLine="720"/>
      </w:pPr>
      <w:r>
        <w:rPr>
          <w:b/>
          <w:bCs/>
        </w:rPr>
        <w:t xml:space="preserve">3. </w:t>
      </w:r>
      <w:r>
        <w:rPr>
          <w:b/>
          <w:bCs/>
        </w:rPr>
        <w:t>หักงวงไอยรา (Trunk-Breaking Elbow)</w:t>
      </w:r>
      <w:r>
        <w:t xml:space="preserve"> — Active · Tier 1 · </w:t>
      </w:r>
      <w:r>
        <w:t>เป้าหมาย: ศัตรู 1 ตัว · Prerequisite: -</w:t>
      </w:r>
    </w:p>
    <w:p w14:paraId="76720B8F" w14:textId="77777777" w:rsidR="00501161" w:rsidRDefault="00C637DA">
      <w:pPr>
        <w:ind w:firstLine="720"/>
      </w:pPr>
      <w:r>
        <w:t>แม่ไม้หักงวงไอยรา ศอกกระแทกจุดตาย ไม่สนใจ DEF บางส่วน ได้จังหวะ +1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18"/>
        <w:gridCol w:w="3260"/>
        <w:gridCol w:w="1918"/>
        <w:gridCol w:w="1918"/>
      </w:tblGrid>
      <w:tr w:rsidR="00501161" w14:paraId="0558FEE1" w14:textId="77777777">
        <w:trPr>
          <w:tblHeader/>
          <w:jc w:val="center"/>
        </w:trPr>
        <w:tc>
          <w:tcPr>
            <w:tcW w:w="1918" w:type="dxa"/>
            <w:shd w:val="clear" w:color="auto" w:fill="F2F2F2"/>
          </w:tcPr>
          <w:p w14:paraId="10325BC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260" w:type="dxa"/>
            <w:shd w:val="clear" w:color="auto" w:fill="F2F2F2"/>
          </w:tcPr>
          <w:p w14:paraId="76F760E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Damage </w:t>
            </w:r>
            <w:r>
              <w:rPr>
                <w:b/>
                <w:bCs/>
                <w:sz w:val="28"/>
                <w:szCs w:val="28"/>
              </w:rPr>
              <w:t>Multiplier</w:t>
            </w:r>
          </w:p>
        </w:tc>
        <w:tc>
          <w:tcPr>
            <w:tcW w:w="1918" w:type="dxa"/>
            <w:shd w:val="clear" w:color="auto" w:fill="F2F2F2"/>
          </w:tcPr>
          <w:p w14:paraId="0B4DF4B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DEF Ignore</w:t>
            </w:r>
          </w:p>
        </w:tc>
        <w:tc>
          <w:tcPr>
            <w:tcW w:w="1918" w:type="dxa"/>
            <w:shd w:val="clear" w:color="auto" w:fill="F2F2F2"/>
          </w:tcPr>
          <w:p w14:paraId="48B2905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53CEE088" w14:textId="77777777">
        <w:trPr>
          <w:jc w:val="center"/>
        </w:trPr>
        <w:tc>
          <w:tcPr>
            <w:tcW w:w="1918" w:type="dxa"/>
          </w:tcPr>
          <w:p w14:paraId="4236AE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14:paraId="46E320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130%</w:t>
            </w:r>
          </w:p>
        </w:tc>
        <w:tc>
          <w:tcPr>
            <w:tcW w:w="1918" w:type="dxa"/>
          </w:tcPr>
          <w:p w14:paraId="1263E3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8%</w:t>
            </w:r>
          </w:p>
        </w:tc>
        <w:tc>
          <w:tcPr>
            <w:tcW w:w="1918" w:type="dxa"/>
          </w:tcPr>
          <w:p w14:paraId="1D1543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0DE68E46" w14:textId="77777777">
        <w:trPr>
          <w:jc w:val="center"/>
        </w:trPr>
        <w:tc>
          <w:tcPr>
            <w:tcW w:w="1918" w:type="dxa"/>
          </w:tcPr>
          <w:p w14:paraId="428891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14:paraId="0C4B81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140%</w:t>
            </w:r>
          </w:p>
        </w:tc>
        <w:tc>
          <w:tcPr>
            <w:tcW w:w="1918" w:type="dxa"/>
          </w:tcPr>
          <w:p w14:paraId="47C66C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11%</w:t>
            </w:r>
          </w:p>
        </w:tc>
        <w:tc>
          <w:tcPr>
            <w:tcW w:w="1918" w:type="dxa"/>
          </w:tcPr>
          <w:p w14:paraId="2232B2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1EECFA02" w14:textId="77777777">
        <w:trPr>
          <w:jc w:val="center"/>
        </w:trPr>
        <w:tc>
          <w:tcPr>
            <w:tcW w:w="1918" w:type="dxa"/>
          </w:tcPr>
          <w:p w14:paraId="60ECC1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14:paraId="75BD0D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150%</w:t>
            </w:r>
          </w:p>
        </w:tc>
        <w:tc>
          <w:tcPr>
            <w:tcW w:w="1918" w:type="dxa"/>
          </w:tcPr>
          <w:p w14:paraId="70C691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14%</w:t>
            </w:r>
          </w:p>
        </w:tc>
        <w:tc>
          <w:tcPr>
            <w:tcW w:w="1918" w:type="dxa"/>
          </w:tcPr>
          <w:p w14:paraId="0CC28E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180782E4" w14:textId="77777777">
        <w:trPr>
          <w:jc w:val="center"/>
        </w:trPr>
        <w:tc>
          <w:tcPr>
            <w:tcW w:w="1918" w:type="dxa"/>
          </w:tcPr>
          <w:p w14:paraId="043FE6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2280A3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160%</w:t>
            </w:r>
          </w:p>
        </w:tc>
        <w:tc>
          <w:tcPr>
            <w:tcW w:w="1918" w:type="dxa"/>
          </w:tcPr>
          <w:p w14:paraId="3C03E7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17%</w:t>
            </w:r>
          </w:p>
        </w:tc>
        <w:tc>
          <w:tcPr>
            <w:tcW w:w="1918" w:type="dxa"/>
          </w:tcPr>
          <w:p w14:paraId="7CE27D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0344B9A4" w14:textId="77777777">
        <w:trPr>
          <w:jc w:val="center"/>
        </w:trPr>
        <w:tc>
          <w:tcPr>
            <w:tcW w:w="1918" w:type="dxa"/>
          </w:tcPr>
          <w:p w14:paraId="733518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14:paraId="56FDB9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170%</w:t>
            </w:r>
          </w:p>
        </w:tc>
        <w:tc>
          <w:tcPr>
            <w:tcW w:w="1918" w:type="dxa"/>
          </w:tcPr>
          <w:p w14:paraId="5EC1DF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1918" w:type="dxa"/>
          </w:tcPr>
          <w:p w14:paraId="4EB4A5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7D530AF1" w14:textId="77777777">
        <w:trPr>
          <w:jc w:val="center"/>
        </w:trPr>
        <w:tc>
          <w:tcPr>
            <w:tcW w:w="1918" w:type="dxa"/>
          </w:tcPr>
          <w:p w14:paraId="7E9269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14:paraId="51DC77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180%</w:t>
            </w:r>
          </w:p>
        </w:tc>
        <w:tc>
          <w:tcPr>
            <w:tcW w:w="1918" w:type="dxa"/>
          </w:tcPr>
          <w:p w14:paraId="11D68E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23%</w:t>
            </w:r>
          </w:p>
        </w:tc>
        <w:tc>
          <w:tcPr>
            <w:tcW w:w="1918" w:type="dxa"/>
          </w:tcPr>
          <w:p w14:paraId="6F1E6D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45E88CE9" w14:textId="77777777">
        <w:trPr>
          <w:jc w:val="center"/>
        </w:trPr>
        <w:tc>
          <w:tcPr>
            <w:tcW w:w="1918" w:type="dxa"/>
          </w:tcPr>
          <w:p w14:paraId="75D7AA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14:paraId="6DBF45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190%</w:t>
            </w:r>
          </w:p>
        </w:tc>
        <w:tc>
          <w:tcPr>
            <w:tcW w:w="1918" w:type="dxa"/>
          </w:tcPr>
          <w:p w14:paraId="5DC9A6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26%</w:t>
            </w:r>
          </w:p>
        </w:tc>
        <w:tc>
          <w:tcPr>
            <w:tcW w:w="1918" w:type="dxa"/>
          </w:tcPr>
          <w:p w14:paraId="1C1753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7F763BAC" w14:textId="77777777">
        <w:trPr>
          <w:jc w:val="center"/>
        </w:trPr>
        <w:tc>
          <w:tcPr>
            <w:tcW w:w="1918" w:type="dxa"/>
          </w:tcPr>
          <w:p w14:paraId="05729A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14:paraId="1897D1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200%</w:t>
            </w:r>
          </w:p>
        </w:tc>
        <w:tc>
          <w:tcPr>
            <w:tcW w:w="1918" w:type="dxa"/>
          </w:tcPr>
          <w:p w14:paraId="13462F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29%</w:t>
            </w:r>
          </w:p>
        </w:tc>
        <w:tc>
          <w:tcPr>
            <w:tcW w:w="1918" w:type="dxa"/>
          </w:tcPr>
          <w:p w14:paraId="068D8D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36933C21" w14:textId="77777777">
        <w:trPr>
          <w:jc w:val="center"/>
        </w:trPr>
        <w:tc>
          <w:tcPr>
            <w:tcW w:w="1918" w:type="dxa"/>
          </w:tcPr>
          <w:p w14:paraId="75DC29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14:paraId="1A2FE7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210%</w:t>
            </w:r>
          </w:p>
        </w:tc>
        <w:tc>
          <w:tcPr>
            <w:tcW w:w="1918" w:type="dxa"/>
          </w:tcPr>
          <w:p w14:paraId="3AD837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32%</w:t>
            </w:r>
          </w:p>
        </w:tc>
        <w:tc>
          <w:tcPr>
            <w:tcW w:w="1918" w:type="dxa"/>
          </w:tcPr>
          <w:p w14:paraId="13E796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3331871F" w14:textId="77777777">
        <w:trPr>
          <w:jc w:val="center"/>
        </w:trPr>
        <w:tc>
          <w:tcPr>
            <w:tcW w:w="1918" w:type="dxa"/>
          </w:tcPr>
          <w:p w14:paraId="49769F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60" w:type="dxa"/>
          </w:tcPr>
          <w:p w14:paraId="66CDC4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220%</w:t>
            </w:r>
          </w:p>
        </w:tc>
        <w:tc>
          <w:tcPr>
            <w:tcW w:w="1918" w:type="dxa"/>
          </w:tcPr>
          <w:p w14:paraId="7EFD0D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35%</w:t>
            </w:r>
          </w:p>
        </w:tc>
        <w:tc>
          <w:tcPr>
            <w:tcW w:w="1918" w:type="dxa"/>
          </w:tcPr>
          <w:p w14:paraId="4CF377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</w:tbl>
    <w:p w14:paraId="0E1979B2" w14:textId="77777777" w:rsidR="00501161" w:rsidRDefault="00501161">
      <w:pPr>
        <w:spacing w:after="40"/>
      </w:pPr>
    </w:p>
    <w:p w14:paraId="025E5572" w14:textId="77777777" w:rsidR="00501161" w:rsidRDefault="00C637DA">
      <w:r>
        <w:rPr>
          <w:color w:val="555555"/>
          <w:sz w:val="26"/>
          <w:szCs w:val="26"/>
        </w:rPr>
        <w:t xml:space="preserve">สูตร: Damage = Physical Base × Multiplier × (1 + Rhythm Bonus) × 100 / (100 + DEF × </w:t>
      </w:r>
      <w:r>
        <w:rPr>
          <w:color w:val="555555"/>
          <w:sz w:val="26"/>
          <w:szCs w:val="26"/>
        </w:rPr>
        <w:t>(1 − Ignore))</w:t>
      </w:r>
    </w:p>
    <w:p w14:paraId="7800973B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ใช้กับศัตรูสาย Defensive</w:t>
      </w:r>
    </w:p>
    <w:p w14:paraId="49B6A1B4" w14:textId="77777777" w:rsidR="00501161" w:rsidRDefault="00C637DA">
      <w:pPr>
        <w:ind w:firstLine="720"/>
      </w:pPr>
      <w:r>
        <w:rPr>
          <w:b/>
          <w:bCs/>
        </w:rPr>
        <w:t xml:space="preserve">4. </w:t>
      </w:r>
      <w:r>
        <w:rPr>
          <w:b/>
          <w:bCs/>
        </w:rPr>
        <w:t>ย่างสามขุม (Three-Step Footwork)</w:t>
      </w:r>
      <w:r>
        <w:t xml:space="preserve"> — Passive · Tier 1 · </w:t>
      </w:r>
      <w:r>
        <w:t>เป้าหมาย: - · Prerequisite: -</w:t>
      </w:r>
    </w:p>
    <w:p w14:paraId="7E665D1D" w14:textId="77777777" w:rsidR="00501161" w:rsidRDefault="00C637DA">
      <w:pPr>
        <w:ind w:firstLine="720"/>
      </w:pPr>
      <w:r>
        <w:t>ฝีเท้าย่างสามขุมแบบมวยโบราณ เพิ่มอัตราหลบ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2"/>
        <w:gridCol w:w="3551"/>
        <w:gridCol w:w="2732"/>
      </w:tblGrid>
      <w:tr w:rsidR="00501161" w14:paraId="79A1131C" w14:textId="77777777">
        <w:trPr>
          <w:tblHeader/>
          <w:jc w:val="center"/>
        </w:trPr>
        <w:tc>
          <w:tcPr>
            <w:tcW w:w="2732" w:type="dxa"/>
            <w:shd w:val="clear" w:color="auto" w:fill="F2F2F2"/>
          </w:tcPr>
          <w:p w14:paraId="380F22D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551" w:type="dxa"/>
            <w:shd w:val="clear" w:color="auto" w:fill="F2F2F2"/>
          </w:tcPr>
          <w:p w14:paraId="37B93F8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Evasion Bonus</w:t>
            </w:r>
          </w:p>
        </w:tc>
        <w:tc>
          <w:tcPr>
            <w:tcW w:w="2732" w:type="dxa"/>
            <w:shd w:val="clear" w:color="auto" w:fill="F2F2F2"/>
          </w:tcPr>
          <w:p w14:paraId="58C7875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1E2BE711" w14:textId="77777777">
        <w:trPr>
          <w:jc w:val="center"/>
        </w:trPr>
        <w:tc>
          <w:tcPr>
            <w:tcW w:w="2732" w:type="dxa"/>
          </w:tcPr>
          <w:p w14:paraId="336723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51" w:type="dxa"/>
          </w:tcPr>
          <w:p w14:paraId="16DA97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+2%</w:t>
            </w:r>
          </w:p>
        </w:tc>
        <w:tc>
          <w:tcPr>
            <w:tcW w:w="2732" w:type="dxa"/>
          </w:tcPr>
          <w:p w14:paraId="5AEBAB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9DC2070" w14:textId="77777777">
        <w:trPr>
          <w:jc w:val="center"/>
        </w:trPr>
        <w:tc>
          <w:tcPr>
            <w:tcW w:w="2732" w:type="dxa"/>
          </w:tcPr>
          <w:p w14:paraId="154C45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51" w:type="dxa"/>
          </w:tcPr>
          <w:p w14:paraId="2A03CC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+4%</w:t>
            </w:r>
          </w:p>
        </w:tc>
        <w:tc>
          <w:tcPr>
            <w:tcW w:w="2732" w:type="dxa"/>
          </w:tcPr>
          <w:p w14:paraId="6ED058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0C2F82A" w14:textId="77777777">
        <w:trPr>
          <w:jc w:val="center"/>
        </w:trPr>
        <w:tc>
          <w:tcPr>
            <w:tcW w:w="2732" w:type="dxa"/>
          </w:tcPr>
          <w:p w14:paraId="1CD54B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51" w:type="dxa"/>
          </w:tcPr>
          <w:p w14:paraId="3DB937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+6%</w:t>
            </w:r>
          </w:p>
        </w:tc>
        <w:tc>
          <w:tcPr>
            <w:tcW w:w="2732" w:type="dxa"/>
          </w:tcPr>
          <w:p w14:paraId="059142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2B00069" w14:textId="77777777">
        <w:trPr>
          <w:jc w:val="center"/>
        </w:trPr>
        <w:tc>
          <w:tcPr>
            <w:tcW w:w="2732" w:type="dxa"/>
          </w:tcPr>
          <w:p w14:paraId="42B735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51" w:type="dxa"/>
          </w:tcPr>
          <w:p w14:paraId="098A86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+7%</w:t>
            </w:r>
          </w:p>
        </w:tc>
        <w:tc>
          <w:tcPr>
            <w:tcW w:w="2732" w:type="dxa"/>
          </w:tcPr>
          <w:p w14:paraId="2267C9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786799A" w14:textId="77777777">
        <w:trPr>
          <w:jc w:val="center"/>
        </w:trPr>
        <w:tc>
          <w:tcPr>
            <w:tcW w:w="2732" w:type="dxa"/>
          </w:tcPr>
          <w:p w14:paraId="350C6F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51" w:type="dxa"/>
          </w:tcPr>
          <w:p w14:paraId="391D38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+9%</w:t>
            </w:r>
          </w:p>
        </w:tc>
        <w:tc>
          <w:tcPr>
            <w:tcW w:w="2732" w:type="dxa"/>
          </w:tcPr>
          <w:p w14:paraId="3114D6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D6A48E2" w14:textId="77777777">
        <w:trPr>
          <w:jc w:val="center"/>
        </w:trPr>
        <w:tc>
          <w:tcPr>
            <w:tcW w:w="2732" w:type="dxa"/>
          </w:tcPr>
          <w:p w14:paraId="4CF3B6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3551" w:type="dxa"/>
          </w:tcPr>
          <w:p w14:paraId="3CA1B7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+11%</w:t>
            </w:r>
          </w:p>
        </w:tc>
        <w:tc>
          <w:tcPr>
            <w:tcW w:w="2732" w:type="dxa"/>
          </w:tcPr>
          <w:p w14:paraId="230EE4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CFEE5A7" w14:textId="77777777">
        <w:trPr>
          <w:jc w:val="center"/>
        </w:trPr>
        <w:tc>
          <w:tcPr>
            <w:tcW w:w="2732" w:type="dxa"/>
          </w:tcPr>
          <w:p w14:paraId="417AC3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51" w:type="dxa"/>
          </w:tcPr>
          <w:p w14:paraId="1DA103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+13%</w:t>
            </w:r>
          </w:p>
        </w:tc>
        <w:tc>
          <w:tcPr>
            <w:tcW w:w="2732" w:type="dxa"/>
          </w:tcPr>
          <w:p w14:paraId="4519E1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92C35A0" w14:textId="77777777">
        <w:trPr>
          <w:jc w:val="center"/>
        </w:trPr>
        <w:tc>
          <w:tcPr>
            <w:tcW w:w="2732" w:type="dxa"/>
          </w:tcPr>
          <w:p w14:paraId="29BCE3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51" w:type="dxa"/>
          </w:tcPr>
          <w:p w14:paraId="4E6229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+14%</w:t>
            </w:r>
          </w:p>
        </w:tc>
        <w:tc>
          <w:tcPr>
            <w:tcW w:w="2732" w:type="dxa"/>
          </w:tcPr>
          <w:p w14:paraId="26F03B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2F29BAC" w14:textId="77777777">
        <w:trPr>
          <w:jc w:val="center"/>
        </w:trPr>
        <w:tc>
          <w:tcPr>
            <w:tcW w:w="2732" w:type="dxa"/>
          </w:tcPr>
          <w:p w14:paraId="601226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551" w:type="dxa"/>
          </w:tcPr>
          <w:p w14:paraId="3358DB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+16%</w:t>
            </w:r>
          </w:p>
        </w:tc>
        <w:tc>
          <w:tcPr>
            <w:tcW w:w="2732" w:type="dxa"/>
          </w:tcPr>
          <w:p w14:paraId="72E0BE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EF4D208" w14:textId="77777777">
        <w:trPr>
          <w:jc w:val="center"/>
        </w:trPr>
        <w:tc>
          <w:tcPr>
            <w:tcW w:w="2732" w:type="dxa"/>
          </w:tcPr>
          <w:p w14:paraId="204AD2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551" w:type="dxa"/>
          </w:tcPr>
          <w:p w14:paraId="717686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2732" w:type="dxa"/>
          </w:tcPr>
          <w:p w14:paraId="6B1C12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012A39FA" w14:textId="77777777" w:rsidR="00501161" w:rsidRDefault="00501161">
      <w:pPr>
        <w:spacing w:after="40"/>
      </w:pPr>
    </w:p>
    <w:p w14:paraId="4BFEE0B8" w14:textId="77777777" w:rsidR="00501161" w:rsidRDefault="00C637DA">
      <w:r>
        <w:rPr>
          <w:color w:val="555555"/>
          <w:sz w:val="26"/>
          <w:szCs w:val="26"/>
        </w:rPr>
        <w:t>สูตร: Evasion = 5% + AGI × 0.5% + Bonus − Enemy Accuracy (สูงสุด 75%)</w:t>
      </w:r>
    </w:p>
    <w:p w14:paraId="0BFFD5D4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ให้นักมวยที่ใส่เกราะเบายืนแถวหน้าได้</w:t>
      </w:r>
    </w:p>
    <w:p w14:paraId="70BAE2EE" w14:textId="77777777" w:rsidR="00501161" w:rsidRDefault="00C637DA">
      <w:pPr>
        <w:ind w:firstLine="720"/>
      </w:pPr>
      <w:r>
        <w:rPr>
          <w:b/>
          <w:bCs/>
        </w:rPr>
        <w:t xml:space="preserve">5. </w:t>
      </w:r>
      <w:r>
        <w:rPr>
          <w:b/>
          <w:bCs/>
        </w:rPr>
        <w:t>กำลังช้างสาร (Might of the Bull Elephant)</w:t>
      </w:r>
      <w:r>
        <w:t xml:space="preserve"> — Passive · Tier 1 · </w:t>
      </w:r>
      <w:r>
        <w:t>เป้าหมาย: - · Prerequisite: -</w:t>
      </w:r>
    </w:p>
    <w:p w14:paraId="4CA0B826" w14:textId="77777777" w:rsidR="00501161" w:rsidRDefault="00C637DA">
      <w:pPr>
        <w:ind w:firstLine="720"/>
      </w:pPr>
      <w:r>
        <w:t>บำรุงกำลังกาย เพิ่ม STR (Stat Boost แบบ Etrian Odyssey)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501161" w14:paraId="6608C4DD" w14:textId="77777777">
        <w:trPr>
          <w:tblHeader/>
          <w:jc w:val="center"/>
        </w:trPr>
        <w:tc>
          <w:tcPr>
            <w:tcW w:w="3005" w:type="dxa"/>
            <w:shd w:val="clear" w:color="auto" w:fill="F2F2F2"/>
          </w:tcPr>
          <w:p w14:paraId="4CC5750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005" w:type="dxa"/>
            <w:shd w:val="clear" w:color="auto" w:fill="F2F2F2"/>
          </w:tcPr>
          <w:p w14:paraId="4E27649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STR Bonus</w:t>
            </w:r>
          </w:p>
        </w:tc>
        <w:tc>
          <w:tcPr>
            <w:tcW w:w="3005" w:type="dxa"/>
            <w:shd w:val="clear" w:color="auto" w:fill="F2F2F2"/>
          </w:tcPr>
          <w:p w14:paraId="584B910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559BBAD7" w14:textId="77777777">
        <w:trPr>
          <w:jc w:val="center"/>
        </w:trPr>
        <w:tc>
          <w:tcPr>
            <w:tcW w:w="3005" w:type="dxa"/>
          </w:tcPr>
          <w:p w14:paraId="797539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05" w:type="dxa"/>
          </w:tcPr>
          <w:p w14:paraId="211903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+2%</w:t>
            </w:r>
          </w:p>
        </w:tc>
        <w:tc>
          <w:tcPr>
            <w:tcW w:w="3005" w:type="dxa"/>
          </w:tcPr>
          <w:p w14:paraId="5796F7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87F609F" w14:textId="77777777">
        <w:trPr>
          <w:jc w:val="center"/>
        </w:trPr>
        <w:tc>
          <w:tcPr>
            <w:tcW w:w="3005" w:type="dxa"/>
          </w:tcPr>
          <w:p w14:paraId="525BBC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5" w:type="dxa"/>
          </w:tcPr>
          <w:p w14:paraId="244AE2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+4%</w:t>
            </w:r>
          </w:p>
        </w:tc>
        <w:tc>
          <w:tcPr>
            <w:tcW w:w="3005" w:type="dxa"/>
          </w:tcPr>
          <w:p w14:paraId="67F120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7C3CF80" w14:textId="77777777">
        <w:trPr>
          <w:jc w:val="center"/>
        </w:trPr>
        <w:tc>
          <w:tcPr>
            <w:tcW w:w="3005" w:type="dxa"/>
          </w:tcPr>
          <w:p w14:paraId="39AA6A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05" w:type="dxa"/>
          </w:tcPr>
          <w:p w14:paraId="59B49B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+6%</w:t>
            </w:r>
          </w:p>
        </w:tc>
        <w:tc>
          <w:tcPr>
            <w:tcW w:w="3005" w:type="dxa"/>
          </w:tcPr>
          <w:p w14:paraId="00CE5C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1D411A4" w14:textId="77777777">
        <w:trPr>
          <w:jc w:val="center"/>
        </w:trPr>
        <w:tc>
          <w:tcPr>
            <w:tcW w:w="3005" w:type="dxa"/>
          </w:tcPr>
          <w:p w14:paraId="7DFC1A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05" w:type="dxa"/>
          </w:tcPr>
          <w:p w14:paraId="4B924E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+8%</w:t>
            </w:r>
          </w:p>
        </w:tc>
        <w:tc>
          <w:tcPr>
            <w:tcW w:w="3005" w:type="dxa"/>
          </w:tcPr>
          <w:p w14:paraId="46D76F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4C36163" w14:textId="77777777">
        <w:trPr>
          <w:jc w:val="center"/>
        </w:trPr>
        <w:tc>
          <w:tcPr>
            <w:tcW w:w="3005" w:type="dxa"/>
          </w:tcPr>
          <w:p w14:paraId="4FB592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05" w:type="dxa"/>
          </w:tcPr>
          <w:p w14:paraId="03B59A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+10%</w:t>
            </w:r>
          </w:p>
        </w:tc>
        <w:tc>
          <w:tcPr>
            <w:tcW w:w="3005" w:type="dxa"/>
          </w:tcPr>
          <w:p w14:paraId="68FF49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6408FA5" w14:textId="77777777">
        <w:trPr>
          <w:jc w:val="center"/>
        </w:trPr>
        <w:tc>
          <w:tcPr>
            <w:tcW w:w="3005" w:type="dxa"/>
          </w:tcPr>
          <w:p w14:paraId="767BE2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05" w:type="dxa"/>
          </w:tcPr>
          <w:p w14:paraId="09ABBE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+12%</w:t>
            </w:r>
          </w:p>
        </w:tc>
        <w:tc>
          <w:tcPr>
            <w:tcW w:w="3005" w:type="dxa"/>
          </w:tcPr>
          <w:p w14:paraId="1CB27B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EBAF4EB" w14:textId="77777777">
        <w:trPr>
          <w:jc w:val="center"/>
        </w:trPr>
        <w:tc>
          <w:tcPr>
            <w:tcW w:w="3005" w:type="dxa"/>
          </w:tcPr>
          <w:p w14:paraId="75D36B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05" w:type="dxa"/>
          </w:tcPr>
          <w:p w14:paraId="4AE166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+14%</w:t>
            </w:r>
          </w:p>
        </w:tc>
        <w:tc>
          <w:tcPr>
            <w:tcW w:w="3005" w:type="dxa"/>
          </w:tcPr>
          <w:p w14:paraId="442AF3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EF6216B" w14:textId="77777777">
        <w:trPr>
          <w:jc w:val="center"/>
        </w:trPr>
        <w:tc>
          <w:tcPr>
            <w:tcW w:w="3005" w:type="dxa"/>
          </w:tcPr>
          <w:p w14:paraId="2552A1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005" w:type="dxa"/>
          </w:tcPr>
          <w:p w14:paraId="6E190B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+16%</w:t>
            </w:r>
          </w:p>
        </w:tc>
        <w:tc>
          <w:tcPr>
            <w:tcW w:w="3005" w:type="dxa"/>
          </w:tcPr>
          <w:p w14:paraId="51E0FA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179460C" w14:textId="77777777">
        <w:trPr>
          <w:jc w:val="center"/>
        </w:trPr>
        <w:tc>
          <w:tcPr>
            <w:tcW w:w="3005" w:type="dxa"/>
          </w:tcPr>
          <w:p w14:paraId="036CCC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05" w:type="dxa"/>
          </w:tcPr>
          <w:p w14:paraId="7FEC5C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3005" w:type="dxa"/>
          </w:tcPr>
          <w:p w14:paraId="299342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12DF7F8" w14:textId="77777777">
        <w:trPr>
          <w:jc w:val="center"/>
        </w:trPr>
        <w:tc>
          <w:tcPr>
            <w:tcW w:w="3005" w:type="dxa"/>
          </w:tcPr>
          <w:p w14:paraId="7480F6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005" w:type="dxa"/>
          </w:tcPr>
          <w:p w14:paraId="127B8D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+20%</w:t>
            </w:r>
          </w:p>
        </w:tc>
        <w:tc>
          <w:tcPr>
            <w:tcW w:w="3005" w:type="dxa"/>
          </w:tcPr>
          <w:p w14:paraId="28F1D9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3B8EBDBC" w14:textId="77777777" w:rsidR="00501161" w:rsidRDefault="00501161">
      <w:pPr>
        <w:spacing w:after="40"/>
      </w:pPr>
    </w:p>
    <w:p w14:paraId="6E11AA90" w14:textId="77777777" w:rsidR="00501161" w:rsidRDefault="00C637DA">
      <w:r>
        <w:rPr>
          <w:color w:val="555555"/>
          <w:sz w:val="26"/>
          <w:szCs w:val="26"/>
        </w:rPr>
        <w:t>สูตร: STR × (1 + Bonus)</w:t>
      </w:r>
    </w:p>
    <w:p w14:paraId="36C94B47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Stat Boost </w:t>
      </w:r>
      <w:r>
        <w:t>ของนักมวย</w:t>
      </w:r>
    </w:p>
    <w:p w14:paraId="6359AB19" w14:textId="77777777" w:rsidR="00501161" w:rsidRDefault="00C637DA">
      <w:pPr>
        <w:ind w:firstLine="720"/>
      </w:pPr>
      <w:r>
        <w:rPr>
          <w:b/>
          <w:bCs/>
        </w:rPr>
        <w:t xml:space="preserve">6. </w:t>
      </w:r>
      <w:r>
        <w:rPr>
          <w:b/>
          <w:bCs/>
        </w:rPr>
        <w:t>มอญยันหลัก (Mon Pushes the Pillar)</w:t>
      </w:r>
      <w:r>
        <w:t xml:space="preserve"> — Active · Tier 2 · </w:t>
      </w:r>
      <w:r>
        <w:t>เป้าหมาย: ศัตรู 1 ตัว · Prerequisite: -</w:t>
      </w:r>
    </w:p>
    <w:p w14:paraId="0205C2CA" w14:textId="77777777" w:rsidR="00501161" w:rsidRDefault="00C637DA">
      <w:pPr>
        <w:ind w:firstLine="720"/>
      </w:pPr>
      <w:r>
        <w:t>แม่ไม้มอญยันหลัก ถีบยันหยุดศัตรู มีโอกาสยกเลิกท่าที่ศัตรูกำลังชาร์จ ได้จังหวะ +1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1"/>
        <w:gridCol w:w="2688"/>
        <w:gridCol w:w="3163"/>
        <w:gridCol w:w="1581"/>
      </w:tblGrid>
      <w:tr w:rsidR="00501161" w14:paraId="1E7D6C5C" w14:textId="77777777">
        <w:trPr>
          <w:tblHeader/>
          <w:jc w:val="center"/>
        </w:trPr>
        <w:tc>
          <w:tcPr>
            <w:tcW w:w="1581" w:type="dxa"/>
            <w:shd w:val="clear" w:color="auto" w:fill="F2F2F2"/>
          </w:tcPr>
          <w:p w14:paraId="320E77A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688" w:type="dxa"/>
            <w:shd w:val="clear" w:color="auto" w:fill="F2F2F2"/>
          </w:tcPr>
          <w:p w14:paraId="70112B5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3163" w:type="dxa"/>
            <w:shd w:val="clear" w:color="auto" w:fill="F2F2F2"/>
          </w:tcPr>
          <w:p w14:paraId="5DB7B79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Cancel Charge Chance</w:t>
            </w:r>
          </w:p>
        </w:tc>
        <w:tc>
          <w:tcPr>
            <w:tcW w:w="1581" w:type="dxa"/>
            <w:shd w:val="clear" w:color="auto" w:fill="F2F2F2"/>
          </w:tcPr>
          <w:p w14:paraId="6C0BDF2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4BD44228" w14:textId="77777777">
        <w:trPr>
          <w:jc w:val="center"/>
        </w:trPr>
        <w:tc>
          <w:tcPr>
            <w:tcW w:w="1581" w:type="dxa"/>
          </w:tcPr>
          <w:p w14:paraId="4CB2C3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8" w:type="dxa"/>
          </w:tcPr>
          <w:p w14:paraId="00F30F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3163" w:type="dxa"/>
          </w:tcPr>
          <w:p w14:paraId="07ABC8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45%</w:t>
            </w:r>
          </w:p>
        </w:tc>
        <w:tc>
          <w:tcPr>
            <w:tcW w:w="1581" w:type="dxa"/>
          </w:tcPr>
          <w:p w14:paraId="643B23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0CF35777" w14:textId="77777777">
        <w:trPr>
          <w:jc w:val="center"/>
        </w:trPr>
        <w:tc>
          <w:tcPr>
            <w:tcW w:w="1581" w:type="dxa"/>
          </w:tcPr>
          <w:p w14:paraId="28FAD1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88" w:type="dxa"/>
          </w:tcPr>
          <w:p w14:paraId="393FF9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3163" w:type="dxa"/>
          </w:tcPr>
          <w:p w14:paraId="66617B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51%</w:t>
            </w:r>
          </w:p>
        </w:tc>
        <w:tc>
          <w:tcPr>
            <w:tcW w:w="1581" w:type="dxa"/>
          </w:tcPr>
          <w:p w14:paraId="44DA7C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43AB12E2" w14:textId="77777777">
        <w:trPr>
          <w:jc w:val="center"/>
        </w:trPr>
        <w:tc>
          <w:tcPr>
            <w:tcW w:w="1581" w:type="dxa"/>
          </w:tcPr>
          <w:p w14:paraId="6E6F15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88" w:type="dxa"/>
          </w:tcPr>
          <w:p w14:paraId="368C01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3163" w:type="dxa"/>
          </w:tcPr>
          <w:p w14:paraId="3422F8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56%</w:t>
            </w:r>
          </w:p>
        </w:tc>
        <w:tc>
          <w:tcPr>
            <w:tcW w:w="1581" w:type="dxa"/>
          </w:tcPr>
          <w:p w14:paraId="3C988E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088C47D4" w14:textId="77777777">
        <w:trPr>
          <w:jc w:val="center"/>
        </w:trPr>
        <w:tc>
          <w:tcPr>
            <w:tcW w:w="1581" w:type="dxa"/>
          </w:tcPr>
          <w:p w14:paraId="15003B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688" w:type="dxa"/>
          </w:tcPr>
          <w:p w14:paraId="44FFF6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3163" w:type="dxa"/>
          </w:tcPr>
          <w:p w14:paraId="2AB1EB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62%</w:t>
            </w:r>
          </w:p>
        </w:tc>
        <w:tc>
          <w:tcPr>
            <w:tcW w:w="1581" w:type="dxa"/>
          </w:tcPr>
          <w:p w14:paraId="0697CC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693D53E4" w14:textId="77777777">
        <w:trPr>
          <w:jc w:val="center"/>
        </w:trPr>
        <w:tc>
          <w:tcPr>
            <w:tcW w:w="1581" w:type="dxa"/>
          </w:tcPr>
          <w:p w14:paraId="08AC4B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88" w:type="dxa"/>
          </w:tcPr>
          <w:p w14:paraId="54E7FB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3163" w:type="dxa"/>
          </w:tcPr>
          <w:p w14:paraId="62B9E4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67%</w:t>
            </w:r>
          </w:p>
        </w:tc>
        <w:tc>
          <w:tcPr>
            <w:tcW w:w="1581" w:type="dxa"/>
          </w:tcPr>
          <w:p w14:paraId="108213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63A7F856" w14:textId="77777777">
        <w:trPr>
          <w:jc w:val="center"/>
        </w:trPr>
        <w:tc>
          <w:tcPr>
            <w:tcW w:w="1581" w:type="dxa"/>
          </w:tcPr>
          <w:p w14:paraId="70C83E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88" w:type="dxa"/>
          </w:tcPr>
          <w:p w14:paraId="4D0610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3163" w:type="dxa"/>
          </w:tcPr>
          <w:p w14:paraId="7CC140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73%</w:t>
            </w:r>
          </w:p>
        </w:tc>
        <w:tc>
          <w:tcPr>
            <w:tcW w:w="1581" w:type="dxa"/>
          </w:tcPr>
          <w:p w14:paraId="1CC8EF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31842586" w14:textId="77777777">
        <w:trPr>
          <w:jc w:val="center"/>
        </w:trPr>
        <w:tc>
          <w:tcPr>
            <w:tcW w:w="1581" w:type="dxa"/>
          </w:tcPr>
          <w:p w14:paraId="3DEED4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88" w:type="dxa"/>
          </w:tcPr>
          <w:p w14:paraId="0E5779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3163" w:type="dxa"/>
          </w:tcPr>
          <w:p w14:paraId="4CDBA2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78%</w:t>
            </w:r>
          </w:p>
        </w:tc>
        <w:tc>
          <w:tcPr>
            <w:tcW w:w="1581" w:type="dxa"/>
          </w:tcPr>
          <w:p w14:paraId="20EFFB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1C2DA7A7" w14:textId="77777777">
        <w:trPr>
          <w:jc w:val="center"/>
        </w:trPr>
        <w:tc>
          <w:tcPr>
            <w:tcW w:w="1581" w:type="dxa"/>
          </w:tcPr>
          <w:p w14:paraId="35A04B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88" w:type="dxa"/>
          </w:tcPr>
          <w:p w14:paraId="617525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3163" w:type="dxa"/>
          </w:tcPr>
          <w:p w14:paraId="663C0E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84%</w:t>
            </w:r>
          </w:p>
        </w:tc>
        <w:tc>
          <w:tcPr>
            <w:tcW w:w="1581" w:type="dxa"/>
          </w:tcPr>
          <w:p w14:paraId="29116A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1FC95F43" w14:textId="77777777">
        <w:trPr>
          <w:jc w:val="center"/>
        </w:trPr>
        <w:tc>
          <w:tcPr>
            <w:tcW w:w="1581" w:type="dxa"/>
          </w:tcPr>
          <w:p w14:paraId="1E857E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88" w:type="dxa"/>
          </w:tcPr>
          <w:p w14:paraId="024EC28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3163" w:type="dxa"/>
          </w:tcPr>
          <w:p w14:paraId="2289AD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89%</w:t>
            </w:r>
          </w:p>
        </w:tc>
        <w:tc>
          <w:tcPr>
            <w:tcW w:w="1581" w:type="dxa"/>
          </w:tcPr>
          <w:p w14:paraId="16C1B1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41A0183C" w14:textId="77777777">
        <w:trPr>
          <w:jc w:val="center"/>
        </w:trPr>
        <w:tc>
          <w:tcPr>
            <w:tcW w:w="1581" w:type="dxa"/>
          </w:tcPr>
          <w:p w14:paraId="0B5850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88" w:type="dxa"/>
          </w:tcPr>
          <w:p w14:paraId="5602E9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3163" w:type="dxa"/>
          </w:tcPr>
          <w:p w14:paraId="48BEB5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95%</w:t>
            </w:r>
          </w:p>
        </w:tc>
        <w:tc>
          <w:tcPr>
            <w:tcW w:w="1581" w:type="dxa"/>
          </w:tcPr>
          <w:p w14:paraId="575060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</w:tbl>
    <w:p w14:paraId="35CE8080" w14:textId="77777777" w:rsidR="00501161" w:rsidRDefault="00501161">
      <w:pPr>
        <w:spacing w:after="40"/>
      </w:pPr>
    </w:p>
    <w:p w14:paraId="4E248C03" w14:textId="77777777" w:rsidR="00501161" w:rsidRDefault="00C637DA">
      <w:r>
        <w:rPr>
          <w:color w:val="555555"/>
          <w:sz w:val="26"/>
          <w:szCs w:val="26"/>
        </w:rPr>
        <w:t>สูตร: บอส: Cancel Chance × 0.5</w:t>
      </w:r>
    </w:p>
    <w:p w14:paraId="6B1C1CF0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ตัวรับมือศัตรูสาย Charger โดยตรง ทำให้นักมวยมีบทบาทในไฟต์บอส</w:t>
      </w:r>
    </w:p>
    <w:p w14:paraId="308F18D4" w14:textId="77777777" w:rsidR="00501161" w:rsidRDefault="00C637DA">
      <w:pPr>
        <w:ind w:firstLine="720"/>
      </w:pPr>
      <w:r>
        <w:rPr>
          <w:b/>
          <w:bCs/>
        </w:rPr>
        <w:t xml:space="preserve">7. </w:t>
      </w:r>
      <w:r>
        <w:rPr>
          <w:b/>
          <w:bCs/>
        </w:rPr>
        <w:t>ปักษาแหวกรัง (Bird Parts the Nest)</w:t>
      </w:r>
      <w:r>
        <w:t xml:space="preserve"> — Active · Tier 2 · </w:t>
      </w:r>
      <w:r>
        <w:t>เป้าหมาย: ตัวเอง · Prerequisite: ไหว้ครูร่ายรำ Rank 3</w:t>
      </w:r>
    </w:p>
    <w:p w14:paraId="7CB83762" w14:textId="77777777" w:rsidR="00501161" w:rsidRDefault="00C637DA">
      <w:pPr>
        <w:ind w:firstLine="720"/>
      </w:pPr>
      <w:r>
        <w:t>แม่ไม้ปักษาแหวกรัง ตั้งท่ารับ 1 เทิร์น เมื่อโดนโจมตีกายภาพ มีโอกาสปัดแล้วสวน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60"/>
        <w:gridCol w:w="2352"/>
        <w:gridCol w:w="2743"/>
        <w:gridCol w:w="1960"/>
      </w:tblGrid>
      <w:tr w:rsidR="00501161" w14:paraId="167A0D74" w14:textId="77777777">
        <w:trPr>
          <w:tblHeader/>
          <w:jc w:val="center"/>
        </w:trPr>
        <w:tc>
          <w:tcPr>
            <w:tcW w:w="1960" w:type="dxa"/>
            <w:shd w:val="clear" w:color="auto" w:fill="F2F2F2"/>
          </w:tcPr>
          <w:p w14:paraId="4231978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352" w:type="dxa"/>
            <w:shd w:val="clear" w:color="auto" w:fill="F2F2F2"/>
          </w:tcPr>
          <w:p w14:paraId="038FB3E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Parry Chance</w:t>
            </w:r>
          </w:p>
        </w:tc>
        <w:tc>
          <w:tcPr>
            <w:tcW w:w="2743" w:type="dxa"/>
            <w:shd w:val="clear" w:color="auto" w:fill="F2F2F2"/>
          </w:tcPr>
          <w:p w14:paraId="3AF5307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Counter Damage</w:t>
            </w:r>
          </w:p>
        </w:tc>
        <w:tc>
          <w:tcPr>
            <w:tcW w:w="1960" w:type="dxa"/>
            <w:shd w:val="clear" w:color="auto" w:fill="F2F2F2"/>
          </w:tcPr>
          <w:p w14:paraId="6B50D14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E3490AC" w14:textId="77777777">
        <w:trPr>
          <w:jc w:val="center"/>
        </w:trPr>
        <w:tc>
          <w:tcPr>
            <w:tcW w:w="1960" w:type="dxa"/>
          </w:tcPr>
          <w:p w14:paraId="6362E1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52" w:type="dxa"/>
          </w:tcPr>
          <w:p w14:paraId="6371B4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35%</w:t>
            </w:r>
          </w:p>
        </w:tc>
        <w:tc>
          <w:tcPr>
            <w:tcW w:w="2743" w:type="dxa"/>
          </w:tcPr>
          <w:p w14:paraId="1C25A9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960" w:type="dxa"/>
          </w:tcPr>
          <w:p w14:paraId="6BDFA7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3B9F7746" w14:textId="77777777">
        <w:trPr>
          <w:jc w:val="center"/>
        </w:trPr>
        <w:tc>
          <w:tcPr>
            <w:tcW w:w="1960" w:type="dxa"/>
          </w:tcPr>
          <w:p w14:paraId="419F21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52" w:type="dxa"/>
          </w:tcPr>
          <w:p w14:paraId="10DF9C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41%</w:t>
            </w:r>
          </w:p>
        </w:tc>
        <w:tc>
          <w:tcPr>
            <w:tcW w:w="2743" w:type="dxa"/>
          </w:tcPr>
          <w:p w14:paraId="6D8564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111%</w:t>
            </w:r>
          </w:p>
        </w:tc>
        <w:tc>
          <w:tcPr>
            <w:tcW w:w="1960" w:type="dxa"/>
          </w:tcPr>
          <w:p w14:paraId="3176F4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65F0B191" w14:textId="77777777">
        <w:trPr>
          <w:jc w:val="center"/>
        </w:trPr>
        <w:tc>
          <w:tcPr>
            <w:tcW w:w="1960" w:type="dxa"/>
          </w:tcPr>
          <w:p w14:paraId="6FAF9B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52" w:type="dxa"/>
          </w:tcPr>
          <w:p w14:paraId="3EE703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46%</w:t>
            </w:r>
          </w:p>
        </w:tc>
        <w:tc>
          <w:tcPr>
            <w:tcW w:w="2743" w:type="dxa"/>
          </w:tcPr>
          <w:p w14:paraId="3F6E62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122%</w:t>
            </w:r>
          </w:p>
        </w:tc>
        <w:tc>
          <w:tcPr>
            <w:tcW w:w="1960" w:type="dxa"/>
          </w:tcPr>
          <w:p w14:paraId="08D4C7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0D5C0AD2" w14:textId="77777777">
        <w:trPr>
          <w:jc w:val="center"/>
        </w:trPr>
        <w:tc>
          <w:tcPr>
            <w:tcW w:w="1960" w:type="dxa"/>
          </w:tcPr>
          <w:p w14:paraId="5DD8FA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52" w:type="dxa"/>
          </w:tcPr>
          <w:p w14:paraId="68190B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52%</w:t>
            </w:r>
          </w:p>
        </w:tc>
        <w:tc>
          <w:tcPr>
            <w:tcW w:w="2743" w:type="dxa"/>
          </w:tcPr>
          <w:p w14:paraId="23C976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133%</w:t>
            </w:r>
          </w:p>
        </w:tc>
        <w:tc>
          <w:tcPr>
            <w:tcW w:w="1960" w:type="dxa"/>
          </w:tcPr>
          <w:p w14:paraId="02DA57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27732C98" w14:textId="77777777">
        <w:trPr>
          <w:jc w:val="center"/>
        </w:trPr>
        <w:tc>
          <w:tcPr>
            <w:tcW w:w="1960" w:type="dxa"/>
          </w:tcPr>
          <w:p w14:paraId="1F17BF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52" w:type="dxa"/>
          </w:tcPr>
          <w:p w14:paraId="6D2159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57%</w:t>
            </w:r>
          </w:p>
        </w:tc>
        <w:tc>
          <w:tcPr>
            <w:tcW w:w="2743" w:type="dxa"/>
          </w:tcPr>
          <w:p w14:paraId="336784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144%</w:t>
            </w:r>
          </w:p>
        </w:tc>
        <w:tc>
          <w:tcPr>
            <w:tcW w:w="1960" w:type="dxa"/>
          </w:tcPr>
          <w:p w14:paraId="255776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2F539816" w14:textId="77777777">
        <w:trPr>
          <w:jc w:val="center"/>
        </w:trPr>
        <w:tc>
          <w:tcPr>
            <w:tcW w:w="1960" w:type="dxa"/>
          </w:tcPr>
          <w:p w14:paraId="088287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52" w:type="dxa"/>
          </w:tcPr>
          <w:p w14:paraId="128E7F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63%</w:t>
            </w:r>
          </w:p>
        </w:tc>
        <w:tc>
          <w:tcPr>
            <w:tcW w:w="2743" w:type="dxa"/>
          </w:tcPr>
          <w:p w14:paraId="7FC2FC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156%</w:t>
            </w:r>
          </w:p>
        </w:tc>
        <w:tc>
          <w:tcPr>
            <w:tcW w:w="1960" w:type="dxa"/>
          </w:tcPr>
          <w:p w14:paraId="76582A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3D7AA850" w14:textId="77777777">
        <w:trPr>
          <w:jc w:val="center"/>
        </w:trPr>
        <w:tc>
          <w:tcPr>
            <w:tcW w:w="1960" w:type="dxa"/>
          </w:tcPr>
          <w:p w14:paraId="34FE54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52" w:type="dxa"/>
          </w:tcPr>
          <w:p w14:paraId="1C0995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68%</w:t>
            </w:r>
          </w:p>
        </w:tc>
        <w:tc>
          <w:tcPr>
            <w:tcW w:w="2743" w:type="dxa"/>
          </w:tcPr>
          <w:p w14:paraId="36BBD7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167%</w:t>
            </w:r>
          </w:p>
        </w:tc>
        <w:tc>
          <w:tcPr>
            <w:tcW w:w="1960" w:type="dxa"/>
          </w:tcPr>
          <w:p w14:paraId="5F3CE0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1BE7C4A2" w14:textId="77777777">
        <w:trPr>
          <w:jc w:val="center"/>
        </w:trPr>
        <w:tc>
          <w:tcPr>
            <w:tcW w:w="1960" w:type="dxa"/>
          </w:tcPr>
          <w:p w14:paraId="2597E2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52" w:type="dxa"/>
          </w:tcPr>
          <w:p w14:paraId="4ED62F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74%</w:t>
            </w:r>
          </w:p>
        </w:tc>
        <w:tc>
          <w:tcPr>
            <w:tcW w:w="2743" w:type="dxa"/>
          </w:tcPr>
          <w:p w14:paraId="09E98C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178%</w:t>
            </w:r>
          </w:p>
        </w:tc>
        <w:tc>
          <w:tcPr>
            <w:tcW w:w="1960" w:type="dxa"/>
          </w:tcPr>
          <w:p w14:paraId="5FB0C7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7B26DDCF" w14:textId="77777777">
        <w:trPr>
          <w:jc w:val="center"/>
        </w:trPr>
        <w:tc>
          <w:tcPr>
            <w:tcW w:w="1960" w:type="dxa"/>
          </w:tcPr>
          <w:p w14:paraId="256F3D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52" w:type="dxa"/>
          </w:tcPr>
          <w:p w14:paraId="3795C4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79%</w:t>
            </w:r>
          </w:p>
        </w:tc>
        <w:tc>
          <w:tcPr>
            <w:tcW w:w="2743" w:type="dxa"/>
          </w:tcPr>
          <w:p w14:paraId="078F7E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189%</w:t>
            </w:r>
          </w:p>
        </w:tc>
        <w:tc>
          <w:tcPr>
            <w:tcW w:w="1960" w:type="dxa"/>
          </w:tcPr>
          <w:p w14:paraId="26FE0C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34F52BBA" w14:textId="77777777">
        <w:trPr>
          <w:jc w:val="center"/>
        </w:trPr>
        <w:tc>
          <w:tcPr>
            <w:tcW w:w="1960" w:type="dxa"/>
          </w:tcPr>
          <w:p w14:paraId="1D1853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52" w:type="dxa"/>
          </w:tcPr>
          <w:p w14:paraId="49566D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85%</w:t>
            </w:r>
          </w:p>
        </w:tc>
        <w:tc>
          <w:tcPr>
            <w:tcW w:w="2743" w:type="dxa"/>
          </w:tcPr>
          <w:p w14:paraId="13B958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200%</w:t>
            </w:r>
          </w:p>
        </w:tc>
        <w:tc>
          <w:tcPr>
            <w:tcW w:w="1960" w:type="dxa"/>
          </w:tcPr>
          <w:p w14:paraId="488F1A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</w:tbl>
    <w:p w14:paraId="3C9B4288" w14:textId="77777777" w:rsidR="00501161" w:rsidRDefault="00501161">
      <w:pPr>
        <w:spacing w:after="40"/>
      </w:pPr>
    </w:p>
    <w:p w14:paraId="2B542B95" w14:textId="77777777" w:rsidR="00501161" w:rsidRDefault="00C637DA">
      <w:r>
        <w:rPr>
          <w:color w:val="555555"/>
          <w:sz w:val="26"/>
          <w:szCs w:val="26"/>
        </w:rPr>
        <w:t xml:space="preserve">สูตร: ปัดสำเร็จ = ไม่โดนดาเมจ · Counter = Physical Base × Counter × (1 + </w:t>
      </w:r>
      <w:r>
        <w:rPr>
          <w:color w:val="555555"/>
          <w:sz w:val="26"/>
          <w:szCs w:val="26"/>
        </w:rPr>
        <w:t>Rhythm Bonus)</w:t>
      </w:r>
    </w:p>
    <w:p w14:paraId="5718B43E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ลงโทษศัตรูสาย Aggressive ที่ไล่ตีตัว HP ต่ำ</w:t>
      </w:r>
    </w:p>
    <w:p w14:paraId="69C78271" w14:textId="77777777" w:rsidR="00501161" w:rsidRDefault="00C637DA">
      <w:pPr>
        <w:ind w:firstLine="720"/>
      </w:pPr>
      <w:r>
        <w:rPr>
          <w:b/>
          <w:bCs/>
        </w:rPr>
        <w:t xml:space="preserve">8. </w:t>
      </w:r>
      <w:r>
        <w:rPr>
          <w:b/>
          <w:bCs/>
        </w:rPr>
        <w:t>แม่ไม้ครูมวย (Master's Secret)</w:t>
      </w:r>
      <w:r>
        <w:t xml:space="preserve"> — Passive · Tier 2 · </w:t>
      </w:r>
      <w:r>
        <w:t>เป้าหมาย: - · Prerequisite: -</w:t>
      </w:r>
    </w:p>
    <w:p w14:paraId="25E413AD" w14:textId="77777777" w:rsidR="00501161" w:rsidRDefault="00C637DA">
      <w:pPr>
        <w:ind w:firstLine="720"/>
      </w:pPr>
      <w:r>
        <w:t>วิชาลับของครูมวยกรุงเก่า เพิ่มโบนัสดาเมจต่อจังหวะ 1 แต้ม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4507"/>
        <w:gridCol w:w="2254"/>
      </w:tblGrid>
      <w:tr w:rsidR="00501161" w14:paraId="47E0D97E" w14:textId="77777777">
        <w:trPr>
          <w:tblHeader/>
          <w:jc w:val="center"/>
        </w:trPr>
        <w:tc>
          <w:tcPr>
            <w:tcW w:w="2254" w:type="dxa"/>
            <w:shd w:val="clear" w:color="auto" w:fill="F2F2F2"/>
          </w:tcPr>
          <w:p w14:paraId="39D3998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507" w:type="dxa"/>
            <w:shd w:val="clear" w:color="auto" w:fill="F2F2F2"/>
          </w:tcPr>
          <w:p w14:paraId="05B5CD6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Rhythm Bonus </w:t>
            </w:r>
            <w:r>
              <w:rPr>
                <w:b/>
                <w:bCs/>
                <w:sz w:val="28"/>
                <w:szCs w:val="28"/>
              </w:rPr>
              <w:t>ต่อแต้ม</w:t>
            </w:r>
          </w:p>
        </w:tc>
        <w:tc>
          <w:tcPr>
            <w:tcW w:w="2254" w:type="dxa"/>
            <w:shd w:val="clear" w:color="auto" w:fill="F2F2F2"/>
          </w:tcPr>
          <w:p w14:paraId="2A95977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136E0888" w14:textId="77777777">
        <w:trPr>
          <w:jc w:val="center"/>
        </w:trPr>
        <w:tc>
          <w:tcPr>
            <w:tcW w:w="2254" w:type="dxa"/>
          </w:tcPr>
          <w:p w14:paraId="18049D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507" w:type="dxa"/>
          </w:tcPr>
          <w:p w14:paraId="040CB3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7%</w:t>
            </w:r>
          </w:p>
        </w:tc>
        <w:tc>
          <w:tcPr>
            <w:tcW w:w="2254" w:type="dxa"/>
          </w:tcPr>
          <w:p w14:paraId="764014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8FC5B64" w14:textId="77777777">
        <w:trPr>
          <w:jc w:val="center"/>
        </w:trPr>
        <w:tc>
          <w:tcPr>
            <w:tcW w:w="2254" w:type="dxa"/>
          </w:tcPr>
          <w:p w14:paraId="7F4A08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07" w:type="dxa"/>
          </w:tcPr>
          <w:p w14:paraId="5637A7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8%</w:t>
            </w:r>
          </w:p>
        </w:tc>
        <w:tc>
          <w:tcPr>
            <w:tcW w:w="2254" w:type="dxa"/>
          </w:tcPr>
          <w:p w14:paraId="30257B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1658FD7" w14:textId="77777777">
        <w:trPr>
          <w:jc w:val="center"/>
        </w:trPr>
        <w:tc>
          <w:tcPr>
            <w:tcW w:w="2254" w:type="dxa"/>
          </w:tcPr>
          <w:p w14:paraId="744AC2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4507" w:type="dxa"/>
          </w:tcPr>
          <w:p w14:paraId="731670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8%</w:t>
            </w:r>
          </w:p>
        </w:tc>
        <w:tc>
          <w:tcPr>
            <w:tcW w:w="2254" w:type="dxa"/>
          </w:tcPr>
          <w:p w14:paraId="3ED521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9A41238" w14:textId="77777777">
        <w:trPr>
          <w:jc w:val="center"/>
        </w:trPr>
        <w:tc>
          <w:tcPr>
            <w:tcW w:w="2254" w:type="dxa"/>
          </w:tcPr>
          <w:p w14:paraId="004BE7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07" w:type="dxa"/>
          </w:tcPr>
          <w:p w14:paraId="7AF15C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9%</w:t>
            </w:r>
          </w:p>
        </w:tc>
        <w:tc>
          <w:tcPr>
            <w:tcW w:w="2254" w:type="dxa"/>
          </w:tcPr>
          <w:p w14:paraId="1886E2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2087F81" w14:textId="77777777">
        <w:trPr>
          <w:jc w:val="center"/>
        </w:trPr>
        <w:tc>
          <w:tcPr>
            <w:tcW w:w="2254" w:type="dxa"/>
          </w:tcPr>
          <w:p w14:paraId="765B9F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07" w:type="dxa"/>
          </w:tcPr>
          <w:p w14:paraId="3413EA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9%</w:t>
            </w:r>
          </w:p>
        </w:tc>
        <w:tc>
          <w:tcPr>
            <w:tcW w:w="2254" w:type="dxa"/>
          </w:tcPr>
          <w:p w14:paraId="7B0C4D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542A189" w14:textId="77777777">
        <w:trPr>
          <w:jc w:val="center"/>
        </w:trPr>
        <w:tc>
          <w:tcPr>
            <w:tcW w:w="2254" w:type="dxa"/>
          </w:tcPr>
          <w:p w14:paraId="3B104A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507" w:type="dxa"/>
          </w:tcPr>
          <w:p w14:paraId="7B12C3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2254" w:type="dxa"/>
          </w:tcPr>
          <w:p w14:paraId="19F489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67EFF7C" w14:textId="77777777">
        <w:trPr>
          <w:jc w:val="center"/>
        </w:trPr>
        <w:tc>
          <w:tcPr>
            <w:tcW w:w="2254" w:type="dxa"/>
          </w:tcPr>
          <w:p w14:paraId="783BE8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507" w:type="dxa"/>
          </w:tcPr>
          <w:p w14:paraId="2D5627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2254" w:type="dxa"/>
          </w:tcPr>
          <w:p w14:paraId="5D2884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05D2346" w14:textId="77777777">
        <w:trPr>
          <w:jc w:val="center"/>
        </w:trPr>
        <w:tc>
          <w:tcPr>
            <w:tcW w:w="2254" w:type="dxa"/>
          </w:tcPr>
          <w:p w14:paraId="011C1E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507" w:type="dxa"/>
          </w:tcPr>
          <w:p w14:paraId="2EB8AE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11%</w:t>
            </w:r>
          </w:p>
        </w:tc>
        <w:tc>
          <w:tcPr>
            <w:tcW w:w="2254" w:type="dxa"/>
          </w:tcPr>
          <w:p w14:paraId="7E0211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0A6898F" w14:textId="77777777">
        <w:trPr>
          <w:jc w:val="center"/>
        </w:trPr>
        <w:tc>
          <w:tcPr>
            <w:tcW w:w="2254" w:type="dxa"/>
          </w:tcPr>
          <w:p w14:paraId="001F14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507" w:type="dxa"/>
          </w:tcPr>
          <w:p w14:paraId="435934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11%</w:t>
            </w:r>
          </w:p>
        </w:tc>
        <w:tc>
          <w:tcPr>
            <w:tcW w:w="2254" w:type="dxa"/>
          </w:tcPr>
          <w:p w14:paraId="503BC9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EEB34C4" w14:textId="77777777">
        <w:trPr>
          <w:jc w:val="center"/>
        </w:trPr>
        <w:tc>
          <w:tcPr>
            <w:tcW w:w="2254" w:type="dxa"/>
          </w:tcPr>
          <w:p w14:paraId="2FF7EC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507" w:type="dxa"/>
          </w:tcPr>
          <w:p w14:paraId="55412A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12%</w:t>
            </w:r>
          </w:p>
        </w:tc>
        <w:tc>
          <w:tcPr>
            <w:tcW w:w="2254" w:type="dxa"/>
          </w:tcPr>
          <w:p w14:paraId="4004B0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7053F3AE" w14:textId="77777777" w:rsidR="00501161" w:rsidRDefault="00501161">
      <w:pPr>
        <w:spacing w:after="40"/>
      </w:pPr>
    </w:p>
    <w:p w14:paraId="5FB8480E" w14:textId="77777777" w:rsidR="00501161" w:rsidRDefault="00C637DA">
      <w:r>
        <w:rPr>
          <w:color w:val="555555"/>
          <w:sz w:val="26"/>
          <w:szCs w:val="26"/>
        </w:rPr>
        <w:t>สูตร: Rhythm Bonus = จังหวะ × โบนัสต่อแต้ม (ค่าเริ่มต้น 6%)</w:t>
      </w:r>
    </w:p>
    <w:p w14:paraId="3BB12604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จังหวะเต็ม 5 แต้มที่ Rank 10 = +60%</w:t>
      </w:r>
    </w:p>
    <w:p w14:paraId="160C34A2" w14:textId="77777777" w:rsidR="00501161" w:rsidRDefault="00C637DA">
      <w:pPr>
        <w:ind w:firstLine="720"/>
      </w:pPr>
      <w:r>
        <w:rPr>
          <w:b/>
          <w:bCs/>
        </w:rPr>
        <w:t xml:space="preserve">9. </w:t>
      </w:r>
      <w:r>
        <w:rPr>
          <w:b/>
          <w:bCs/>
        </w:rPr>
        <w:t>จระเข้ฟาดหาง (Crocodile Tail Lash)</w:t>
      </w:r>
      <w:r>
        <w:t xml:space="preserve"> — Active · Tier 3 · </w:t>
      </w:r>
      <w:r>
        <w:t>เป้าหมาย: ศัตรูทั้งหมด · Prerequisite: สลับฟันปลา Rank 5</w:t>
      </w:r>
    </w:p>
    <w:p w14:paraId="6D4BE1C6" w14:textId="77777777" w:rsidR="00501161" w:rsidRDefault="00C637DA">
      <w:pPr>
        <w:ind w:firstLine="720"/>
      </w:pPr>
      <w:r>
        <w:t>ลูกไม้จระเข้ฟาดหาง เตะหมุนตัวกวาดศัตรูทุกตัว ได้จังหวะ +1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4142"/>
        <w:gridCol w:w="2436"/>
      </w:tblGrid>
      <w:tr w:rsidR="00501161" w14:paraId="671F5066" w14:textId="77777777">
        <w:trPr>
          <w:tblHeader/>
          <w:jc w:val="center"/>
        </w:trPr>
        <w:tc>
          <w:tcPr>
            <w:tcW w:w="2436" w:type="dxa"/>
            <w:shd w:val="clear" w:color="auto" w:fill="F2F2F2"/>
          </w:tcPr>
          <w:p w14:paraId="1321483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142" w:type="dxa"/>
            <w:shd w:val="clear" w:color="auto" w:fill="F2F2F2"/>
          </w:tcPr>
          <w:p w14:paraId="7EDD27C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2436" w:type="dxa"/>
            <w:shd w:val="clear" w:color="auto" w:fill="F2F2F2"/>
          </w:tcPr>
          <w:p w14:paraId="054C9C9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137F70B2" w14:textId="77777777">
        <w:trPr>
          <w:jc w:val="center"/>
        </w:trPr>
        <w:tc>
          <w:tcPr>
            <w:tcW w:w="2436" w:type="dxa"/>
          </w:tcPr>
          <w:p w14:paraId="375C3E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14:paraId="68CB59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  <w:tc>
          <w:tcPr>
            <w:tcW w:w="2436" w:type="dxa"/>
          </w:tcPr>
          <w:p w14:paraId="5C2F09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3DF40494" w14:textId="77777777">
        <w:trPr>
          <w:jc w:val="center"/>
        </w:trPr>
        <w:tc>
          <w:tcPr>
            <w:tcW w:w="2436" w:type="dxa"/>
          </w:tcPr>
          <w:p w14:paraId="1B1307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14:paraId="440EB5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77%</w:t>
            </w:r>
          </w:p>
        </w:tc>
        <w:tc>
          <w:tcPr>
            <w:tcW w:w="2436" w:type="dxa"/>
          </w:tcPr>
          <w:p w14:paraId="036467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7C51945A" w14:textId="77777777">
        <w:trPr>
          <w:jc w:val="center"/>
        </w:trPr>
        <w:tc>
          <w:tcPr>
            <w:tcW w:w="2436" w:type="dxa"/>
          </w:tcPr>
          <w:p w14:paraId="556089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2" w:type="dxa"/>
          </w:tcPr>
          <w:p w14:paraId="7397C2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83%</w:t>
            </w:r>
          </w:p>
        </w:tc>
        <w:tc>
          <w:tcPr>
            <w:tcW w:w="2436" w:type="dxa"/>
          </w:tcPr>
          <w:p w14:paraId="200509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1EBDFE38" w14:textId="77777777">
        <w:trPr>
          <w:jc w:val="center"/>
        </w:trPr>
        <w:tc>
          <w:tcPr>
            <w:tcW w:w="2436" w:type="dxa"/>
          </w:tcPr>
          <w:p w14:paraId="60B544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42" w:type="dxa"/>
          </w:tcPr>
          <w:p w14:paraId="251A22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2436" w:type="dxa"/>
          </w:tcPr>
          <w:p w14:paraId="76B527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6E6ABDEF" w14:textId="77777777">
        <w:trPr>
          <w:jc w:val="center"/>
        </w:trPr>
        <w:tc>
          <w:tcPr>
            <w:tcW w:w="2436" w:type="dxa"/>
          </w:tcPr>
          <w:p w14:paraId="79CE5C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42" w:type="dxa"/>
          </w:tcPr>
          <w:p w14:paraId="7CC9D4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97%</w:t>
            </w:r>
          </w:p>
        </w:tc>
        <w:tc>
          <w:tcPr>
            <w:tcW w:w="2436" w:type="dxa"/>
          </w:tcPr>
          <w:p w14:paraId="65F476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5A23E3DC" w14:textId="77777777">
        <w:trPr>
          <w:jc w:val="center"/>
        </w:trPr>
        <w:tc>
          <w:tcPr>
            <w:tcW w:w="2436" w:type="dxa"/>
          </w:tcPr>
          <w:p w14:paraId="10057D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42" w:type="dxa"/>
          </w:tcPr>
          <w:p w14:paraId="3DB9C9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103%</w:t>
            </w:r>
          </w:p>
        </w:tc>
        <w:tc>
          <w:tcPr>
            <w:tcW w:w="2436" w:type="dxa"/>
          </w:tcPr>
          <w:p w14:paraId="1B7E5F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67D44C5D" w14:textId="77777777">
        <w:trPr>
          <w:jc w:val="center"/>
        </w:trPr>
        <w:tc>
          <w:tcPr>
            <w:tcW w:w="2436" w:type="dxa"/>
          </w:tcPr>
          <w:p w14:paraId="2DE947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42" w:type="dxa"/>
          </w:tcPr>
          <w:p w14:paraId="696E14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110%</w:t>
            </w:r>
          </w:p>
        </w:tc>
        <w:tc>
          <w:tcPr>
            <w:tcW w:w="2436" w:type="dxa"/>
          </w:tcPr>
          <w:p w14:paraId="3F1370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521C308E" w14:textId="77777777">
        <w:trPr>
          <w:jc w:val="center"/>
        </w:trPr>
        <w:tc>
          <w:tcPr>
            <w:tcW w:w="2436" w:type="dxa"/>
          </w:tcPr>
          <w:p w14:paraId="56828C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42" w:type="dxa"/>
          </w:tcPr>
          <w:p w14:paraId="694F99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117%</w:t>
            </w:r>
          </w:p>
        </w:tc>
        <w:tc>
          <w:tcPr>
            <w:tcW w:w="2436" w:type="dxa"/>
          </w:tcPr>
          <w:p w14:paraId="2DD150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</w:t>
            </w:r>
          </w:p>
        </w:tc>
      </w:tr>
      <w:tr w:rsidR="00501161" w14:paraId="36A71CC7" w14:textId="77777777">
        <w:trPr>
          <w:jc w:val="center"/>
        </w:trPr>
        <w:tc>
          <w:tcPr>
            <w:tcW w:w="2436" w:type="dxa"/>
          </w:tcPr>
          <w:p w14:paraId="1E7F98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42" w:type="dxa"/>
          </w:tcPr>
          <w:p w14:paraId="1FFAA8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123%</w:t>
            </w:r>
          </w:p>
        </w:tc>
        <w:tc>
          <w:tcPr>
            <w:tcW w:w="2436" w:type="dxa"/>
          </w:tcPr>
          <w:p w14:paraId="6E2904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</w:tr>
      <w:tr w:rsidR="00501161" w14:paraId="7F872CC7" w14:textId="77777777">
        <w:trPr>
          <w:jc w:val="center"/>
        </w:trPr>
        <w:tc>
          <w:tcPr>
            <w:tcW w:w="2436" w:type="dxa"/>
          </w:tcPr>
          <w:p w14:paraId="4407C3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42" w:type="dxa"/>
          </w:tcPr>
          <w:p w14:paraId="78E7C5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130%</w:t>
            </w:r>
          </w:p>
        </w:tc>
        <w:tc>
          <w:tcPr>
            <w:tcW w:w="2436" w:type="dxa"/>
          </w:tcPr>
          <w:p w14:paraId="6E8F03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</w:t>
            </w:r>
          </w:p>
        </w:tc>
      </w:tr>
    </w:tbl>
    <w:p w14:paraId="7FCDCD4B" w14:textId="77777777" w:rsidR="00501161" w:rsidRDefault="00501161">
      <w:pPr>
        <w:spacing w:after="40"/>
      </w:pPr>
    </w:p>
    <w:p w14:paraId="1549B1F5" w14:textId="77777777" w:rsidR="00501161" w:rsidRDefault="00C637DA">
      <w:r>
        <w:rPr>
          <w:color w:val="555555"/>
          <w:sz w:val="26"/>
          <w:szCs w:val="26"/>
        </w:rPr>
        <w:t>สูตร: Damage = Physical Base × Multiplier × (1 + Rhythm Bonus) × 100 / (100 + DEF)</w:t>
      </w:r>
    </w:p>
    <w:p w14:paraId="473CB349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สกิลโจมตีกลุ่มตัวเดียวของนักมวย</w:t>
      </w:r>
    </w:p>
    <w:p w14:paraId="7EB6C298" w14:textId="77777777" w:rsidR="00501161" w:rsidRDefault="00C637DA">
      <w:pPr>
        <w:ind w:firstLine="720"/>
      </w:pPr>
      <w:r>
        <w:rPr>
          <w:b/>
          <w:bCs/>
        </w:rPr>
        <w:t xml:space="preserve">10. </w:t>
      </w:r>
      <w:r>
        <w:rPr>
          <w:b/>
          <w:bCs/>
        </w:rPr>
        <w:t>ใจนายขนมต้ม (Spirit of Nai Khanom Tom)</w:t>
      </w:r>
      <w:r>
        <w:t xml:space="preserve"> — Passive · Tier 3 · </w:t>
      </w:r>
      <w:r>
        <w:t>เป้าหมาย: - · Prerequisite: -</w:t>
      </w:r>
    </w:p>
    <w:p w14:paraId="44544192" w14:textId="77777777" w:rsidR="00501161" w:rsidRDefault="00C637DA">
      <w:pPr>
        <w:ind w:firstLine="720"/>
      </w:pPr>
      <w:r>
        <w:t>ใจสู้ของยอดมวยกรุงศรีฯ เมื่อโดนโจมตีมีโอกาสได้จังหวะ +1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08"/>
        <w:gridCol w:w="3199"/>
        <w:gridCol w:w="2908"/>
      </w:tblGrid>
      <w:tr w:rsidR="00501161" w14:paraId="637E2AE2" w14:textId="77777777">
        <w:trPr>
          <w:tblHeader/>
          <w:jc w:val="center"/>
        </w:trPr>
        <w:tc>
          <w:tcPr>
            <w:tcW w:w="2908" w:type="dxa"/>
            <w:shd w:val="clear" w:color="auto" w:fill="F2F2F2"/>
          </w:tcPr>
          <w:p w14:paraId="6F645DB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199" w:type="dxa"/>
            <w:shd w:val="clear" w:color="auto" w:fill="F2F2F2"/>
          </w:tcPr>
          <w:p w14:paraId="786C5A5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Proc Chance</w:t>
            </w:r>
          </w:p>
        </w:tc>
        <w:tc>
          <w:tcPr>
            <w:tcW w:w="2908" w:type="dxa"/>
            <w:shd w:val="clear" w:color="auto" w:fill="F2F2F2"/>
          </w:tcPr>
          <w:p w14:paraId="6FD1ED0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5683692D" w14:textId="77777777">
        <w:trPr>
          <w:jc w:val="center"/>
        </w:trPr>
        <w:tc>
          <w:tcPr>
            <w:tcW w:w="2908" w:type="dxa"/>
          </w:tcPr>
          <w:p w14:paraId="7A4013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99" w:type="dxa"/>
          </w:tcPr>
          <w:p w14:paraId="072A38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15%</w:t>
            </w:r>
          </w:p>
        </w:tc>
        <w:tc>
          <w:tcPr>
            <w:tcW w:w="2908" w:type="dxa"/>
          </w:tcPr>
          <w:p w14:paraId="79D0B3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CC9298E" w14:textId="77777777">
        <w:trPr>
          <w:jc w:val="center"/>
        </w:trPr>
        <w:tc>
          <w:tcPr>
            <w:tcW w:w="2908" w:type="dxa"/>
          </w:tcPr>
          <w:p w14:paraId="0A66D3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25C785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21%</w:t>
            </w:r>
          </w:p>
        </w:tc>
        <w:tc>
          <w:tcPr>
            <w:tcW w:w="2908" w:type="dxa"/>
          </w:tcPr>
          <w:p w14:paraId="7265F7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ADF73A7" w14:textId="77777777">
        <w:trPr>
          <w:jc w:val="center"/>
        </w:trPr>
        <w:tc>
          <w:tcPr>
            <w:tcW w:w="2908" w:type="dxa"/>
          </w:tcPr>
          <w:p w14:paraId="5C4C18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6E45B6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26%</w:t>
            </w:r>
          </w:p>
        </w:tc>
        <w:tc>
          <w:tcPr>
            <w:tcW w:w="2908" w:type="dxa"/>
          </w:tcPr>
          <w:p w14:paraId="0380AF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6BC9892" w14:textId="77777777">
        <w:trPr>
          <w:jc w:val="center"/>
        </w:trPr>
        <w:tc>
          <w:tcPr>
            <w:tcW w:w="2908" w:type="dxa"/>
          </w:tcPr>
          <w:p w14:paraId="6964D3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5C180B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32%</w:t>
            </w:r>
          </w:p>
        </w:tc>
        <w:tc>
          <w:tcPr>
            <w:tcW w:w="2908" w:type="dxa"/>
          </w:tcPr>
          <w:p w14:paraId="2186AD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4F3E4C7" w14:textId="77777777">
        <w:trPr>
          <w:jc w:val="center"/>
        </w:trPr>
        <w:tc>
          <w:tcPr>
            <w:tcW w:w="2908" w:type="dxa"/>
          </w:tcPr>
          <w:p w14:paraId="4C35E2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4A3270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37%</w:t>
            </w:r>
          </w:p>
        </w:tc>
        <w:tc>
          <w:tcPr>
            <w:tcW w:w="2908" w:type="dxa"/>
          </w:tcPr>
          <w:p w14:paraId="0C091E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728E702" w14:textId="77777777">
        <w:trPr>
          <w:jc w:val="center"/>
        </w:trPr>
        <w:tc>
          <w:tcPr>
            <w:tcW w:w="2908" w:type="dxa"/>
          </w:tcPr>
          <w:p w14:paraId="2B9C84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2E84C3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43%</w:t>
            </w:r>
          </w:p>
        </w:tc>
        <w:tc>
          <w:tcPr>
            <w:tcW w:w="2908" w:type="dxa"/>
          </w:tcPr>
          <w:p w14:paraId="36402D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68FFB1F" w14:textId="77777777">
        <w:trPr>
          <w:jc w:val="center"/>
        </w:trPr>
        <w:tc>
          <w:tcPr>
            <w:tcW w:w="2908" w:type="dxa"/>
          </w:tcPr>
          <w:p w14:paraId="57332F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619F66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48%</w:t>
            </w:r>
          </w:p>
        </w:tc>
        <w:tc>
          <w:tcPr>
            <w:tcW w:w="2908" w:type="dxa"/>
          </w:tcPr>
          <w:p w14:paraId="3B2CF3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01CD43C" w14:textId="77777777">
        <w:trPr>
          <w:jc w:val="center"/>
        </w:trPr>
        <w:tc>
          <w:tcPr>
            <w:tcW w:w="2908" w:type="dxa"/>
          </w:tcPr>
          <w:p w14:paraId="1CA19D1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7F146A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54%</w:t>
            </w:r>
          </w:p>
        </w:tc>
        <w:tc>
          <w:tcPr>
            <w:tcW w:w="2908" w:type="dxa"/>
          </w:tcPr>
          <w:p w14:paraId="4D458C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F739BC6" w14:textId="77777777">
        <w:trPr>
          <w:jc w:val="center"/>
        </w:trPr>
        <w:tc>
          <w:tcPr>
            <w:tcW w:w="2908" w:type="dxa"/>
          </w:tcPr>
          <w:p w14:paraId="6D06AE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3470BB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59%</w:t>
            </w:r>
          </w:p>
        </w:tc>
        <w:tc>
          <w:tcPr>
            <w:tcW w:w="2908" w:type="dxa"/>
          </w:tcPr>
          <w:p w14:paraId="63C674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F51ACA0" w14:textId="77777777">
        <w:trPr>
          <w:jc w:val="center"/>
        </w:trPr>
        <w:tc>
          <w:tcPr>
            <w:tcW w:w="2908" w:type="dxa"/>
          </w:tcPr>
          <w:p w14:paraId="212BC9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99" w:type="dxa"/>
          </w:tcPr>
          <w:p w14:paraId="27D96E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65%</w:t>
            </w:r>
          </w:p>
        </w:tc>
        <w:tc>
          <w:tcPr>
            <w:tcW w:w="2908" w:type="dxa"/>
          </w:tcPr>
          <w:p w14:paraId="5B802D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5B586671" w14:textId="77777777" w:rsidR="00501161" w:rsidRDefault="00501161">
      <w:pPr>
        <w:spacing w:after="40"/>
      </w:pPr>
    </w:p>
    <w:p w14:paraId="695EE19A" w14:textId="77777777" w:rsidR="00501161" w:rsidRDefault="00C637DA">
      <w:r>
        <w:rPr>
          <w:color w:val="555555"/>
          <w:sz w:val="26"/>
          <w:szCs w:val="26"/>
        </w:rPr>
        <w:t xml:space="preserve">สูตร: </w:t>
      </w:r>
      <w:r>
        <w:rPr>
          <w:color w:val="555555"/>
          <w:sz w:val="26"/>
          <w:szCs w:val="26"/>
        </w:rPr>
        <w:t>ทอยทุกครั้งที่โดนดาเมจ (ไม่นับ Poison)</w:t>
      </w:r>
    </w:p>
    <w:p w14:paraId="7801C801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ให้นักมวยสะสมจังหวะได้แม้ในเทิร์นที่ตั้งรับ</w:t>
      </w:r>
    </w:p>
    <w:p w14:paraId="7762C040" w14:textId="77777777" w:rsidR="00501161" w:rsidRDefault="00C637DA">
      <w:pPr>
        <w:ind w:firstLine="720"/>
      </w:pPr>
      <w:r>
        <w:rPr>
          <w:b/>
          <w:bCs/>
        </w:rPr>
        <w:t xml:space="preserve">11. </w:t>
      </w:r>
      <w:r>
        <w:rPr>
          <w:b/>
          <w:bCs/>
        </w:rPr>
        <w:t>ยกเขาพระสุเมรุ (Lifting Mount Meru)</w:t>
      </w:r>
      <w:r>
        <w:t xml:space="preserve"> — Active · Tier 3 · </w:t>
      </w:r>
      <w:r>
        <w:t>เป้าหมาย: ศัตรู 1 ตัว · Prerequisite: หักงวงไอยรา Rank 5</w:t>
      </w:r>
    </w:p>
    <w:p w14:paraId="22765B0D" w14:textId="77777777" w:rsidR="00501161" w:rsidRDefault="00C637DA">
      <w:pPr>
        <w:ind w:firstLine="720"/>
      </w:pPr>
      <w:r>
        <w:t>ลูกไม้ยกเขาพระสุเมรุ กระโดดเสยเข่าเต็มแรง ม</w:t>
      </w:r>
      <w:r>
        <w:t>ีโอกาสทำให้ศัตรู Stun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8"/>
        <w:gridCol w:w="3193"/>
        <w:gridCol w:w="2066"/>
        <w:gridCol w:w="1878"/>
      </w:tblGrid>
      <w:tr w:rsidR="00501161" w14:paraId="2BCC5E25" w14:textId="77777777">
        <w:trPr>
          <w:tblHeader/>
          <w:jc w:val="center"/>
        </w:trPr>
        <w:tc>
          <w:tcPr>
            <w:tcW w:w="1878" w:type="dxa"/>
            <w:shd w:val="clear" w:color="auto" w:fill="F2F2F2"/>
          </w:tcPr>
          <w:p w14:paraId="318FC8A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193" w:type="dxa"/>
            <w:shd w:val="clear" w:color="auto" w:fill="F2F2F2"/>
          </w:tcPr>
          <w:p w14:paraId="7412959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2066" w:type="dxa"/>
            <w:shd w:val="clear" w:color="auto" w:fill="F2F2F2"/>
          </w:tcPr>
          <w:p w14:paraId="0801047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Stun Chance</w:t>
            </w:r>
          </w:p>
        </w:tc>
        <w:tc>
          <w:tcPr>
            <w:tcW w:w="1878" w:type="dxa"/>
            <w:shd w:val="clear" w:color="auto" w:fill="F2F2F2"/>
          </w:tcPr>
          <w:p w14:paraId="2A16126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25A18257" w14:textId="77777777">
        <w:trPr>
          <w:jc w:val="center"/>
        </w:trPr>
        <w:tc>
          <w:tcPr>
            <w:tcW w:w="1878" w:type="dxa"/>
          </w:tcPr>
          <w:p w14:paraId="5A4486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93" w:type="dxa"/>
          </w:tcPr>
          <w:p w14:paraId="11F3A2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150%</w:t>
            </w:r>
          </w:p>
        </w:tc>
        <w:tc>
          <w:tcPr>
            <w:tcW w:w="2066" w:type="dxa"/>
          </w:tcPr>
          <w:p w14:paraId="4AB13E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8%</w:t>
            </w:r>
          </w:p>
        </w:tc>
        <w:tc>
          <w:tcPr>
            <w:tcW w:w="1878" w:type="dxa"/>
          </w:tcPr>
          <w:p w14:paraId="0CC967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06DD2A63" w14:textId="77777777">
        <w:trPr>
          <w:jc w:val="center"/>
        </w:trPr>
        <w:tc>
          <w:tcPr>
            <w:tcW w:w="1878" w:type="dxa"/>
          </w:tcPr>
          <w:p w14:paraId="401218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3" w:type="dxa"/>
          </w:tcPr>
          <w:p w14:paraId="113A19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161%</w:t>
            </w:r>
          </w:p>
        </w:tc>
        <w:tc>
          <w:tcPr>
            <w:tcW w:w="2066" w:type="dxa"/>
          </w:tcPr>
          <w:p w14:paraId="7CDE4A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11%</w:t>
            </w:r>
          </w:p>
        </w:tc>
        <w:tc>
          <w:tcPr>
            <w:tcW w:w="1878" w:type="dxa"/>
          </w:tcPr>
          <w:p w14:paraId="76ED40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752E3697" w14:textId="77777777">
        <w:trPr>
          <w:jc w:val="center"/>
        </w:trPr>
        <w:tc>
          <w:tcPr>
            <w:tcW w:w="1878" w:type="dxa"/>
          </w:tcPr>
          <w:p w14:paraId="6DAFC6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93" w:type="dxa"/>
          </w:tcPr>
          <w:p w14:paraId="0B7007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172%</w:t>
            </w:r>
          </w:p>
        </w:tc>
        <w:tc>
          <w:tcPr>
            <w:tcW w:w="2066" w:type="dxa"/>
          </w:tcPr>
          <w:p w14:paraId="63DBE4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14%</w:t>
            </w:r>
          </w:p>
        </w:tc>
        <w:tc>
          <w:tcPr>
            <w:tcW w:w="1878" w:type="dxa"/>
          </w:tcPr>
          <w:p w14:paraId="05D270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47F6302C" w14:textId="77777777">
        <w:trPr>
          <w:jc w:val="center"/>
        </w:trPr>
        <w:tc>
          <w:tcPr>
            <w:tcW w:w="1878" w:type="dxa"/>
          </w:tcPr>
          <w:p w14:paraId="08F13A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93" w:type="dxa"/>
          </w:tcPr>
          <w:p w14:paraId="29635B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183%</w:t>
            </w:r>
          </w:p>
        </w:tc>
        <w:tc>
          <w:tcPr>
            <w:tcW w:w="2066" w:type="dxa"/>
          </w:tcPr>
          <w:p w14:paraId="63C3BB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17%</w:t>
            </w:r>
          </w:p>
        </w:tc>
        <w:tc>
          <w:tcPr>
            <w:tcW w:w="1878" w:type="dxa"/>
          </w:tcPr>
          <w:p w14:paraId="66EDB2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5D97E6F3" w14:textId="77777777">
        <w:trPr>
          <w:jc w:val="center"/>
        </w:trPr>
        <w:tc>
          <w:tcPr>
            <w:tcW w:w="1878" w:type="dxa"/>
          </w:tcPr>
          <w:p w14:paraId="4AA2EE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93" w:type="dxa"/>
          </w:tcPr>
          <w:p w14:paraId="67A117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194%</w:t>
            </w:r>
          </w:p>
        </w:tc>
        <w:tc>
          <w:tcPr>
            <w:tcW w:w="2066" w:type="dxa"/>
          </w:tcPr>
          <w:p w14:paraId="2A1320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1878" w:type="dxa"/>
          </w:tcPr>
          <w:p w14:paraId="3AC61E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6B4B1092" w14:textId="77777777">
        <w:trPr>
          <w:jc w:val="center"/>
        </w:trPr>
        <w:tc>
          <w:tcPr>
            <w:tcW w:w="1878" w:type="dxa"/>
          </w:tcPr>
          <w:p w14:paraId="2783E1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93" w:type="dxa"/>
          </w:tcPr>
          <w:p w14:paraId="09739F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206%</w:t>
            </w:r>
          </w:p>
        </w:tc>
        <w:tc>
          <w:tcPr>
            <w:tcW w:w="2066" w:type="dxa"/>
          </w:tcPr>
          <w:p w14:paraId="33C64B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23%</w:t>
            </w:r>
          </w:p>
        </w:tc>
        <w:tc>
          <w:tcPr>
            <w:tcW w:w="1878" w:type="dxa"/>
          </w:tcPr>
          <w:p w14:paraId="5956A0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0C0E63F1" w14:textId="77777777">
        <w:trPr>
          <w:jc w:val="center"/>
        </w:trPr>
        <w:tc>
          <w:tcPr>
            <w:tcW w:w="1878" w:type="dxa"/>
          </w:tcPr>
          <w:p w14:paraId="39C79C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93" w:type="dxa"/>
          </w:tcPr>
          <w:p w14:paraId="39C84D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217%</w:t>
            </w:r>
          </w:p>
        </w:tc>
        <w:tc>
          <w:tcPr>
            <w:tcW w:w="2066" w:type="dxa"/>
          </w:tcPr>
          <w:p w14:paraId="54475E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26%</w:t>
            </w:r>
          </w:p>
        </w:tc>
        <w:tc>
          <w:tcPr>
            <w:tcW w:w="1878" w:type="dxa"/>
          </w:tcPr>
          <w:p w14:paraId="510D73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77B38994" w14:textId="77777777">
        <w:trPr>
          <w:jc w:val="center"/>
        </w:trPr>
        <w:tc>
          <w:tcPr>
            <w:tcW w:w="1878" w:type="dxa"/>
          </w:tcPr>
          <w:p w14:paraId="1F1CC2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93" w:type="dxa"/>
          </w:tcPr>
          <w:p w14:paraId="2D694F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228%</w:t>
            </w:r>
          </w:p>
        </w:tc>
        <w:tc>
          <w:tcPr>
            <w:tcW w:w="2066" w:type="dxa"/>
          </w:tcPr>
          <w:p w14:paraId="3C12D1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29%</w:t>
            </w:r>
          </w:p>
        </w:tc>
        <w:tc>
          <w:tcPr>
            <w:tcW w:w="1878" w:type="dxa"/>
          </w:tcPr>
          <w:p w14:paraId="38E9AD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5468FE8E" w14:textId="77777777">
        <w:trPr>
          <w:jc w:val="center"/>
        </w:trPr>
        <w:tc>
          <w:tcPr>
            <w:tcW w:w="1878" w:type="dxa"/>
          </w:tcPr>
          <w:p w14:paraId="3DB1FC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93" w:type="dxa"/>
          </w:tcPr>
          <w:p w14:paraId="701EB6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239%</w:t>
            </w:r>
          </w:p>
        </w:tc>
        <w:tc>
          <w:tcPr>
            <w:tcW w:w="2066" w:type="dxa"/>
          </w:tcPr>
          <w:p w14:paraId="653D76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32%</w:t>
            </w:r>
          </w:p>
        </w:tc>
        <w:tc>
          <w:tcPr>
            <w:tcW w:w="1878" w:type="dxa"/>
          </w:tcPr>
          <w:p w14:paraId="01F2A3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</w:tr>
      <w:tr w:rsidR="00501161" w14:paraId="367E8BDA" w14:textId="77777777">
        <w:trPr>
          <w:jc w:val="center"/>
        </w:trPr>
        <w:tc>
          <w:tcPr>
            <w:tcW w:w="1878" w:type="dxa"/>
          </w:tcPr>
          <w:p w14:paraId="5AFA78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93" w:type="dxa"/>
          </w:tcPr>
          <w:p w14:paraId="55DCCC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250%</w:t>
            </w:r>
          </w:p>
        </w:tc>
        <w:tc>
          <w:tcPr>
            <w:tcW w:w="2066" w:type="dxa"/>
          </w:tcPr>
          <w:p w14:paraId="12A086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35%</w:t>
            </w:r>
          </w:p>
        </w:tc>
        <w:tc>
          <w:tcPr>
            <w:tcW w:w="1878" w:type="dxa"/>
          </w:tcPr>
          <w:p w14:paraId="3353F2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</w:t>
            </w:r>
          </w:p>
        </w:tc>
      </w:tr>
    </w:tbl>
    <w:p w14:paraId="2FC80C6D" w14:textId="77777777" w:rsidR="00501161" w:rsidRDefault="00501161">
      <w:pPr>
        <w:spacing w:after="40"/>
      </w:pPr>
    </w:p>
    <w:p w14:paraId="28919075" w14:textId="77777777" w:rsidR="00501161" w:rsidRDefault="00C637DA">
      <w:r>
        <w:rPr>
          <w:color w:val="555555"/>
          <w:sz w:val="26"/>
          <w:szCs w:val="26"/>
        </w:rPr>
        <w:t xml:space="preserve">สูตร: Damage = Physical Base × </w:t>
      </w:r>
      <w:r>
        <w:rPr>
          <w:color w:val="555555"/>
          <w:sz w:val="26"/>
          <w:szCs w:val="26"/>
        </w:rPr>
        <w:t>Multiplier × (1 + Rhythm Bonus) × 100 / (100 + DEF)</w:t>
      </w:r>
    </w:p>
    <w:p w14:paraId="735FB0B1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ดาเมจเดี่ยวสูงสุดก่อน Ultimate</w:t>
      </w:r>
    </w:p>
    <w:p w14:paraId="390A6E7D" w14:textId="77777777" w:rsidR="00501161" w:rsidRDefault="00C637DA">
      <w:pPr>
        <w:ind w:firstLine="720"/>
      </w:pPr>
      <w:r>
        <w:rPr>
          <w:b/>
          <w:bCs/>
        </w:rPr>
        <w:t xml:space="preserve">12. </w:t>
      </w:r>
      <w:r>
        <w:rPr>
          <w:b/>
          <w:bCs/>
        </w:rPr>
        <w:t>หักคอเอราวัณ (Breaking Erawan's Neck)</w:t>
      </w:r>
      <w:r>
        <w:t xml:space="preserve"> — Ultimate · Ultimate · </w:t>
      </w:r>
      <w:r>
        <w:t>เป้าหมาย: ศัตรู 1 ตัว · Prerequisite: Lv40 + ยกเขาพระสุเมรุ Rank 5</w:t>
      </w:r>
    </w:p>
    <w:p w14:paraId="603D725F" w14:textId="77777777" w:rsidR="00501161" w:rsidRDefault="00C637DA">
      <w:pPr>
        <w:ind w:firstLine="720"/>
      </w:pPr>
      <w:r>
        <w:lastRenderedPageBreak/>
        <w:t>ลูกไม้หักคอเอราวัณ ใช้จังหว</w:t>
      </w:r>
      <w:r>
        <w:t>ะทั้งหมดปล่อยท่าปิด ถ้าจังหวะเต็ม 5 แต้ม Crit การันตี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4"/>
        <w:gridCol w:w="4006"/>
        <w:gridCol w:w="2504"/>
      </w:tblGrid>
      <w:tr w:rsidR="00501161" w14:paraId="65026F70" w14:textId="77777777">
        <w:trPr>
          <w:tblHeader/>
          <w:jc w:val="center"/>
        </w:trPr>
        <w:tc>
          <w:tcPr>
            <w:tcW w:w="2504" w:type="dxa"/>
            <w:shd w:val="clear" w:color="auto" w:fill="F2F2F2"/>
          </w:tcPr>
          <w:p w14:paraId="305992D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006" w:type="dxa"/>
            <w:shd w:val="clear" w:color="auto" w:fill="F2F2F2"/>
          </w:tcPr>
          <w:p w14:paraId="7763CE6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Damage </w:t>
            </w:r>
            <w:r>
              <w:rPr>
                <w:b/>
                <w:bCs/>
                <w:sz w:val="28"/>
                <w:szCs w:val="28"/>
              </w:rPr>
              <w:t>ต่อจังหวะ</w:t>
            </w:r>
          </w:p>
        </w:tc>
        <w:tc>
          <w:tcPr>
            <w:tcW w:w="2504" w:type="dxa"/>
            <w:shd w:val="clear" w:color="auto" w:fill="F2F2F2"/>
          </w:tcPr>
          <w:p w14:paraId="4AF2F08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30352CB" w14:textId="77777777">
        <w:trPr>
          <w:jc w:val="center"/>
        </w:trPr>
        <w:tc>
          <w:tcPr>
            <w:tcW w:w="2504" w:type="dxa"/>
          </w:tcPr>
          <w:p w14:paraId="297A1A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06" w:type="dxa"/>
          </w:tcPr>
          <w:p w14:paraId="4C506E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+60%</w:t>
            </w:r>
          </w:p>
        </w:tc>
        <w:tc>
          <w:tcPr>
            <w:tcW w:w="2504" w:type="dxa"/>
          </w:tcPr>
          <w:p w14:paraId="44A117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</w:tr>
      <w:tr w:rsidR="00501161" w14:paraId="19D37782" w14:textId="77777777">
        <w:trPr>
          <w:jc w:val="center"/>
        </w:trPr>
        <w:tc>
          <w:tcPr>
            <w:tcW w:w="2504" w:type="dxa"/>
          </w:tcPr>
          <w:p w14:paraId="618C25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06" w:type="dxa"/>
          </w:tcPr>
          <w:p w14:paraId="5877BA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+80%</w:t>
            </w:r>
          </w:p>
        </w:tc>
        <w:tc>
          <w:tcPr>
            <w:tcW w:w="2504" w:type="dxa"/>
          </w:tcPr>
          <w:p w14:paraId="042EFE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</w:t>
            </w:r>
          </w:p>
        </w:tc>
      </w:tr>
      <w:tr w:rsidR="00501161" w14:paraId="00F91C1B" w14:textId="77777777">
        <w:trPr>
          <w:jc w:val="center"/>
        </w:trPr>
        <w:tc>
          <w:tcPr>
            <w:tcW w:w="2504" w:type="dxa"/>
          </w:tcPr>
          <w:p w14:paraId="609C75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06" w:type="dxa"/>
          </w:tcPr>
          <w:p w14:paraId="6D533B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+100%</w:t>
            </w:r>
          </w:p>
        </w:tc>
        <w:tc>
          <w:tcPr>
            <w:tcW w:w="2504" w:type="dxa"/>
          </w:tcPr>
          <w:p w14:paraId="2D2860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</w:tr>
    </w:tbl>
    <w:p w14:paraId="6FB7DB52" w14:textId="77777777" w:rsidR="00501161" w:rsidRDefault="00501161">
      <w:pPr>
        <w:spacing w:after="40"/>
      </w:pPr>
    </w:p>
    <w:p w14:paraId="7B65DCBC" w14:textId="77777777" w:rsidR="00501161" w:rsidRDefault="00C637DA">
      <w:r>
        <w:rPr>
          <w:color w:val="555555"/>
          <w:sz w:val="26"/>
          <w:szCs w:val="26"/>
        </w:rPr>
        <w:t>สูตร: Damage = Physical Base × (1.0 + ค่าต่อจังหวะ × จังหวะ) × 100 / (100 + DEF) · จังหวะ = 0 หลังใช้</w:t>
      </w:r>
    </w:p>
    <w:p w14:paraId="0DD21F19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Rank 3 + </w:t>
      </w:r>
      <w:r>
        <w:t>จังหวะ 5 = 600% ของ Physical Base</w:t>
      </w:r>
    </w:p>
    <w:p w14:paraId="50FFACDE" w14:textId="77777777" w:rsidR="00501161" w:rsidRDefault="00C637DA">
      <w:pPr>
        <w:pStyle w:val="Heading3"/>
      </w:pPr>
      <w:r>
        <w:t xml:space="preserve">4.7.3 </w:t>
      </w:r>
      <w:r>
        <w:t>พราน (Hunter) — พรานไพรผู้ชำนาญป่า (Crit DPS / Survival Utility)</w:t>
      </w:r>
    </w:p>
    <w:p w14:paraId="7B978F9F" w14:textId="77777777" w:rsidR="00501161" w:rsidRDefault="00C637DA">
      <w:pPr>
        <w:ind w:firstLine="720"/>
      </w:pPr>
      <w:r>
        <w:t xml:space="preserve">พรานไพรคือนักล่าที่รู้จักป่า ทำดาเมจด้วยคริติคอลและศรทะลวงเกราะ และมีพาสซีฟที่ช่วยเอาตัวรอดมากที่สุดในเกม ทั้งลด Hunger ตอนเดิน เพิ่มของดรอป </w:t>
      </w:r>
      <w:r>
        <w:t>และเก็บของจากจุดเก็บได้มากขึ้น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6"/>
        <w:gridCol w:w="5409"/>
      </w:tblGrid>
      <w:tr w:rsidR="00501161" w14:paraId="03A55A84" w14:textId="77777777">
        <w:trPr>
          <w:tblHeader/>
          <w:jc w:val="center"/>
        </w:trPr>
        <w:tc>
          <w:tcPr>
            <w:tcW w:w="3606" w:type="dxa"/>
            <w:shd w:val="clear" w:color="auto" w:fill="F2F2F2"/>
          </w:tcPr>
          <w:p w14:paraId="006DB1D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5409" w:type="dxa"/>
            <w:shd w:val="clear" w:color="auto" w:fill="F2F2F2"/>
          </w:tcPr>
          <w:p w14:paraId="0B4C27F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39302DAE" w14:textId="77777777">
        <w:trPr>
          <w:jc w:val="center"/>
        </w:trPr>
        <w:tc>
          <w:tcPr>
            <w:tcW w:w="3606" w:type="dxa"/>
          </w:tcPr>
          <w:p w14:paraId="798E32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อาวุธ</w:t>
            </w:r>
          </w:p>
        </w:tc>
        <w:tc>
          <w:tcPr>
            <w:tcW w:w="5409" w:type="dxa"/>
          </w:tcPr>
          <w:p w14:paraId="5F396D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ธนู / หน้าไม้</w:t>
            </w:r>
          </w:p>
        </w:tc>
      </w:tr>
      <w:tr w:rsidR="00501161" w14:paraId="07861DF1" w14:textId="77777777">
        <w:trPr>
          <w:jc w:val="center"/>
        </w:trPr>
        <w:tc>
          <w:tcPr>
            <w:tcW w:w="3606" w:type="dxa"/>
          </w:tcPr>
          <w:p w14:paraId="085544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ชุด</w:t>
            </w:r>
          </w:p>
        </w:tc>
        <w:tc>
          <w:tcPr>
            <w:tcW w:w="5409" w:type="dxa"/>
          </w:tcPr>
          <w:p w14:paraId="4A3C54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เกราะเบา</w:t>
            </w:r>
          </w:p>
        </w:tc>
      </w:tr>
      <w:tr w:rsidR="00501161" w14:paraId="4ECAE9A1" w14:textId="77777777">
        <w:trPr>
          <w:jc w:val="center"/>
        </w:trPr>
        <w:tc>
          <w:tcPr>
            <w:tcW w:w="3606" w:type="dxa"/>
          </w:tcPr>
          <w:p w14:paraId="3F376E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Stat </w:t>
            </w:r>
            <w:r>
              <w:rPr>
                <w:sz w:val="28"/>
                <w:szCs w:val="28"/>
              </w:rPr>
              <w:t>หลัก</w:t>
            </w:r>
          </w:p>
        </w:tc>
        <w:tc>
          <w:tcPr>
            <w:tcW w:w="5409" w:type="dxa"/>
          </w:tcPr>
          <w:p w14:paraId="4C936D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AGI, LUK, STR</w:t>
            </w:r>
          </w:p>
        </w:tc>
      </w:tr>
      <w:tr w:rsidR="00501161" w14:paraId="6E208809" w14:textId="77777777">
        <w:trPr>
          <w:jc w:val="center"/>
        </w:trPr>
        <w:tc>
          <w:tcPr>
            <w:tcW w:w="3606" w:type="dxa"/>
          </w:tcPr>
          <w:p w14:paraId="5971AC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ปลดล็อก</w:t>
            </w:r>
          </w:p>
        </w:tc>
        <w:tc>
          <w:tcPr>
            <w:tcW w:w="5409" w:type="dxa"/>
          </w:tcPr>
          <w:p w14:paraId="790273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ตั้งแต่เริ่มเกม</w:t>
            </w:r>
          </w:p>
        </w:tc>
      </w:tr>
    </w:tbl>
    <w:p w14:paraId="710FAD17" w14:textId="77777777" w:rsidR="00501161" w:rsidRDefault="00501161">
      <w:pPr>
        <w:spacing w:after="40"/>
      </w:pPr>
    </w:p>
    <w:p w14:paraId="017033E2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พรานคือคำตอบของคำถาม "จะเอาดาเมจหรือเอาการเอาตัวรอด" การลง SP ในพาสซีฟสายป่าทำให้ดาเมจของพรานต่ำลงช่วงกลางเกม แต่ปาร์ตี้อยู่ในป่าได้นานขึ้นและได้วัตถุดิบมากขึ้น ซึ่งกลายเป็นอาวุธที่ดีขึ้นในระยะยาว</w:t>
      </w:r>
    </w:p>
    <w:p w14:paraId="48832790" w14:textId="77777777" w:rsidR="00501161" w:rsidRDefault="00C637DA">
      <w:pPr>
        <w:ind w:firstLine="720"/>
      </w:pPr>
      <w:r>
        <w:rPr>
          <w:b/>
          <w:bCs/>
        </w:rPr>
        <w:t xml:space="preserve">1. </w:t>
      </w:r>
      <w:r>
        <w:rPr>
          <w:b/>
          <w:bCs/>
        </w:rPr>
        <w:t>เล็งศรจุดตาย (Deathpoint Aim)</w:t>
      </w:r>
      <w:r>
        <w:t xml:space="preserve"> — Active · Tier 1 · </w:t>
      </w:r>
      <w:r>
        <w:t>เป้าห</w:t>
      </w:r>
      <w:r>
        <w:t>มาย: ศัตรู 1 ตัว · Prerequisite: -</w:t>
      </w:r>
    </w:p>
    <w:p w14:paraId="6A919D92" w14:textId="77777777" w:rsidR="00501161" w:rsidRDefault="00C637DA">
      <w:pPr>
        <w:ind w:firstLine="720"/>
      </w:pPr>
      <w:r>
        <w:t>เล็งนานกว่าปกติ ยิงเข้าจุดตาย เพิ่มโอกาสคริติคอล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18"/>
        <w:gridCol w:w="3260"/>
        <w:gridCol w:w="1918"/>
        <w:gridCol w:w="1918"/>
      </w:tblGrid>
      <w:tr w:rsidR="00501161" w14:paraId="061CCED0" w14:textId="77777777">
        <w:trPr>
          <w:tblHeader/>
          <w:jc w:val="center"/>
        </w:trPr>
        <w:tc>
          <w:tcPr>
            <w:tcW w:w="1918" w:type="dxa"/>
            <w:shd w:val="clear" w:color="auto" w:fill="F2F2F2"/>
          </w:tcPr>
          <w:p w14:paraId="6F56E2A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260" w:type="dxa"/>
            <w:shd w:val="clear" w:color="auto" w:fill="F2F2F2"/>
          </w:tcPr>
          <w:p w14:paraId="7342CB4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1918" w:type="dxa"/>
            <w:shd w:val="clear" w:color="auto" w:fill="F2F2F2"/>
          </w:tcPr>
          <w:p w14:paraId="647C76A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Crit Bonus</w:t>
            </w:r>
          </w:p>
        </w:tc>
        <w:tc>
          <w:tcPr>
            <w:tcW w:w="1918" w:type="dxa"/>
            <w:shd w:val="clear" w:color="auto" w:fill="F2F2F2"/>
          </w:tcPr>
          <w:p w14:paraId="15E17A4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543A4602" w14:textId="77777777">
        <w:trPr>
          <w:jc w:val="center"/>
        </w:trPr>
        <w:tc>
          <w:tcPr>
            <w:tcW w:w="1918" w:type="dxa"/>
          </w:tcPr>
          <w:p w14:paraId="1A36AC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14:paraId="3E95A0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110%</w:t>
            </w:r>
          </w:p>
        </w:tc>
        <w:tc>
          <w:tcPr>
            <w:tcW w:w="1918" w:type="dxa"/>
          </w:tcPr>
          <w:p w14:paraId="0D3267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+12%</w:t>
            </w:r>
          </w:p>
        </w:tc>
        <w:tc>
          <w:tcPr>
            <w:tcW w:w="1918" w:type="dxa"/>
          </w:tcPr>
          <w:p w14:paraId="61BABE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1E866737" w14:textId="77777777">
        <w:trPr>
          <w:jc w:val="center"/>
        </w:trPr>
        <w:tc>
          <w:tcPr>
            <w:tcW w:w="1918" w:type="dxa"/>
          </w:tcPr>
          <w:p w14:paraId="5A9CAD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14:paraId="47B3C5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110%</w:t>
            </w:r>
          </w:p>
        </w:tc>
        <w:tc>
          <w:tcPr>
            <w:tcW w:w="1918" w:type="dxa"/>
          </w:tcPr>
          <w:p w14:paraId="56AE29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+17%</w:t>
            </w:r>
          </w:p>
        </w:tc>
        <w:tc>
          <w:tcPr>
            <w:tcW w:w="1918" w:type="dxa"/>
          </w:tcPr>
          <w:p w14:paraId="727C1D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67370793" w14:textId="77777777">
        <w:trPr>
          <w:jc w:val="center"/>
        </w:trPr>
        <w:tc>
          <w:tcPr>
            <w:tcW w:w="1918" w:type="dxa"/>
          </w:tcPr>
          <w:p w14:paraId="25327D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14:paraId="1D028D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110%</w:t>
            </w:r>
          </w:p>
        </w:tc>
        <w:tc>
          <w:tcPr>
            <w:tcW w:w="1918" w:type="dxa"/>
          </w:tcPr>
          <w:p w14:paraId="05F285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+22%</w:t>
            </w:r>
          </w:p>
        </w:tc>
        <w:tc>
          <w:tcPr>
            <w:tcW w:w="1918" w:type="dxa"/>
          </w:tcPr>
          <w:p w14:paraId="43FD4B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3E296310" w14:textId="77777777">
        <w:trPr>
          <w:jc w:val="center"/>
        </w:trPr>
        <w:tc>
          <w:tcPr>
            <w:tcW w:w="1918" w:type="dxa"/>
          </w:tcPr>
          <w:p w14:paraId="452A78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095063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110%</w:t>
            </w:r>
          </w:p>
        </w:tc>
        <w:tc>
          <w:tcPr>
            <w:tcW w:w="1918" w:type="dxa"/>
          </w:tcPr>
          <w:p w14:paraId="6C0B14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+26%</w:t>
            </w:r>
          </w:p>
        </w:tc>
        <w:tc>
          <w:tcPr>
            <w:tcW w:w="1918" w:type="dxa"/>
          </w:tcPr>
          <w:p w14:paraId="001199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2D6F465A" w14:textId="77777777">
        <w:trPr>
          <w:jc w:val="center"/>
        </w:trPr>
        <w:tc>
          <w:tcPr>
            <w:tcW w:w="1918" w:type="dxa"/>
          </w:tcPr>
          <w:p w14:paraId="54CA20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14:paraId="6949CA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110%</w:t>
            </w:r>
          </w:p>
        </w:tc>
        <w:tc>
          <w:tcPr>
            <w:tcW w:w="1918" w:type="dxa"/>
          </w:tcPr>
          <w:p w14:paraId="4EE60F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+31%</w:t>
            </w:r>
          </w:p>
        </w:tc>
        <w:tc>
          <w:tcPr>
            <w:tcW w:w="1918" w:type="dxa"/>
          </w:tcPr>
          <w:p w14:paraId="6AFE00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62C6523A" w14:textId="77777777">
        <w:trPr>
          <w:jc w:val="center"/>
        </w:trPr>
        <w:tc>
          <w:tcPr>
            <w:tcW w:w="1918" w:type="dxa"/>
          </w:tcPr>
          <w:p w14:paraId="20EAAF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14:paraId="665DB1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110%</w:t>
            </w:r>
          </w:p>
        </w:tc>
        <w:tc>
          <w:tcPr>
            <w:tcW w:w="1918" w:type="dxa"/>
          </w:tcPr>
          <w:p w14:paraId="337530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+36%</w:t>
            </w:r>
          </w:p>
        </w:tc>
        <w:tc>
          <w:tcPr>
            <w:tcW w:w="1918" w:type="dxa"/>
          </w:tcPr>
          <w:p w14:paraId="31C161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34F36859" w14:textId="77777777">
        <w:trPr>
          <w:jc w:val="center"/>
        </w:trPr>
        <w:tc>
          <w:tcPr>
            <w:tcW w:w="1918" w:type="dxa"/>
          </w:tcPr>
          <w:p w14:paraId="6D4D56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14:paraId="4AEA5E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110%</w:t>
            </w:r>
          </w:p>
        </w:tc>
        <w:tc>
          <w:tcPr>
            <w:tcW w:w="1918" w:type="dxa"/>
          </w:tcPr>
          <w:p w14:paraId="1C3371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+41%</w:t>
            </w:r>
          </w:p>
        </w:tc>
        <w:tc>
          <w:tcPr>
            <w:tcW w:w="1918" w:type="dxa"/>
          </w:tcPr>
          <w:p w14:paraId="7C8C7F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752C75A6" w14:textId="77777777">
        <w:trPr>
          <w:jc w:val="center"/>
        </w:trPr>
        <w:tc>
          <w:tcPr>
            <w:tcW w:w="1918" w:type="dxa"/>
          </w:tcPr>
          <w:p w14:paraId="78F6E8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14:paraId="33459C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110%</w:t>
            </w:r>
          </w:p>
        </w:tc>
        <w:tc>
          <w:tcPr>
            <w:tcW w:w="1918" w:type="dxa"/>
          </w:tcPr>
          <w:p w14:paraId="1093DA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+45%</w:t>
            </w:r>
          </w:p>
        </w:tc>
        <w:tc>
          <w:tcPr>
            <w:tcW w:w="1918" w:type="dxa"/>
          </w:tcPr>
          <w:p w14:paraId="132B0A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6C7CD91E" w14:textId="77777777">
        <w:trPr>
          <w:jc w:val="center"/>
        </w:trPr>
        <w:tc>
          <w:tcPr>
            <w:tcW w:w="1918" w:type="dxa"/>
          </w:tcPr>
          <w:p w14:paraId="45AA49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3260" w:type="dxa"/>
          </w:tcPr>
          <w:p w14:paraId="30D693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110%</w:t>
            </w:r>
          </w:p>
        </w:tc>
        <w:tc>
          <w:tcPr>
            <w:tcW w:w="1918" w:type="dxa"/>
          </w:tcPr>
          <w:p w14:paraId="32D822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+50%</w:t>
            </w:r>
          </w:p>
        </w:tc>
        <w:tc>
          <w:tcPr>
            <w:tcW w:w="1918" w:type="dxa"/>
          </w:tcPr>
          <w:p w14:paraId="28BCC2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74B3A5B2" w14:textId="77777777">
        <w:trPr>
          <w:jc w:val="center"/>
        </w:trPr>
        <w:tc>
          <w:tcPr>
            <w:tcW w:w="1918" w:type="dxa"/>
          </w:tcPr>
          <w:p w14:paraId="0CA253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60" w:type="dxa"/>
          </w:tcPr>
          <w:p w14:paraId="4A5EBC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110%</w:t>
            </w:r>
          </w:p>
        </w:tc>
        <w:tc>
          <w:tcPr>
            <w:tcW w:w="1918" w:type="dxa"/>
          </w:tcPr>
          <w:p w14:paraId="2F7BB0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+55%</w:t>
            </w:r>
          </w:p>
        </w:tc>
        <w:tc>
          <w:tcPr>
            <w:tcW w:w="1918" w:type="dxa"/>
          </w:tcPr>
          <w:p w14:paraId="372DD7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</w:tbl>
    <w:p w14:paraId="2AE89D91" w14:textId="77777777" w:rsidR="00501161" w:rsidRDefault="00501161">
      <w:pPr>
        <w:spacing w:after="40"/>
      </w:pPr>
    </w:p>
    <w:p w14:paraId="38F19FEA" w14:textId="77777777" w:rsidR="00501161" w:rsidRDefault="00C637DA">
      <w:r>
        <w:rPr>
          <w:color w:val="555555"/>
          <w:sz w:val="26"/>
          <w:szCs w:val="26"/>
        </w:rPr>
        <w:t>สูตร: Crit Chance = 5% + LUK × 0.2% + Crit Bonus</w:t>
      </w:r>
    </w:p>
    <w:p w14:paraId="28909E7D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สกิลหลักของพรานสายคริ</w:t>
      </w:r>
    </w:p>
    <w:p w14:paraId="4F1CEA04" w14:textId="77777777" w:rsidR="00501161" w:rsidRDefault="00C637DA">
      <w:pPr>
        <w:ind w:firstLine="720"/>
      </w:pPr>
      <w:r>
        <w:rPr>
          <w:b/>
          <w:bCs/>
        </w:rPr>
        <w:t xml:space="preserve">2. </w:t>
      </w:r>
      <w:r>
        <w:rPr>
          <w:b/>
          <w:bCs/>
        </w:rPr>
        <w:t>วิชาพรานไพร (Woodsman's Lore)</w:t>
      </w:r>
      <w:r>
        <w:t xml:space="preserve"> — Passive · Tier 1 · </w:t>
      </w:r>
      <w:r>
        <w:t>เป้าหมาย: - · Prerequisite: -</w:t>
      </w:r>
    </w:p>
    <w:p w14:paraId="234A75AB" w14:textId="77777777" w:rsidR="00501161" w:rsidRDefault="00C637DA">
      <w:pPr>
        <w:ind w:firstLine="720"/>
      </w:pPr>
      <w:r>
        <w:t xml:space="preserve">รู้จักป่า เพิ่มโอกาสดรอป และ Rank 5 ขึ้นไปเก็บ </w:t>
      </w:r>
      <w:r>
        <w:t xml:space="preserve">Gathering Point </w:t>
      </w:r>
      <w:r>
        <w:t>ได้เพิ่ม 1 ครั้งต่อวัน (Rank 10 เพิ่ม 2 ครั้ง)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03"/>
        <w:gridCol w:w="3005"/>
        <w:gridCol w:w="2003"/>
        <w:gridCol w:w="2003"/>
      </w:tblGrid>
      <w:tr w:rsidR="00501161" w14:paraId="41F3C1E7" w14:textId="77777777">
        <w:trPr>
          <w:tblHeader/>
          <w:jc w:val="center"/>
        </w:trPr>
        <w:tc>
          <w:tcPr>
            <w:tcW w:w="2003" w:type="dxa"/>
            <w:shd w:val="clear" w:color="auto" w:fill="F2F2F2"/>
          </w:tcPr>
          <w:p w14:paraId="7A90EF4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005" w:type="dxa"/>
            <w:shd w:val="clear" w:color="auto" w:fill="F2F2F2"/>
          </w:tcPr>
          <w:p w14:paraId="2538153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Drop Rate Bonus</w:t>
            </w:r>
          </w:p>
        </w:tc>
        <w:tc>
          <w:tcPr>
            <w:tcW w:w="2003" w:type="dxa"/>
            <w:shd w:val="clear" w:color="auto" w:fill="F2F2F2"/>
          </w:tcPr>
          <w:p w14:paraId="7392AF3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Gathering</w:t>
            </w:r>
          </w:p>
        </w:tc>
        <w:tc>
          <w:tcPr>
            <w:tcW w:w="2003" w:type="dxa"/>
            <w:shd w:val="clear" w:color="auto" w:fill="F2F2F2"/>
          </w:tcPr>
          <w:p w14:paraId="5D59328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2FF8344A" w14:textId="77777777">
        <w:trPr>
          <w:jc w:val="center"/>
        </w:trPr>
        <w:tc>
          <w:tcPr>
            <w:tcW w:w="2003" w:type="dxa"/>
          </w:tcPr>
          <w:p w14:paraId="3F628D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05" w:type="dxa"/>
          </w:tcPr>
          <w:p w14:paraId="42DAD4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+5%</w:t>
            </w:r>
          </w:p>
        </w:tc>
        <w:tc>
          <w:tcPr>
            <w:tcW w:w="2003" w:type="dxa"/>
          </w:tcPr>
          <w:p w14:paraId="601E73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03" w:type="dxa"/>
          </w:tcPr>
          <w:p w14:paraId="0B4D4F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B21AD70" w14:textId="77777777">
        <w:trPr>
          <w:jc w:val="center"/>
        </w:trPr>
        <w:tc>
          <w:tcPr>
            <w:tcW w:w="2003" w:type="dxa"/>
          </w:tcPr>
          <w:p w14:paraId="5FFACA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5" w:type="dxa"/>
          </w:tcPr>
          <w:p w14:paraId="333E60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+10%</w:t>
            </w:r>
          </w:p>
        </w:tc>
        <w:tc>
          <w:tcPr>
            <w:tcW w:w="2003" w:type="dxa"/>
          </w:tcPr>
          <w:p w14:paraId="7AFDB9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03" w:type="dxa"/>
          </w:tcPr>
          <w:p w14:paraId="72CCF0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BF9607C" w14:textId="77777777">
        <w:trPr>
          <w:jc w:val="center"/>
        </w:trPr>
        <w:tc>
          <w:tcPr>
            <w:tcW w:w="2003" w:type="dxa"/>
          </w:tcPr>
          <w:p w14:paraId="16077A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05" w:type="dxa"/>
          </w:tcPr>
          <w:p w14:paraId="37F83D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+15%</w:t>
            </w:r>
          </w:p>
        </w:tc>
        <w:tc>
          <w:tcPr>
            <w:tcW w:w="2003" w:type="dxa"/>
          </w:tcPr>
          <w:p w14:paraId="49533E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03" w:type="dxa"/>
          </w:tcPr>
          <w:p w14:paraId="19855A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5DD37E4" w14:textId="77777777">
        <w:trPr>
          <w:jc w:val="center"/>
        </w:trPr>
        <w:tc>
          <w:tcPr>
            <w:tcW w:w="2003" w:type="dxa"/>
          </w:tcPr>
          <w:p w14:paraId="18F752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05" w:type="dxa"/>
          </w:tcPr>
          <w:p w14:paraId="6315C6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+20%</w:t>
            </w:r>
          </w:p>
        </w:tc>
        <w:tc>
          <w:tcPr>
            <w:tcW w:w="2003" w:type="dxa"/>
          </w:tcPr>
          <w:p w14:paraId="556FDD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03" w:type="dxa"/>
          </w:tcPr>
          <w:p w14:paraId="3F8D96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8157241" w14:textId="77777777">
        <w:trPr>
          <w:jc w:val="center"/>
        </w:trPr>
        <w:tc>
          <w:tcPr>
            <w:tcW w:w="2003" w:type="dxa"/>
          </w:tcPr>
          <w:p w14:paraId="02B5EE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05" w:type="dxa"/>
          </w:tcPr>
          <w:p w14:paraId="187D73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+25%</w:t>
            </w:r>
          </w:p>
        </w:tc>
        <w:tc>
          <w:tcPr>
            <w:tcW w:w="2003" w:type="dxa"/>
          </w:tcPr>
          <w:p w14:paraId="1FB3BE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</w:t>
            </w:r>
          </w:p>
        </w:tc>
        <w:tc>
          <w:tcPr>
            <w:tcW w:w="2003" w:type="dxa"/>
          </w:tcPr>
          <w:p w14:paraId="4DA899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35C3B58" w14:textId="77777777">
        <w:trPr>
          <w:jc w:val="center"/>
        </w:trPr>
        <w:tc>
          <w:tcPr>
            <w:tcW w:w="2003" w:type="dxa"/>
          </w:tcPr>
          <w:p w14:paraId="49CD0E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05" w:type="dxa"/>
          </w:tcPr>
          <w:p w14:paraId="5AB77A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+30%</w:t>
            </w:r>
          </w:p>
        </w:tc>
        <w:tc>
          <w:tcPr>
            <w:tcW w:w="2003" w:type="dxa"/>
          </w:tcPr>
          <w:p w14:paraId="4BD221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</w:t>
            </w:r>
          </w:p>
        </w:tc>
        <w:tc>
          <w:tcPr>
            <w:tcW w:w="2003" w:type="dxa"/>
          </w:tcPr>
          <w:p w14:paraId="576406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073E7E2" w14:textId="77777777">
        <w:trPr>
          <w:jc w:val="center"/>
        </w:trPr>
        <w:tc>
          <w:tcPr>
            <w:tcW w:w="2003" w:type="dxa"/>
          </w:tcPr>
          <w:p w14:paraId="745D7C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05" w:type="dxa"/>
          </w:tcPr>
          <w:p w14:paraId="418E87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+35%</w:t>
            </w:r>
          </w:p>
        </w:tc>
        <w:tc>
          <w:tcPr>
            <w:tcW w:w="2003" w:type="dxa"/>
          </w:tcPr>
          <w:p w14:paraId="13FAFA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</w:t>
            </w:r>
          </w:p>
        </w:tc>
        <w:tc>
          <w:tcPr>
            <w:tcW w:w="2003" w:type="dxa"/>
          </w:tcPr>
          <w:p w14:paraId="1E676A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68CF1E0" w14:textId="77777777">
        <w:trPr>
          <w:jc w:val="center"/>
        </w:trPr>
        <w:tc>
          <w:tcPr>
            <w:tcW w:w="2003" w:type="dxa"/>
          </w:tcPr>
          <w:p w14:paraId="799380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005" w:type="dxa"/>
          </w:tcPr>
          <w:p w14:paraId="2ABD24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+40%</w:t>
            </w:r>
          </w:p>
        </w:tc>
        <w:tc>
          <w:tcPr>
            <w:tcW w:w="2003" w:type="dxa"/>
          </w:tcPr>
          <w:p w14:paraId="35276C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</w:t>
            </w:r>
          </w:p>
        </w:tc>
        <w:tc>
          <w:tcPr>
            <w:tcW w:w="2003" w:type="dxa"/>
          </w:tcPr>
          <w:p w14:paraId="448111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13269EA" w14:textId="77777777">
        <w:trPr>
          <w:jc w:val="center"/>
        </w:trPr>
        <w:tc>
          <w:tcPr>
            <w:tcW w:w="2003" w:type="dxa"/>
          </w:tcPr>
          <w:p w14:paraId="0827E9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05" w:type="dxa"/>
          </w:tcPr>
          <w:p w14:paraId="7E2E21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+45%</w:t>
            </w:r>
          </w:p>
        </w:tc>
        <w:tc>
          <w:tcPr>
            <w:tcW w:w="2003" w:type="dxa"/>
          </w:tcPr>
          <w:p w14:paraId="4AC3BA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</w:t>
            </w:r>
          </w:p>
        </w:tc>
        <w:tc>
          <w:tcPr>
            <w:tcW w:w="2003" w:type="dxa"/>
          </w:tcPr>
          <w:p w14:paraId="51E2B4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64202EB" w14:textId="77777777">
        <w:trPr>
          <w:jc w:val="center"/>
        </w:trPr>
        <w:tc>
          <w:tcPr>
            <w:tcW w:w="2003" w:type="dxa"/>
          </w:tcPr>
          <w:p w14:paraId="0615F5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005" w:type="dxa"/>
          </w:tcPr>
          <w:p w14:paraId="137137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+50%</w:t>
            </w:r>
          </w:p>
        </w:tc>
        <w:tc>
          <w:tcPr>
            <w:tcW w:w="2003" w:type="dxa"/>
          </w:tcPr>
          <w:p w14:paraId="7962D1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</w:t>
            </w:r>
          </w:p>
        </w:tc>
        <w:tc>
          <w:tcPr>
            <w:tcW w:w="2003" w:type="dxa"/>
          </w:tcPr>
          <w:p w14:paraId="5F0A39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4D76C896" w14:textId="77777777" w:rsidR="00501161" w:rsidRDefault="00501161">
      <w:pPr>
        <w:spacing w:after="40"/>
      </w:pPr>
    </w:p>
    <w:p w14:paraId="60FA0CD0" w14:textId="77777777" w:rsidR="00501161" w:rsidRDefault="00C637DA">
      <w:r>
        <w:rPr>
          <w:color w:val="555555"/>
          <w:sz w:val="26"/>
          <w:szCs w:val="26"/>
        </w:rPr>
        <w:t xml:space="preserve">สูตร: Drop Chance × (1 + </w:t>
      </w:r>
      <w:r>
        <w:rPr>
          <w:color w:val="555555"/>
          <w:sz w:val="26"/>
          <w:szCs w:val="26"/>
        </w:rPr>
        <w:t>LUK/200 + Bonus)</w:t>
      </w:r>
    </w:p>
    <w:p w14:paraId="73CA7E19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ทำให้พรานเป็นตัวหาวัตถุดิบหลัก</w:t>
      </w:r>
    </w:p>
    <w:p w14:paraId="3A546C8F" w14:textId="77777777" w:rsidR="00501161" w:rsidRDefault="00C637DA">
      <w:pPr>
        <w:ind w:firstLine="720"/>
      </w:pPr>
      <w:r>
        <w:rPr>
          <w:b/>
          <w:bCs/>
        </w:rPr>
        <w:t xml:space="preserve">3. </w:t>
      </w:r>
      <w:r>
        <w:rPr>
          <w:b/>
          <w:bCs/>
        </w:rPr>
        <w:t>ย่องตามรอย (Silent Tracking)</w:t>
      </w:r>
      <w:r>
        <w:t xml:space="preserve"> — Passive · Tier 1 · </w:t>
      </w:r>
      <w:r>
        <w:t>เป้าหมาย: - · Prerequisite: -</w:t>
      </w:r>
    </w:p>
    <w:p w14:paraId="53D57DF1" w14:textId="77777777" w:rsidR="00501161" w:rsidRDefault="00C637DA">
      <w:pPr>
        <w:ind w:firstLine="720"/>
      </w:pPr>
      <w:r>
        <w:t>เดินเงียบตามรอยสัตว์ ลด Hunger ที่ใช้ตอนเดิน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4"/>
        <w:gridCol w:w="4006"/>
        <w:gridCol w:w="2504"/>
      </w:tblGrid>
      <w:tr w:rsidR="00501161" w14:paraId="42E98DFB" w14:textId="77777777">
        <w:trPr>
          <w:tblHeader/>
          <w:jc w:val="center"/>
        </w:trPr>
        <w:tc>
          <w:tcPr>
            <w:tcW w:w="2504" w:type="dxa"/>
            <w:shd w:val="clear" w:color="auto" w:fill="F2F2F2"/>
          </w:tcPr>
          <w:p w14:paraId="404D782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006" w:type="dxa"/>
            <w:shd w:val="clear" w:color="auto" w:fill="F2F2F2"/>
          </w:tcPr>
          <w:p w14:paraId="7706E50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Hunger Reduction</w:t>
            </w:r>
          </w:p>
        </w:tc>
        <w:tc>
          <w:tcPr>
            <w:tcW w:w="2504" w:type="dxa"/>
            <w:shd w:val="clear" w:color="auto" w:fill="F2F2F2"/>
          </w:tcPr>
          <w:p w14:paraId="5E8C2EB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36B2C0F9" w14:textId="77777777">
        <w:trPr>
          <w:jc w:val="center"/>
        </w:trPr>
        <w:tc>
          <w:tcPr>
            <w:tcW w:w="2504" w:type="dxa"/>
          </w:tcPr>
          <w:p w14:paraId="14F8AC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06" w:type="dxa"/>
          </w:tcPr>
          <w:p w14:paraId="22ED4E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-5%</w:t>
            </w:r>
          </w:p>
        </w:tc>
        <w:tc>
          <w:tcPr>
            <w:tcW w:w="2504" w:type="dxa"/>
          </w:tcPr>
          <w:p w14:paraId="04F143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F69C1FA" w14:textId="77777777">
        <w:trPr>
          <w:jc w:val="center"/>
        </w:trPr>
        <w:tc>
          <w:tcPr>
            <w:tcW w:w="2504" w:type="dxa"/>
          </w:tcPr>
          <w:p w14:paraId="02A1D7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06" w:type="dxa"/>
          </w:tcPr>
          <w:p w14:paraId="15C378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-9%</w:t>
            </w:r>
          </w:p>
        </w:tc>
        <w:tc>
          <w:tcPr>
            <w:tcW w:w="2504" w:type="dxa"/>
          </w:tcPr>
          <w:p w14:paraId="06F350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2AB86AE" w14:textId="77777777">
        <w:trPr>
          <w:jc w:val="center"/>
        </w:trPr>
        <w:tc>
          <w:tcPr>
            <w:tcW w:w="2504" w:type="dxa"/>
          </w:tcPr>
          <w:p w14:paraId="57436D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06" w:type="dxa"/>
          </w:tcPr>
          <w:p w14:paraId="50C17E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-13%</w:t>
            </w:r>
          </w:p>
        </w:tc>
        <w:tc>
          <w:tcPr>
            <w:tcW w:w="2504" w:type="dxa"/>
          </w:tcPr>
          <w:p w14:paraId="2A2BF0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2B7AF9F" w14:textId="77777777">
        <w:trPr>
          <w:jc w:val="center"/>
        </w:trPr>
        <w:tc>
          <w:tcPr>
            <w:tcW w:w="2504" w:type="dxa"/>
          </w:tcPr>
          <w:p w14:paraId="395AC8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06" w:type="dxa"/>
          </w:tcPr>
          <w:p w14:paraId="6AC9051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-17%</w:t>
            </w:r>
          </w:p>
        </w:tc>
        <w:tc>
          <w:tcPr>
            <w:tcW w:w="2504" w:type="dxa"/>
          </w:tcPr>
          <w:p w14:paraId="3CD56C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9E80007" w14:textId="77777777">
        <w:trPr>
          <w:jc w:val="center"/>
        </w:trPr>
        <w:tc>
          <w:tcPr>
            <w:tcW w:w="2504" w:type="dxa"/>
          </w:tcPr>
          <w:p w14:paraId="3BD941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06" w:type="dxa"/>
          </w:tcPr>
          <w:p w14:paraId="18A444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-21%</w:t>
            </w:r>
          </w:p>
        </w:tc>
        <w:tc>
          <w:tcPr>
            <w:tcW w:w="2504" w:type="dxa"/>
          </w:tcPr>
          <w:p w14:paraId="70ECDD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56C0AB4" w14:textId="77777777">
        <w:trPr>
          <w:jc w:val="center"/>
        </w:trPr>
        <w:tc>
          <w:tcPr>
            <w:tcW w:w="2504" w:type="dxa"/>
          </w:tcPr>
          <w:p w14:paraId="6455E6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006" w:type="dxa"/>
          </w:tcPr>
          <w:p w14:paraId="4E688F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-24%</w:t>
            </w:r>
          </w:p>
        </w:tc>
        <w:tc>
          <w:tcPr>
            <w:tcW w:w="2504" w:type="dxa"/>
          </w:tcPr>
          <w:p w14:paraId="1C6122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DD59DC1" w14:textId="77777777">
        <w:trPr>
          <w:jc w:val="center"/>
        </w:trPr>
        <w:tc>
          <w:tcPr>
            <w:tcW w:w="2504" w:type="dxa"/>
          </w:tcPr>
          <w:p w14:paraId="2CE375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006" w:type="dxa"/>
          </w:tcPr>
          <w:p w14:paraId="2D152A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-28%</w:t>
            </w:r>
          </w:p>
        </w:tc>
        <w:tc>
          <w:tcPr>
            <w:tcW w:w="2504" w:type="dxa"/>
          </w:tcPr>
          <w:p w14:paraId="1FFD27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A46003F" w14:textId="77777777">
        <w:trPr>
          <w:jc w:val="center"/>
        </w:trPr>
        <w:tc>
          <w:tcPr>
            <w:tcW w:w="2504" w:type="dxa"/>
          </w:tcPr>
          <w:p w14:paraId="1711C0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4006" w:type="dxa"/>
          </w:tcPr>
          <w:p w14:paraId="1F20D0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-32%</w:t>
            </w:r>
          </w:p>
        </w:tc>
        <w:tc>
          <w:tcPr>
            <w:tcW w:w="2504" w:type="dxa"/>
          </w:tcPr>
          <w:p w14:paraId="48F06B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BC6359F" w14:textId="77777777">
        <w:trPr>
          <w:jc w:val="center"/>
        </w:trPr>
        <w:tc>
          <w:tcPr>
            <w:tcW w:w="2504" w:type="dxa"/>
          </w:tcPr>
          <w:p w14:paraId="7A8446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006" w:type="dxa"/>
          </w:tcPr>
          <w:p w14:paraId="3F929A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-36%</w:t>
            </w:r>
          </w:p>
        </w:tc>
        <w:tc>
          <w:tcPr>
            <w:tcW w:w="2504" w:type="dxa"/>
          </w:tcPr>
          <w:p w14:paraId="763D61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CD6C6EF" w14:textId="77777777">
        <w:trPr>
          <w:jc w:val="center"/>
        </w:trPr>
        <w:tc>
          <w:tcPr>
            <w:tcW w:w="2504" w:type="dxa"/>
          </w:tcPr>
          <w:p w14:paraId="6E03DD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006" w:type="dxa"/>
          </w:tcPr>
          <w:p w14:paraId="256178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-40%</w:t>
            </w:r>
          </w:p>
        </w:tc>
        <w:tc>
          <w:tcPr>
            <w:tcW w:w="2504" w:type="dxa"/>
          </w:tcPr>
          <w:p w14:paraId="275BEE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269A718D" w14:textId="77777777" w:rsidR="00501161" w:rsidRDefault="00501161">
      <w:pPr>
        <w:spacing w:after="40"/>
      </w:pPr>
    </w:p>
    <w:p w14:paraId="0E0306F1" w14:textId="77777777" w:rsidR="00501161" w:rsidRDefault="00C637DA">
      <w:r>
        <w:rPr>
          <w:color w:val="555555"/>
          <w:sz w:val="26"/>
          <w:szCs w:val="26"/>
        </w:rPr>
        <w:t>สูตร: Hunger ต่อก้าว = 1 × (1 − Reduction รวม) · รวมสูงสุด 60%</w:t>
      </w:r>
    </w:p>
    <w:p w14:paraId="252E016D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Rank 10 = </w:t>
      </w:r>
      <w:r>
        <w:t>เดินได้ 166 ก้าวต่อ Hunger 100</w:t>
      </w:r>
    </w:p>
    <w:p w14:paraId="70F97D13" w14:textId="77777777" w:rsidR="00501161" w:rsidRDefault="00C637DA">
      <w:pPr>
        <w:ind w:firstLine="720"/>
      </w:pPr>
      <w:r>
        <w:rPr>
          <w:b/>
          <w:bCs/>
        </w:rPr>
        <w:t xml:space="preserve">4. </w:t>
      </w:r>
      <w:r>
        <w:rPr>
          <w:b/>
          <w:bCs/>
        </w:rPr>
        <w:t>ฝีเท้าเสือ (Tiger's Stride)</w:t>
      </w:r>
      <w:r>
        <w:t xml:space="preserve"> — Passive · Tier 1 · </w:t>
      </w:r>
      <w:r>
        <w:t>เป้าหมาย: - · Prerequisite: -</w:t>
      </w:r>
    </w:p>
    <w:p w14:paraId="2E4030DF" w14:textId="77777777" w:rsidR="00501161" w:rsidRDefault="00C637DA">
      <w:pPr>
        <w:ind w:firstLine="720"/>
      </w:pPr>
      <w:r>
        <w:t>ฝีเท้าว่องไวดังเสือ เพิ่ม AGI (Stat Boost แบบ Etrian Odyssey)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501161" w14:paraId="250DF514" w14:textId="77777777">
        <w:trPr>
          <w:tblHeader/>
          <w:jc w:val="center"/>
        </w:trPr>
        <w:tc>
          <w:tcPr>
            <w:tcW w:w="3005" w:type="dxa"/>
            <w:shd w:val="clear" w:color="auto" w:fill="F2F2F2"/>
          </w:tcPr>
          <w:p w14:paraId="6F9FB54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005" w:type="dxa"/>
            <w:shd w:val="clear" w:color="auto" w:fill="F2F2F2"/>
          </w:tcPr>
          <w:p w14:paraId="5CFB201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AGI Bonus</w:t>
            </w:r>
          </w:p>
        </w:tc>
        <w:tc>
          <w:tcPr>
            <w:tcW w:w="3005" w:type="dxa"/>
            <w:shd w:val="clear" w:color="auto" w:fill="F2F2F2"/>
          </w:tcPr>
          <w:p w14:paraId="290AF96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643756E6" w14:textId="77777777">
        <w:trPr>
          <w:jc w:val="center"/>
        </w:trPr>
        <w:tc>
          <w:tcPr>
            <w:tcW w:w="3005" w:type="dxa"/>
          </w:tcPr>
          <w:p w14:paraId="237FB6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05" w:type="dxa"/>
          </w:tcPr>
          <w:p w14:paraId="75980C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+2%</w:t>
            </w:r>
          </w:p>
        </w:tc>
        <w:tc>
          <w:tcPr>
            <w:tcW w:w="3005" w:type="dxa"/>
          </w:tcPr>
          <w:p w14:paraId="651B52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014C421" w14:textId="77777777">
        <w:trPr>
          <w:jc w:val="center"/>
        </w:trPr>
        <w:tc>
          <w:tcPr>
            <w:tcW w:w="3005" w:type="dxa"/>
          </w:tcPr>
          <w:p w14:paraId="3A0DB4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5" w:type="dxa"/>
          </w:tcPr>
          <w:p w14:paraId="3AC647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+4%</w:t>
            </w:r>
          </w:p>
        </w:tc>
        <w:tc>
          <w:tcPr>
            <w:tcW w:w="3005" w:type="dxa"/>
          </w:tcPr>
          <w:p w14:paraId="63BFCC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2DDC4F0" w14:textId="77777777">
        <w:trPr>
          <w:jc w:val="center"/>
        </w:trPr>
        <w:tc>
          <w:tcPr>
            <w:tcW w:w="3005" w:type="dxa"/>
          </w:tcPr>
          <w:p w14:paraId="47B515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05" w:type="dxa"/>
          </w:tcPr>
          <w:p w14:paraId="090034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+6%</w:t>
            </w:r>
          </w:p>
        </w:tc>
        <w:tc>
          <w:tcPr>
            <w:tcW w:w="3005" w:type="dxa"/>
          </w:tcPr>
          <w:p w14:paraId="67EDA4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B4E72BB" w14:textId="77777777">
        <w:trPr>
          <w:jc w:val="center"/>
        </w:trPr>
        <w:tc>
          <w:tcPr>
            <w:tcW w:w="3005" w:type="dxa"/>
          </w:tcPr>
          <w:p w14:paraId="30D8E9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05" w:type="dxa"/>
          </w:tcPr>
          <w:p w14:paraId="0C897E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+8%</w:t>
            </w:r>
          </w:p>
        </w:tc>
        <w:tc>
          <w:tcPr>
            <w:tcW w:w="3005" w:type="dxa"/>
          </w:tcPr>
          <w:p w14:paraId="11C3B0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171330B" w14:textId="77777777">
        <w:trPr>
          <w:jc w:val="center"/>
        </w:trPr>
        <w:tc>
          <w:tcPr>
            <w:tcW w:w="3005" w:type="dxa"/>
          </w:tcPr>
          <w:p w14:paraId="2B9428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05" w:type="dxa"/>
          </w:tcPr>
          <w:p w14:paraId="6DEB5B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+10%</w:t>
            </w:r>
          </w:p>
        </w:tc>
        <w:tc>
          <w:tcPr>
            <w:tcW w:w="3005" w:type="dxa"/>
          </w:tcPr>
          <w:p w14:paraId="79273D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C702BA7" w14:textId="77777777">
        <w:trPr>
          <w:jc w:val="center"/>
        </w:trPr>
        <w:tc>
          <w:tcPr>
            <w:tcW w:w="3005" w:type="dxa"/>
          </w:tcPr>
          <w:p w14:paraId="1EC031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05" w:type="dxa"/>
          </w:tcPr>
          <w:p w14:paraId="4E3F47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+12%</w:t>
            </w:r>
          </w:p>
        </w:tc>
        <w:tc>
          <w:tcPr>
            <w:tcW w:w="3005" w:type="dxa"/>
          </w:tcPr>
          <w:p w14:paraId="6CA762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67AA138" w14:textId="77777777">
        <w:trPr>
          <w:jc w:val="center"/>
        </w:trPr>
        <w:tc>
          <w:tcPr>
            <w:tcW w:w="3005" w:type="dxa"/>
          </w:tcPr>
          <w:p w14:paraId="264784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05" w:type="dxa"/>
          </w:tcPr>
          <w:p w14:paraId="20BCA6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+14%</w:t>
            </w:r>
          </w:p>
        </w:tc>
        <w:tc>
          <w:tcPr>
            <w:tcW w:w="3005" w:type="dxa"/>
          </w:tcPr>
          <w:p w14:paraId="005C78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75434D9" w14:textId="77777777">
        <w:trPr>
          <w:jc w:val="center"/>
        </w:trPr>
        <w:tc>
          <w:tcPr>
            <w:tcW w:w="3005" w:type="dxa"/>
          </w:tcPr>
          <w:p w14:paraId="5987E9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005" w:type="dxa"/>
          </w:tcPr>
          <w:p w14:paraId="4E23A9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+16%</w:t>
            </w:r>
          </w:p>
        </w:tc>
        <w:tc>
          <w:tcPr>
            <w:tcW w:w="3005" w:type="dxa"/>
          </w:tcPr>
          <w:p w14:paraId="492CD0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E0BFA03" w14:textId="77777777">
        <w:trPr>
          <w:jc w:val="center"/>
        </w:trPr>
        <w:tc>
          <w:tcPr>
            <w:tcW w:w="3005" w:type="dxa"/>
          </w:tcPr>
          <w:p w14:paraId="547C4E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05" w:type="dxa"/>
          </w:tcPr>
          <w:p w14:paraId="3FEB1D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3005" w:type="dxa"/>
          </w:tcPr>
          <w:p w14:paraId="39C74E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DAFD3FB" w14:textId="77777777">
        <w:trPr>
          <w:jc w:val="center"/>
        </w:trPr>
        <w:tc>
          <w:tcPr>
            <w:tcW w:w="3005" w:type="dxa"/>
          </w:tcPr>
          <w:p w14:paraId="1C8312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005" w:type="dxa"/>
          </w:tcPr>
          <w:p w14:paraId="6B6097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+20%</w:t>
            </w:r>
          </w:p>
        </w:tc>
        <w:tc>
          <w:tcPr>
            <w:tcW w:w="3005" w:type="dxa"/>
          </w:tcPr>
          <w:p w14:paraId="73B3A4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6D6423B7" w14:textId="77777777" w:rsidR="00501161" w:rsidRDefault="00501161">
      <w:pPr>
        <w:spacing w:after="40"/>
      </w:pPr>
    </w:p>
    <w:p w14:paraId="35BB1406" w14:textId="77777777" w:rsidR="00501161" w:rsidRDefault="00C637DA">
      <w:r>
        <w:rPr>
          <w:color w:val="555555"/>
          <w:sz w:val="26"/>
          <w:szCs w:val="26"/>
        </w:rPr>
        <w:t xml:space="preserve">สูตร: AGI × (1 + </w:t>
      </w:r>
      <w:r>
        <w:rPr>
          <w:color w:val="555555"/>
          <w:sz w:val="26"/>
          <w:szCs w:val="26"/>
        </w:rPr>
        <w:t>Bonus)</w:t>
      </w:r>
    </w:p>
    <w:p w14:paraId="64FBFD6C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Stat Boost </w:t>
      </w:r>
      <w:r>
        <w:t>ของพราน</w:t>
      </w:r>
    </w:p>
    <w:p w14:paraId="323610DF" w14:textId="77777777" w:rsidR="00501161" w:rsidRDefault="00C637DA">
      <w:pPr>
        <w:ind w:firstLine="720"/>
      </w:pPr>
      <w:r>
        <w:rPr>
          <w:b/>
          <w:bCs/>
        </w:rPr>
        <w:t xml:space="preserve">5. </w:t>
      </w:r>
      <w:r>
        <w:rPr>
          <w:b/>
          <w:bCs/>
        </w:rPr>
        <w:t>ศรทะลวงเกราะ (Armor-Piercing Arrow)</w:t>
      </w:r>
      <w:r>
        <w:t xml:space="preserve"> — Active · Tier 2 · </w:t>
      </w:r>
      <w:r>
        <w:t>เป้าหมาย: ศัตรู 1 ตัว · Prerequisite: เล็งศรจุดตาย Rank 3</w:t>
      </w:r>
    </w:p>
    <w:p w14:paraId="5F31FF6B" w14:textId="77777777" w:rsidR="00501161" w:rsidRDefault="00C637DA">
      <w:pPr>
        <w:ind w:firstLine="720"/>
      </w:pPr>
      <w:r>
        <w:t>ยิงศรหัวเหล็กทะลวงเกราะ ไม่สนใจ DEF บางส่วน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18"/>
        <w:gridCol w:w="3260"/>
        <w:gridCol w:w="1918"/>
        <w:gridCol w:w="1918"/>
      </w:tblGrid>
      <w:tr w:rsidR="00501161" w14:paraId="69F69B95" w14:textId="77777777">
        <w:trPr>
          <w:tblHeader/>
          <w:jc w:val="center"/>
        </w:trPr>
        <w:tc>
          <w:tcPr>
            <w:tcW w:w="1918" w:type="dxa"/>
            <w:shd w:val="clear" w:color="auto" w:fill="F2F2F2"/>
          </w:tcPr>
          <w:p w14:paraId="1C20A5D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260" w:type="dxa"/>
            <w:shd w:val="clear" w:color="auto" w:fill="F2F2F2"/>
          </w:tcPr>
          <w:p w14:paraId="2B87914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1918" w:type="dxa"/>
            <w:shd w:val="clear" w:color="auto" w:fill="F2F2F2"/>
          </w:tcPr>
          <w:p w14:paraId="0ADE59D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DEF Ignore</w:t>
            </w:r>
          </w:p>
        </w:tc>
        <w:tc>
          <w:tcPr>
            <w:tcW w:w="1918" w:type="dxa"/>
            <w:shd w:val="clear" w:color="auto" w:fill="F2F2F2"/>
          </w:tcPr>
          <w:p w14:paraId="0F2A6F2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5E0B567E" w14:textId="77777777">
        <w:trPr>
          <w:jc w:val="center"/>
        </w:trPr>
        <w:tc>
          <w:tcPr>
            <w:tcW w:w="1918" w:type="dxa"/>
          </w:tcPr>
          <w:p w14:paraId="34BB85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14:paraId="18F7F9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120%</w:t>
            </w:r>
          </w:p>
        </w:tc>
        <w:tc>
          <w:tcPr>
            <w:tcW w:w="1918" w:type="dxa"/>
          </w:tcPr>
          <w:p w14:paraId="7C2317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1918" w:type="dxa"/>
          </w:tcPr>
          <w:p w14:paraId="694383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2EF578E8" w14:textId="77777777">
        <w:trPr>
          <w:jc w:val="center"/>
        </w:trPr>
        <w:tc>
          <w:tcPr>
            <w:tcW w:w="1918" w:type="dxa"/>
          </w:tcPr>
          <w:p w14:paraId="74020C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14:paraId="0D97CD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120%</w:t>
            </w:r>
          </w:p>
        </w:tc>
        <w:tc>
          <w:tcPr>
            <w:tcW w:w="1918" w:type="dxa"/>
          </w:tcPr>
          <w:p w14:paraId="13BD9D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15%</w:t>
            </w:r>
          </w:p>
        </w:tc>
        <w:tc>
          <w:tcPr>
            <w:tcW w:w="1918" w:type="dxa"/>
          </w:tcPr>
          <w:p w14:paraId="6C4505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4E8C3C0E" w14:textId="77777777">
        <w:trPr>
          <w:jc w:val="center"/>
        </w:trPr>
        <w:tc>
          <w:tcPr>
            <w:tcW w:w="1918" w:type="dxa"/>
          </w:tcPr>
          <w:p w14:paraId="1A2C35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14:paraId="2D0E15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120%</w:t>
            </w:r>
          </w:p>
        </w:tc>
        <w:tc>
          <w:tcPr>
            <w:tcW w:w="1918" w:type="dxa"/>
          </w:tcPr>
          <w:p w14:paraId="106D9F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1918" w:type="dxa"/>
          </w:tcPr>
          <w:p w14:paraId="587D00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56D42FE6" w14:textId="77777777">
        <w:trPr>
          <w:jc w:val="center"/>
        </w:trPr>
        <w:tc>
          <w:tcPr>
            <w:tcW w:w="1918" w:type="dxa"/>
          </w:tcPr>
          <w:p w14:paraId="74E8BC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1F9280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120%</w:t>
            </w:r>
          </w:p>
        </w:tc>
        <w:tc>
          <w:tcPr>
            <w:tcW w:w="1918" w:type="dxa"/>
          </w:tcPr>
          <w:p w14:paraId="5246C7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25%</w:t>
            </w:r>
          </w:p>
        </w:tc>
        <w:tc>
          <w:tcPr>
            <w:tcW w:w="1918" w:type="dxa"/>
          </w:tcPr>
          <w:p w14:paraId="0065A7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4505BE90" w14:textId="77777777">
        <w:trPr>
          <w:jc w:val="center"/>
        </w:trPr>
        <w:tc>
          <w:tcPr>
            <w:tcW w:w="1918" w:type="dxa"/>
          </w:tcPr>
          <w:p w14:paraId="253E72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14:paraId="67C35E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120%</w:t>
            </w:r>
          </w:p>
        </w:tc>
        <w:tc>
          <w:tcPr>
            <w:tcW w:w="1918" w:type="dxa"/>
          </w:tcPr>
          <w:p w14:paraId="4CFBD9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  <w:tc>
          <w:tcPr>
            <w:tcW w:w="1918" w:type="dxa"/>
          </w:tcPr>
          <w:p w14:paraId="74D25B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1633E8B8" w14:textId="77777777">
        <w:trPr>
          <w:jc w:val="center"/>
        </w:trPr>
        <w:tc>
          <w:tcPr>
            <w:tcW w:w="1918" w:type="dxa"/>
          </w:tcPr>
          <w:p w14:paraId="086C84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14:paraId="462931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120%</w:t>
            </w:r>
          </w:p>
        </w:tc>
        <w:tc>
          <w:tcPr>
            <w:tcW w:w="1918" w:type="dxa"/>
          </w:tcPr>
          <w:p w14:paraId="35588A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35%</w:t>
            </w:r>
          </w:p>
        </w:tc>
        <w:tc>
          <w:tcPr>
            <w:tcW w:w="1918" w:type="dxa"/>
          </w:tcPr>
          <w:p w14:paraId="20C3E4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4ADAEC4F" w14:textId="77777777">
        <w:trPr>
          <w:jc w:val="center"/>
        </w:trPr>
        <w:tc>
          <w:tcPr>
            <w:tcW w:w="1918" w:type="dxa"/>
          </w:tcPr>
          <w:p w14:paraId="6073A0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260" w:type="dxa"/>
          </w:tcPr>
          <w:p w14:paraId="4EE232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120%</w:t>
            </w:r>
          </w:p>
        </w:tc>
        <w:tc>
          <w:tcPr>
            <w:tcW w:w="1918" w:type="dxa"/>
          </w:tcPr>
          <w:p w14:paraId="56A658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  <w:tc>
          <w:tcPr>
            <w:tcW w:w="1918" w:type="dxa"/>
          </w:tcPr>
          <w:p w14:paraId="46A534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09B49A65" w14:textId="77777777">
        <w:trPr>
          <w:jc w:val="center"/>
        </w:trPr>
        <w:tc>
          <w:tcPr>
            <w:tcW w:w="1918" w:type="dxa"/>
          </w:tcPr>
          <w:p w14:paraId="4BA871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14:paraId="180AF3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120%</w:t>
            </w:r>
          </w:p>
        </w:tc>
        <w:tc>
          <w:tcPr>
            <w:tcW w:w="1918" w:type="dxa"/>
          </w:tcPr>
          <w:p w14:paraId="77374C7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45%</w:t>
            </w:r>
          </w:p>
        </w:tc>
        <w:tc>
          <w:tcPr>
            <w:tcW w:w="1918" w:type="dxa"/>
          </w:tcPr>
          <w:p w14:paraId="1F7C96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198C991C" w14:textId="77777777">
        <w:trPr>
          <w:jc w:val="center"/>
        </w:trPr>
        <w:tc>
          <w:tcPr>
            <w:tcW w:w="1918" w:type="dxa"/>
          </w:tcPr>
          <w:p w14:paraId="7093BC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14:paraId="6EBB1F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120%</w:t>
            </w:r>
          </w:p>
        </w:tc>
        <w:tc>
          <w:tcPr>
            <w:tcW w:w="1918" w:type="dxa"/>
          </w:tcPr>
          <w:p w14:paraId="1BA42C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  <w:tc>
          <w:tcPr>
            <w:tcW w:w="1918" w:type="dxa"/>
          </w:tcPr>
          <w:p w14:paraId="0449AD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0A03B1E3" w14:textId="77777777">
        <w:trPr>
          <w:jc w:val="center"/>
        </w:trPr>
        <w:tc>
          <w:tcPr>
            <w:tcW w:w="1918" w:type="dxa"/>
          </w:tcPr>
          <w:p w14:paraId="41DA96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60" w:type="dxa"/>
          </w:tcPr>
          <w:p w14:paraId="79C1D4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120%</w:t>
            </w:r>
          </w:p>
        </w:tc>
        <w:tc>
          <w:tcPr>
            <w:tcW w:w="1918" w:type="dxa"/>
          </w:tcPr>
          <w:p w14:paraId="1BFD9E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55%</w:t>
            </w:r>
          </w:p>
        </w:tc>
        <w:tc>
          <w:tcPr>
            <w:tcW w:w="1918" w:type="dxa"/>
          </w:tcPr>
          <w:p w14:paraId="6BC89B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</w:tbl>
    <w:p w14:paraId="4ACC0025" w14:textId="77777777" w:rsidR="00501161" w:rsidRDefault="00501161">
      <w:pPr>
        <w:spacing w:after="40"/>
      </w:pPr>
    </w:p>
    <w:p w14:paraId="0F2E6B81" w14:textId="77777777" w:rsidR="00501161" w:rsidRDefault="00C637DA">
      <w:r>
        <w:rPr>
          <w:color w:val="555555"/>
          <w:sz w:val="26"/>
          <w:szCs w:val="26"/>
        </w:rPr>
        <w:t>สูตร: Damage = Physical Base × 1.2 × 100 / (100 + DEF × (1 − Ignore))</w:t>
      </w:r>
    </w:p>
    <w:p w14:paraId="02DEE219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ใช้กับศัตรู Defensive และสัตว์ชั้นสูง</w:t>
      </w:r>
    </w:p>
    <w:p w14:paraId="3B948F55" w14:textId="77777777" w:rsidR="00501161" w:rsidRDefault="00C637DA">
      <w:pPr>
        <w:ind w:firstLine="720"/>
      </w:pPr>
      <w:r>
        <w:rPr>
          <w:b/>
          <w:bCs/>
        </w:rPr>
        <w:t xml:space="preserve">6. </w:t>
      </w:r>
      <w:r>
        <w:rPr>
          <w:b/>
          <w:bCs/>
        </w:rPr>
        <w:t>ศรฝนแสนห่า (Rain of a Hundred Thousand)</w:t>
      </w:r>
      <w:r>
        <w:t xml:space="preserve"> — Active · Tier 2 · </w:t>
      </w:r>
      <w:r>
        <w:t>เป้าหมาย: ศัตรูทั้งหมด · Prerequisite: -</w:t>
      </w:r>
    </w:p>
    <w:p w14:paraId="4D4B76D6" w14:textId="77777777" w:rsidR="00501161" w:rsidRDefault="00C637DA">
      <w:pPr>
        <w:ind w:firstLine="720"/>
      </w:pPr>
      <w:r>
        <w:t>ยิงศรขึ้นฟ้าให้ตกลงมาดังฝนแสนห่าใส่ศัตรูทุกตัว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4142"/>
        <w:gridCol w:w="2436"/>
      </w:tblGrid>
      <w:tr w:rsidR="00501161" w14:paraId="6098F32D" w14:textId="77777777">
        <w:trPr>
          <w:tblHeader/>
          <w:jc w:val="center"/>
        </w:trPr>
        <w:tc>
          <w:tcPr>
            <w:tcW w:w="2436" w:type="dxa"/>
            <w:shd w:val="clear" w:color="auto" w:fill="F2F2F2"/>
          </w:tcPr>
          <w:p w14:paraId="631AE11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142" w:type="dxa"/>
            <w:shd w:val="clear" w:color="auto" w:fill="F2F2F2"/>
          </w:tcPr>
          <w:p w14:paraId="193AC23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2436" w:type="dxa"/>
            <w:shd w:val="clear" w:color="auto" w:fill="F2F2F2"/>
          </w:tcPr>
          <w:p w14:paraId="7E38B58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EAA6BF6" w14:textId="77777777">
        <w:trPr>
          <w:jc w:val="center"/>
        </w:trPr>
        <w:tc>
          <w:tcPr>
            <w:tcW w:w="2436" w:type="dxa"/>
          </w:tcPr>
          <w:p w14:paraId="66B5FE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14:paraId="6EEBD0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  <w:tc>
          <w:tcPr>
            <w:tcW w:w="2436" w:type="dxa"/>
          </w:tcPr>
          <w:p w14:paraId="67A34C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2ED803AC" w14:textId="77777777">
        <w:trPr>
          <w:jc w:val="center"/>
        </w:trPr>
        <w:tc>
          <w:tcPr>
            <w:tcW w:w="2436" w:type="dxa"/>
          </w:tcPr>
          <w:p w14:paraId="6AFCAE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14:paraId="7AB5F7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56%</w:t>
            </w:r>
          </w:p>
        </w:tc>
        <w:tc>
          <w:tcPr>
            <w:tcW w:w="2436" w:type="dxa"/>
          </w:tcPr>
          <w:p w14:paraId="31E164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1831C959" w14:textId="77777777">
        <w:trPr>
          <w:jc w:val="center"/>
        </w:trPr>
        <w:tc>
          <w:tcPr>
            <w:tcW w:w="2436" w:type="dxa"/>
          </w:tcPr>
          <w:p w14:paraId="30119A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2" w:type="dxa"/>
          </w:tcPr>
          <w:p w14:paraId="2E548F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62%</w:t>
            </w:r>
          </w:p>
        </w:tc>
        <w:tc>
          <w:tcPr>
            <w:tcW w:w="2436" w:type="dxa"/>
          </w:tcPr>
          <w:p w14:paraId="7D03DC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2BF16155" w14:textId="77777777">
        <w:trPr>
          <w:jc w:val="center"/>
        </w:trPr>
        <w:tc>
          <w:tcPr>
            <w:tcW w:w="2436" w:type="dxa"/>
          </w:tcPr>
          <w:p w14:paraId="49061B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42" w:type="dxa"/>
          </w:tcPr>
          <w:p w14:paraId="0A6CD6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68%</w:t>
            </w:r>
          </w:p>
        </w:tc>
        <w:tc>
          <w:tcPr>
            <w:tcW w:w="2436" w:type="dxa"/>
          </w:tcPr>
          <w:p w14:paraId="0C5ECD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5F4827DA" w14:textId="77777777">
        <w:trPr>
          <w:jc w:val="center"/>
        </w:trPr>
        <w:tc>
          <w:tcPr>
            <w:tcW w:w="2436" w:type="dxa"/>
          </w:tcPr>
          <w:p w14:paraId="662FBF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42" w:type="dxa"/>
          </w:tcPr>
          <w:p w14:paraId="50D7AE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74%</w:t>
            </w:r>
          </w:p>
        </w:tc>
        <w:tc>
          <w:tcPr>
            <w:tcW w:w="2436" w:type="dxa"/>
          </w:tcPr>
          <w:p w14:paraId="7D41C5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3DCF0BED" w14:textId="77777777">
        <w:trPr>
          <w:jc w:val="center"/>
        </w:trPr>
        <w:tc>
          <w:tcPr>
            <w:tcW w:w="2436" w:type="dxa"/>
          </w:tcPr>
          <w:p w14:paraId="6E2DB9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42" w:type="dxa"/>
          </w:tcPr>
          <w:p w14:paraId="6B200B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81%</w:t>
            </w:r>
          </w:p>
        </w:tc>
        <w:tc>
          <w:tcPr>
            <w:tcW w:w="2436" w:type="dxa"/>
          </w:tcPr>
          <w:p w14:paraId="47630B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3948D119" w14:textId="77777777">
        <w:trPr>
          <w:jc w:val="center"/>
        </w:trPr>
        <w:tc>
          <w:tcPr>
            <w:tcW w:w="2436" w:type="dxa"/>
          </w:tcPr>
          <w:p w14:paraId="4B094C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42" w:type="dxa"/>
          </w:tcPr>
          <w:p w14:paraId="3EDAF0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87%</w:t>
            </w:r>
          </w:p>
        </w:tc>
        <w:tc>
          <w:tcPr>
            <w:tcW w:w="2436" w:type="dxa"/>
          </w:tcPr>
          <w:p w14:paraId="70459A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5CA44CAC" w14:textId="77777777">
        <w:trPr>
          <w:jc w:val="center"/>
        </w:trPr>
        <w:tc>
          <w:tcPr>
            <w:tcW w:w="2436" w:type="dxa"/>
          </w:tcPr>
          <w:p w14:paraId="398A8D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42" w:type="dxa"/>
          </w:tcPr>
          <w:p w14:paraId="135473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93%</w:t>
            </w:r>
          </w:p>
        </w:tc>
        <w:tc>
          <w:tcPr>
            <w:tcW w:w="2436" w:type="dxa"/>
          </w:tcPr>
          <w:p w14:paraId="29F2A4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</w:t>
            </w:r>
          </w:p>
        </w:tc>
      </w:tr>
      <w:tr w:rsidR="00501161" w14:paraId="3981D675" w14:textId="77777777">
        <w:trPr>
          <w:jc w:val="center"/>
        </w:trPr>
        <w:tc>
          <w:tcPr>
            <w:tcW w:w="2436" w:type="dxa"/>
          </w:tcPr>
          <w:p w14:paraId="261E5B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42" w:type="dxa"/>
          </w:tcPr>
          <w:p w14:paraId="75B457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99%</w:t>
            </w:r>
          </w:p>
        </w:tc>
        <w:tc>
          <w:tcPr>
            <w:tcW w:w="2436" w:type="dxa"/>
          </w:tcPr>
          <w:p w14:paraId="228DEB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</w:tr>
      <w:tr w:rsidR="00501161" w14:paraId="6FE14849" w14:textId="77777777">
        <w:trPr>
          <w:jc w:val="center"/>
        </w:trPr>
        <w:tc>
          <w:tcPr>
            <w:tcW w:w="2436" w:type="dxa"/>
          </w:tcPr>
          <w:p w14:paraId="450D2A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42" w:type="dxa"/>
          </w:tcPr>
          <w:p w14:paraId="251CF0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105%</w:t>
            </w:r>
          </w:p>
        </w:tc>
        <w:tc>
          <w:tcPr>
            <w:tcW w:w="2436" w:type="dxa"/>
          </w:tcPr>
          <w:p w14:paraId="6240ED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</w:t>
            </w:r>
          </w:p>
        </w:tc>
      </w:tr>
    </w:tbl>
    <w:p w14:paraId="309F029F" w14:textId="77777777" w:rsidR="00501161" w:rsidRDefault="00501161">
      <w:pPr>
        <w:spacing w:after="40"/>
      </w:pPr>
    </w:p>
    <w:p w14:paraId="5F344907" w14:textId="77777777" w:rsidR="00501161" w:rsidRDefault="00C637DA">
      <w:r>
        <w:rPr>
          <w:color w:val="555555"/>
          <w:sz w:val="26"/>
          <w:szCs w:val="26"/>
        </w:rPr>
        <w:t>สูตร: Damage = Physical Base × Multiplier × 100 / (100 + DEF) (ต่อตัว)</w:t>
      </w:r>
    </w:p>
    <w:p w14:paraId="73E28561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ตัวเคลียร์ฝูง ชื่อมาจากปืนใหญ่ "ฝนแสนห่า" สมัยอยุธยา</w:t>
      </w:r>
    </w:p>
    <w:p w14:paraId="5423D365" w14:textId="77777777" w:rsidR="00501161" w:rsidRDefault="00C637DA">
      <w:pPr>
        <w:ind w:firstLine="720"/>
      </w:pPr>
      <w:r>
        <w:rPr>
          <w:b/>
          <w:bCs/>
        </w:rPr>
        <w:t xml:space="preserve">7. </w:t>
      </w:r>
      <w:r>
        <w:rPr>
          <w:b/>
          <w:bCs/>
        </w:rPr>
        <w:t>บ่วงบาศคล้องบาท (Lasso Snare)</w:t>
      </w:r>
      <w:r>
        <w:t xml:space="preserve"> — Active · Tier 2 · </w:t>
      </w:r>
      <w:r>
        <w:t>เป้าหมาย: ศัตรู 1 ตัว · Prerequisite: -</w:t>
      </w:r>
    </w:p>
    <w:p w14:paraId="7D71BEF3" w14:textId="77777777" w:rsidR="00501161" w:rsidRDefault="00C637DA">
      <w:pPr>
        <w:ind w:firstLine="720"/>
      </w:pPr>
      <w:r>
        <w:t>เหวี่ยงบ่วงบาศแบบหมอช้างคล้องขาศัตรู มีโอกาสติด Bind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8"/>
        <w:gridCol w:w="3193"/>
        <w:gridCol w:w="2066"/>
        <w:gridCol w:w="1878"/>
      </w:tblGrid>
      <w:tr w:rsidR="00501161" w14:paraId="244BE1BF" w14:textId="77777777">
        <w:trPr>
          <w:tblHeader/>
          <w:jc w:val="center"/>
        </w:trPr>
        <w:tc>
          <w:tcPr>
            <w:tcW w:w="1878" w:type="dxa"/>
            <w:shd w:val="clear" w:color="auto" w:fill="F2F2F2"/>
          </w:tcPr>
          <w:p w14:paraId="0FB77AC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193" w:type="dxa"/>
            <w:shd w:val="clear" w:color="auto" w:fill="F2F2F2"/>
          </w:tcPr>
          <w:p w14:paraId="0CECBEA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2066" w:type="dxa"/>
            <w:shd w:val="clear" w:color="auto" w:fill="F2F2F2"/>
          </w:tcPr>
          <w:p w14:paraId="715A577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Bind Chance</w:t>
            </w:r>
          </w:p>
        </w:tc>
        <w:tc>
          <w:tcPr>
            <w:tcW w:w="1878" w:type="dxa"/>
            <w:shd w:val="clear" w:color="auto" w:fill="F2F2F2"/>
          </w:tcPr>
          <w:p w14:paraId="31DA71C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53090728" w14:textId="77777777">
        <w:trPr>
          <w:jc w:val="center"/>
        </w:trPr>
        <w:tc>
          <w:tcPr>
            <w:tcW w:w="1878" w:type="dxa"/>
          </w:tcPr>
          <w:p w14:paraId="0E2018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93" w:type="dxa"/>
          </w:tcPr>
          <w:p w14:paraId="006933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66" w:type="dxa"/>
          </w:tcPr>
          <w:p w14:paraId="5EE237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1878" w:type="dxa"/>
          </w:tcPr>
          <w:p w14:paraId="276B1B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26061F26" w14:textId="77777777">
        <w:trPr>
          <w:jc w:val="center"/>
        </w:trPr>
        <w:tc>
          <w:tcPr>
            <w:tcW w:w="1878" w:type="dxa"/>
          </w:tcPr>
          <w:p w14:paraId="1C6477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3" w:type="dxa"/>
          </w:tcPr>
          <w:p w14:paraId="554762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66" w:type="dxa"/>
          </w:tcPr>
          <w:p w14:paraId="2E9B90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26%</w:t>
            </w:r>
          </w:p>
        </w:tc>
        <w:tc>
          <w:tcPr>
            <w:tcW w:w="1878" w:type="dxa"/>
          </w:tcPr>
          <w:p w14:paraId="20F65A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23925179" w14:textId="77777777">
        <w:trPr>
          <w:jc w:val="center"/>
        </w:trPr>
        <w:tc>
          <w:tcPr>
            <w:tcW w:w="1878" w:type="dxa"/>
          </w:tcPr>
          <w:p w14:paraId="53E5C2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93" w:type="dxa"/>
          </w:tcPr>
          <w:p w14:paraId="307215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66" w:type="dxa"/>
          </w:tcPr>
          <w:p w14:paraId="23BFAC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31%</w:t>
            </w:r>
          </w:p>
        </w:tc>
        <w:tc>
          <w:tcPr>
            <w:tcW w:w="1878" w:type="dxa"/>
          </w:tcPr>
          <w:p w14:paraId="0B4CFC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3413AC79" w14:textId="77777777">
        <w:trPr>
          <w:jc w:val="center"/>
        </w:trPr>
        <w:tc>
          <w:tcPr>
            <w:tcW w:w="1878" w:type="dxa"/>
          </w:tcPr>
          <w:p w14:paraId="3F4C67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93" w:type="dxa"/>
          </w:tcPr>
          <w:p w14:paraId="71296E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66" w:type="dxa"/>
          </w:tcPr>
          <w:p w14:paraId="5D71FF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37%</w:t>
            </w:r>
          </w:p>
        </w:tc>
        <w:tc>
          <w:tcPr>
            <w:tcW w:w="1878" w:type="dxa"/>
          </w:tcPr>
          <w:p w14:paraId="795104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59D98266" w14:textId="77777777">
        <w:trPr>
          <w:jc w:val="center"/>
        </w:trPr>
        <w:tc>
          <w:tcPr>
            <w:tcW w:w="1878" w:type="dxa"/>
          </w:tcPr>
          <w:p w14:paraId="71CC7F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193" w:type="dxa"/>
          </w:tcPr>
          <w:p w14:paraId="4D4791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66" w:type="dxa"/>
          </w:tcPr>
          <w:p w14:paraId="4D9F3C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42%</w:t>
            </w:r>
          </w:p>
        </w:tc>
        <w:tc>
          <w:tcPr>
            <w:tcW w:w="1878" w:type="dxa"/>
          </w:tcPr>
          <w:p w14:paraId="70ED47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3EE535F2" w14:textId="77777777">
        <w:trPr>
          <w:jc w:val="center"/>
        </w:trPr>
        <w:tc>
          <w:tcPr>
            <w:tcW w:w="1878" w:type="dxa"/>
          </w:tcPr>
          <w:p w14:paraId="086C7B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93" w:type="dxa"/>
          </w:tcPr>
          <w:p w14:paraId="44CF19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66" w:type="dxa"/>
          </w:tcPr>
          <w:p w14:paraId="581F24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48%</w:t>
            </w:r>
          </w:p>
        </w:tc>
        <w:tc>
          <w:tcPr>
            <w:tcW w:w="1878" w:type="dxa"/>
          </w:tcPr>
          <w:p w14:paraId="3DD567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25128D4E" w14:textId="77777777">
        <w:trPr>
          <w:jc w:val="center"/>
        </w:trPr>
        <w:tc>
          <w:tcPr>
            <w:tcW w:w="1878" w:type="dxa"/>
          </w:tcPr>
          <w:p w14:paraId="7A5348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93" w:type="dxa"/>
          </w:tcPr>
          <w:p w14:paraId="6816E9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66" w:type="dxa"/>
          </w:tcPr>
          <w:p w14:paraId="521969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53%</w:t>
            </w:r>
          </w:p>
        </w:tc>
        <w:tc>
          <w:tcPr>
            <w:tcW w:w="1878" w:type="dxa"/>
          </w:tcPr>
          <w:p w14:paraId="33FA51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7DE83D96" w14:textId="77777777">
        <w:trPr>
          <w:jc w:val="center"/>
        </w:trPr>
        <w:tc>
          <w:tcPr>
            <w:tcW w:w="1878" w:type="dxa"/>
          </w:tcPr>
          <w:p w14:paraId="53C3A0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93" w:type="dxa"/>
          </w:tcPr>
          <w:p w14:paraId="12F082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66" w:type="dxa"/>
          </w:tcPr>
          <w:p w14:paraId="2FDA80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59%</w:t>
            </w:r>
          </w:p>
        </w:tc>
        <w:tc>
          <w:tcPr>
            <w:tcW w:w="1878" w:type="dxa"/>
          </w:tcPr>
          <w:p w14:paraId="6C8D25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430BD9BC" w14:textId="77777777">
        <w:trPr>
          <w:jc w:val="center"/>
        </w:trPr>
        <w:tc>
          <w:tcPr>
            <w:tcW w:w="1878" w:type="dxa"/>
          </w:tcPr>
          <w:p w14:paraId="518FAF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93" w:type="dxa"/>
          </w:tcPr>
          <w:p w14:paraId="105F20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66" w:type="dxa"/>
          </w:tcPr>
          <w:p w14:paraId="2C6333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64%</w:t>
            </w:r>
          </w:p>
        </w:tc>
        <w:tc>
          <w:tcPr>
            <w:tcW w:w="1878" w:type="dxa"/>
          </w:tcPr>
          <w:p w14:paraId="74BE49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4BC4D65B" w14:textId="77777777">
        <w:trPr>
          <w:jc w:val="center"/>
        </w:trPr>
        <w:tc>
          <w:tcPr>
            <w:tcW w:w="1878" w:type="dxa"/>
          </w:tcPr>
          <w:p w14:paraId="38ACEC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93" w:type="dxa"/>
          </w:tcPr>
          <w:p w14:paraId="5D0600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2066" w:type="dxa"/>
          </w:tcPr>
          <w:p w14:paraId="4A5C10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  <w:tc>
          <w:tcPr>
            <w:tcW w:w="1878" w:type="dxa"/>
          </w:tcPr>
          <w:p w14:paraId="48F3CB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</w:tbl>
    <w:p w14:paraId="59603653" w14:textId="77777777" w:rsidR="00501161" w:rsidRDefault="00501161">
      <w:pPr>
        <w:spacing w:after="40"/>
      </w:pPr>
    </w:p>
    <w:p w14:paraId="5B11031D" w14:textId="77777777" w:rsidR="00501161" w:rsidRDefault="00C637DA">
      <w:r>
        <w:rPr>
          <w:color w:val="555555"/>
          <w:sz w:val="26"/>
          <w:szCs w:val="26"/>
        </w:rPr>
        <w:t>สูตร: Status Chance (Section 5.6)</w:t>
      </w:r>
    </w:p>
    <w:p w14:paraId="36B15E21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Bind </w:t>
      </w:r>
      <w:r>
        <w:t>ทำให้ศัตรูใช้ท่ากายภาพไม่ได้ เข้าคู่กับสัญชาตญาณนักล่าของสัตว์อสูร</w:t>
      </w:r>
    </w:p>
    <w:p w14:paraId="4D74F5B9" w14:textId="77777777" w:rsidR="00501161" w:rsidRDefault="00C637DA">
      <w:pPr>
        <w:ind w:firstLine="720"/>
      </w:pPr>
      <w:r>
        <w:rPr>
          <w:b/>
          <w:bCs/>
        </w:rPr>
        <w:t xml:space="preserve">8. </w:t>
      </w:r>
      <w:r>
        <w:rPr>
          <w:b/>
          <w:bCs/>
        </w:rPr>
        <w:t>ศรอาบยาพิษ (Venom-Soaked Arrow)</w:t>
      </w:r>
      <w:r>
        <w:t xml:space="preserve"> — Active · Tier 3 · </w:t>
      </w:r>
      <w:r>
        <w:t>เป้าหมาย: ศัตรู 1 ตัว · Prerequisite: -</w:t>
      </w:r>
    </w:p>
    <w:p w14:paraId="1B039CF7" w14:textId="77777777" w:rsidR="00501161" w:rsidRDefault="00C637DA">
      <w:pPr>
        <w:ind w:firstLine="720"/>
      </w:pPr>
      <w:r>
        <w:t>ยิงศรอาบยา</w:t>
      </w:r>
      <w:r>
        <w:t>งน่องพิษ มีโอกาสติด Poison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3"/>
        <w:gridCol w:w="3065"/>
        <w:gridCol w:w="2344"/>
        <w:gridCol w:w="1803"/>
      </w:tblGrid>
      <w:tr w:rsidR="00501161" w14:paraId="5415EDFB" w14:textId="77777777">
        <w:trPr>
          <w:tblHeader/>
          <w:jc w:val="center"/>
        </w:trPr>
        <w:tc>
          <w:tcPr>
            <w:tcW w:w="1803" w:type="dxa"/>
            <w:shd w:val="clear" w:color="auto" w:fill="F2F2F2"/>
          </w:tcPr>
          <w:p w14:paraId="74A972A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065" w:type="dxa"/>
            <w:shd w:val="clear" w:color="auto" w:fill="F2F2F2"/>
          </w:tcPr>
          <w:p w14:paraId="239FDF4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2344" w:type="dxa"/>
            <w:shd w:val="clear" w:color="auto" w:fill="F2F2F2"/>
          </w:tcPr>
          <w:p w14:paraId="4745C7F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Poison Chance</w:t>
            </w:r>
          </w:p>
        </w:tc>
        <w:tc>
          <w:tcPr>
            <w:tcW w:w="1803" w:type="dxa"/>
            <w:shd w:val="clear" w:color="auto" w:fill="F2F2F2"/>
          </w:tcPr>
          <w:p w14:paraId="5B151D6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0AA0DE7F" w14:textId="77777777">
        <w:trPr>
          <w:jc w:val="center"/>
        </w:trPr>
        <w:tc>
          <w:tcPr>
            <w:tcW w:w="1803" w:type="dxa"/>
          </w:tcPr>
          <w:p w14:paraId="68578F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65" w:type="dxa"/>
          </w:tcPr>
          <w:p w14:paraId="023468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2344" w:type="dxa"/>
          </w:tcPr>
          <w:p w14:paraId="2F8FD1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25%</w:t>
            </w:r>
          </w:p>
        </w:tc>
        <w:tc>
          <w:tcPr>
            <w:tcW w:w="1803" w:type="dxa"/>
          </w:tcPr>
          <w:p w14:paraId="3B74CB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10340E89" w14:textId="77777777">
        <w:trPr>
          <w:jc w:val="center"/>
        </w:trPr>
        <w:tc>
          <w:tcPr>
            <w:tcW w:w="1803" w:type="dxa"/>
          </w:tcPr>
          <w:p w14:paraId="588462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65" w:type="dxa"/>
          </w:tcPr>
          <w:p w14:paraId="69B5B4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2344" w:type="dxa"/>
          </w:tcPr>
          <w:p w14:paraId="7AE5FF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31%</w:t>
            </w:r>
          </w:p>
        </w:tc>
        <w:tc>
          <w:tcPr>
            <w:tcW w:w="1803" w:type="dxa"/>
          </w:tcPr>
          <w:p w14:paraId="6482FD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209F10A6" w14:textId="77777777">
        <w:trPr>
          <w:jc w:val="center"/>
        </w:trPr>
        <w:tc>
          <w:tcPr>
            <w:tcW w:w="1803" w:type="dxa"/>
          </w:tcPr>
          <w:p w14:paraId="381E53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65" w:type="dxa"/>
          </w:tcPr>
          <w:p w14:paraId="7E78CB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2344" w:type="dxa"/>
          </w:tcPr>
          <w:p w14:paraId="7B25AC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36%</w:t>
            </w:r>
          </w:p>
        </w:tc>
        <w:tc>
          <w:tcPr>
            <w:tcW w:w="1803" w:type="dxa"/>
          </w:tcPr>
          <w:p w14:paraId="6F68C0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2FC34574" w14:textId="77777777">
        <w:trPr>
          <w:jc w:val="center"/>
        </w:trPr>
        <w:tc>
          <w:tcPr>
            <w:tcW w:w="1803" w:type="dxa"/>
          </w:tcPr>
          <w:p w14:paraId="114E6A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65" w:type="dxa"/>
          </w:tcPr>
          <w:p w14:paraId="0853B5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2344" w:type="dxa"/>
          </w:tcPr>
          <w:p w14:paraId="0E77F3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42%</w:t>
            </w:r>
          </w:p>
        </w:tc>
        <w:tc>
          <w:tcPr>
            <w:tcW w:w="1803" w:type="dxa"/>
          </w:tcPr>
          <w:p w14:paraId="2ABD00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16108110" w14:textId="77777777">
        <w:trPr>
          <w:jc w:val="center"/>
        </w:trPr>
        <w:tc>
          <w:tcPr>
            <w:tcW w:w="1803" w:type="dxa"/>
          </w:tcPr>
          <w:p w14:paraId="714C34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65" w:type="dxa"/>
          </w:tcPr>
          <w:p w14:paraId="139754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2344" w:type="dxa"/>
          </w:tcPr>
          <w:p w14:paraId="2F8C86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47%</w:t>
            </w:r>
          </w:p>
        </w:tc>
        <w:tc>
          <w:tcPr>
            <w:tcW w:w="1803" w:type="dxa"/>
          </w:tcPr>
          <w:p w14:paraId="3D0223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10923B8E" w14:textId="77777777">
        <w:trPr>
          <w:jc w:val="center"/>
        </w:trPr>
        <w:tc>
          <w:tcPr>
            <w:tcW w:w="1803" w:type="dxa"/>
          </w:tcPr>
          <w:p w14:paraId="1233F8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65" w:type="dxa"/>
          </w:tcPr>
          <w:p w14:paraId="6ED562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2344" w:type="dxa"/>
          </w:tcPr>
          <w:p w14:paraId="0B3261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53%</w:t>
            </w:r>
          </w:p>
        </w:tc>
        <w:tc>
          <w:tcPr>
            <w:tcW w:w="1803" w:type="dxa"/>
          </w:tcPr>
          <w:p w14:paraId="26D691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0A08297F" w14:textId="77777777">
        <w:trPr>
          <w:jc w:val="center"/>
        </w:trPr>
        <w:tc>
          <w:tcPr>
            <w:tcW w:w="1803" w:type="dxa"/>
          </w:tcPr>
          <w:p w14:paraId="550369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65" w:type="dxa"/>
          </w:tcPr>
          <w:p w14:paraId="7EF77A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2344" w:type="dxa"/>
          </w:tcPr>
          <w:p w14:paraId="771A28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58%</w:t>
            </w:r>
          </w:p>
        </w:tc>
        <w:tc>
          <w:tcPr>
            <w:tcW w:w="1803" w:type="dxa"/>
          </w:tcPr>
          <w:p w14:paraId="4180EC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3D0D4097" w14:textId="77777777">
        <w:trPr>
          <w:jc w:val="center"/>
        </w:trPr>
        <w:tc>
          <w:tcPr>
            <w:tcW w:w="1803" w:type="dxa"/>
          </w:tcPr>
          <w:p w14:paraId="762C9E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065" w:type="dxa"/>
          </w:tcPr>
          <w:p w14:paraId="28BB9C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2344" w:type="dxa"/>
          </w:tcPr>
          <w:p w14:paraId="4081EA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64%</w:t>
            </w:r>
          </w:p>
        </w:tc>
        <w:tc>
          <w:tcPr>
            <w:tcW w:w="1803" w:type="dxa"/>
          </w:tcPr>
          <w:p w14:paraId="531A8F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5E7F4A92" w14:textId="77777777">
        <w:trPr>
          <w:jc w:val="center"/>
        </w:trPr>
        <w:tc>
          <w:tcPr>
            <w:tcW w:w="1803" w:type="dxa"/>
          </w:tcPr>
          <w:p w14:paraId="4073A2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65" w:type="dxa"/>
          </w:tcPr>
          <w:p w14:paraId="2F3359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2344" w:type="dxa"/>
          </w:tcPr>
          <w:p w14:paraId="600AC5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69%</w:t>
            </w:r>
          </w:p>
        </w:tc>
        <w:tc>
          <w:tcPr>
            <w:tcW w:w="1803" w:type="dxa"/>
          </w:tcPr>
          <w:p w14:paraId="18505F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1404D75B" w14:textId="77777777">
        <w:trPr>
          <w:jc w:val="center"/>
        </w:trPr>
        <w:tc>
          <w:tcPr>
            <w:tcW w:w="1803" w:type="dxa"/>
          </w:tcPr>
          <w:p w14:paraId="545C9E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065" w:type="dxa"/>
          </w:tcPr>
          <w:p w14:paraId="0045F2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90%</w:t>
            </w:r>
          </w:p>
        </w:tc>
        <w:tc>
          <w:tcPr>
            <w:tcW w:w="2344" w:type="dxa"/>
          </w:tcPr>
          <w:p w14:paraId="166397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75%</w:t>
            </w:r>
          </w:p>
        </w:tc>
        <w:tc>
          <w:tcPr>
            <w:tcW w:w="1803" w:type="dxa"/>
          </w:tcPr>
          <w:p w14:paraId="05BF39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</w:tbl>
    <w:p w14:paraId="18C66814" w14:textId="77777777" w:rsidR="00501161" w:rsidRDefault="00501161">
      <w:pPr>
        <w:spacing w:after="40"/>
      </w:pPr>
    </w:p>
    <w:p w14:paraId="0E937EC6" w14:textId="77777777" w:rsidR="00501161" w:rsidRDefault="00C637DA">
      <w:r>
        <w:rPr>
          <w:color w:val="555555"/>
          <w:sz w:val="26"/>
          <w:szCs w:val="26"/>
        </w:rPr>
        <w:t xml:space="preserve">สูตร: Poison: 10% Max HP ต่อเทิร์น (บอส: </w:t>
      </w:r>
      <w:r>
        <w:rPr>
          <w:color w:val="555555"/>
          <w:sz w:val="26"/>
          <w:szCs w:val="26"/>
        </w:rPr>
        <w:t>Section 5.6)</w:t>
      </w:r>
    </w:p>
    <w:p w14:paraId="4B731DBE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ดาเมจต่อเนื่องสำหรับศัตรู HP สูง</w:t>
      </w:r>
    </w:p>
    <w:p w14:paraId="1A48EDAE" w14:textId="77777777" w:rsidR="00501161" w:rsidRDefault="00C637DA">
      <w:pPr>
        <w:ind w:firstLine="720"/>
      </w:pPr>
      <w:r>
        <w:rPr>
          <w:b/>
          <w:bCs/>
        </w:rPr>
        <w:t xml:space="preserve">9. </w:t>
      </w:r>
      <w:r>
        <w:rPr>
          <w:b/>
          <w:bCs/>
        </w:rPr>
        <w:t>หูไวตาไวพราน (Hunter's Instinct)</w:t>
      </w:r>
      <w:r>
        <w:t xml:space="preserve"> — Passive · Tier 3 · </w:t>
      </w:r>
      <w:r>
        <w:t>เป้าหมาย: - · Prerequisite: -</w:t>
      </w:r>
    </w:p>
    <w:p w14:paraId="7AD2E83A" w14:textId="77777777" w:rsidR="00501161" w:rsidRDefault="00C637DA">
      <w:pPr>
        <w:ind w:firstLine="720"/>
      </w:pPr>
      <w:r>
        <w:t>รู้ตัวก่อนศัตรู เพิ่มโอกาสเปิดไฟต์ก่อน (Preemptive) ลดโอกาสโดนซุ่มโจมตี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33"/>
        <w:gridCol w:w="2774"/>
        <w:gridCol w:w="2774"/>
        <w:gridCol w:w="1733"/>
      </w:tblGrid>
      <w:tr w:rsidR="00501161" w14:paraId="66041646" w14:textId="77777777">
        <w:trPr>
          <w:tblHeader/>
          <w:jc w:val="center"/>
        </w:trPr>
        <w:tc>
          <w:tcPr>
            <w:tcW w:w="1733" w:type="dxa"/>
            <w:shd w:val="clear" w:color="auto" w:fill="F2F2F2"/>
          </w:tcPr>
          <w:p w14:paraId="0823E5D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774" w:type="dxa"/>
            <w:shd w:val="clear" w:color="auto" w:fill="F2F2F2"/>
          </w:tcPr>
          <w:p w14:paraId="6436459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Preemptive Bonus</w:t>
            </w:r>
          </w:p>
        </w:tc>
        <w:tc>
          <w:tcPr>
            <w:tcW w:w="2774" w:type="dxa"/>
            <w:shd w:val="clear" w:color="auto" w:fill="F2F2F2"/>
          </w:tcPr>
          <w:p w14:paraId="1118D12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Ambush </w:t>
            </w:r>
            <w:r>
              <w:rPr>
                <w:b/>
                <w:bCs/>
                <w:sz w:val="28"/>
                <w:szCs w:val="28"/>
              </w:rPr>
              <w:t>Reduction</w:t>
            </w:r>
          </w:p>
        </w:tc>
        <w:tc>
          <w:tcPr>
            <w:tcW w:w="1733" w:type="dxa"/>
            <w:shd w:val="clear" w:color="auto" w:fill="F2F2F2"/>
          </w:tcPr>
          <w:p w14:paraId="001CA57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611C386" w14:textId="77777777">
        <w:trPr>
          <w:jc w:val="center"/>
        </w:trPr>
        <w:tc>
          <w:tcPr>
            <w:tcW w:w="1733" w:type="dxa"/>
          </w:tcPr>
          <w:p w14:paraId="45D772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74" w:type="dxa"/>
          </w:tcPr>
          <w:p w14:paraId="753EE6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+5%</w:t>
            </w:r>
          </w:p>
        </w:tc>
        <w:tc>
          <w:tcPr>
            <w:tcW w:w="2774" w:type="dxa"/>
          </w:tcPr>
          <w:p w14:paraId="091C2E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-5%</w:t>
            </w:r>
          </w:p>
        </w:tc>
        <w:tc>
          <w:tcPr>
            <w:tcW w:w="1733" w:type="dxa"/>
          </w:tcPr>
          <w:p w14:paraId="192686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B5B0F77" w14:textId="77777777">
        <w:trPr>
          <w:jc w:val="center"/>
        </w:trPr>
        <w:tc>
          <w:tcPr>
            <w:tcW w:w="1733" w:type="dxa"/>
          </w:tcPr>
          <w:p w14:paraId="2286DE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74" w:type="dxa"/>
          </w:tcPr>
          <w:p w14:paraId="2B1A25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+9%</w:t>
            </w:r>
          </w:p>
        </w:tc>
        <w:tc>
          <w:tcPr>
            <w:tcW w:w="2774" w:type="dxa"/>
          </w:tcPr>
          <w:p w14:paraId="2521AE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-9%</w:t>
            </w:r>
          </w:p>
        </w:tc>
        <w:tc>
          <w:tcPr>
            <w:tcW w:w="1733" w:type="dxa"/>
          </w:tcPr>
          <w:p w14:paraId="182DAD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586E405" w14:textId="77777777">
        <w:trPr>
          <w:jc w:val="center"/>
        </w:trPr>
        <w:tc>
          <w:tcPr>
            <w:tcW w:w="1733" w:type="dxa"/>
          </w:tcPr>
          <w:p w14:paraId="5F6D25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74" w:type="dxa"/>
          </w:tcPr>
          <w:p w14:paraId="7933D9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+13%</w:t>
            </w:r>
          </w:p>
        </w:tc>
        <w:tc>
          <w:tcPr>
            <w:tcW w:w="2774" w:type="dxa"/>
          </w:tcPr>
          <w:p w14:paraId="551A22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-13%</w:t>
            </w:r>
          </w:p>
        </w:tc>
        <w:tc>
          <w:tcPr>
            <w:tcW w:w="1733" w:type="dxa"/>
          </w:tcPr>
          <w:p w14:paraId="66AF7E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1A76A95" w14:textId="77777777">
        <w:trPr>
          <w:jc w:val="center"/>
        </w:trPr>
        <w:tc>
          <w:tcPr>
            <w:tcW w:w="1733" w:type="dxa"/>
          </w:tcPr>
          <w:p w14:paraId="52E695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774" w:type="dxa"/>
          </w:tcPr>
          <w:p w14:paraId="730E52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+17%</w:t>
            </w:r>
          </w:p>
        </w:tc>
        <w:tc>
          <w:tcPr>
            <w:tcW w:w="2774" w:type="dxa"/>
          </w:tcPr>
          <w:p w14:paraId="077E43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-17%</w:t>
            </w:r>
          </w:p>
        </w:tc>
        <w:tc>
          <w:tcPr>
            <w:tcW w:w="1733" w:type="dxa"/>
          </w:tcPr>
          <w:p w14:paraId="11DEF6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8B024A1" w14:textId="77777777">
        <w:trPr>
          <w:jc w:val="center"/>
        </w:trPr>
        <w:tc>
          <w:tcPr>
            <w:tcW w:w="1733" w:type="dxa"/>
          </w:tcPr>
          <w:p w14:paraId="7EB09A8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74" w:type="dxa"/>
          </w:tcPr>
          <w:p w14:paraId="582573C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+21%</w:t>
            </w:r>
          </w:p>
        </w:tc>
        <w:tc>
          <w:tcPr>
            <w:tcW w:w="2774" w:type="dxa"/>
          </w:tcPr>
          <w:p w14:paraId="2FD681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-21%</w:t>
            </w:r>
          </w:p>
        </w:tc>
        <w:tc>
          <w:tcPr>
            <w:tcW w:w="1733" w:type="dxa"/>
          </w:tcPr>
          <w:p w14:paraId="5340D1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4F910CE" w14:textId="77777777">
        <w:trPr>
          <w:jc w:val="center"/>
        </w:trPr>
        <w:tc>
          <w:tcPr>
            <w:tcW w:w="1733" w:type="dxa"/>
          </w:tcPr>
          <w:p w14:paraId="187A3E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774" w:type="dxa"/>
          </w:tcPr>
          <w:p w14:paraId="24B70B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+24%</w:t>
            </w:r>
          </w:p>
        </w:tc>
        <w:tc>
          <w:tcPr>
            <w:tcW w:w="2774" w:type="dxa"/>
          </w:tcPr>
          <w:p w14:paraId="1D38F4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-24%</w:t>
            </w:r>
          </w:p>
        </w:tc>
        <w:tc>
          <w:tcPr>
            <w:tcW w:w="1733" w:type="dxa"/>
          </w:tcPr>
          <w:p w14:paraId="2D11F5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7A2A8B9" w14:textId="77777777">
        <w:trPr>
          <w:jc w:val="center"/>
        </w:trPr>
        <w:tc>
          <w:tcPr>
            <w:tcW w:w="1733" w:type="dxa"/>
          </w:tcPr>
          <w:p w14:paraId="02066F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774" w:type="dxa"/>
          </w:tcPr>
          <w:p w14:paraId="4BFBD1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+28%</w:t>
            </w:r>
          </w:p>
        </w:tc>
        <w:tc>
          <w:tcPr>
            <w:tcW w:w="2774" w:type="dxa"/>
          </w:tcPr>
          <w:p w14:paraId="169F42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-28%</w:t>
            </w:r>
          </w:p>
        </w:tc>
        <w:tc>
          <w:tcPr>
            <w:tcW w:w="1733" w:type="dxa"/>
          </w:tcPr>
          <w:p w14:paraId="76B422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C0809AC" w14:textId="77777777">
        <w:trPr>
          <w:jc w:val="center"/>
        </w:trPr>
        <w:tc>
          <w:tcPr>
            <w:tcW w:w="1733" w:type="dxa"/>
          </w:tcPr>
          <w:p w14:paraId="362FC0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774" w:type="dxa"/>
          </w:tcPr>
          <w:p w14:paraId="6104AB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+32%</w:t>
            </w:r>
          </w:p>
        </w:tc>
        <w:tc>
          <w:tcPr>
            <w:tcW w:w="2774" w:type="dxa"/>
          </w:tcPr>
          <w:p w14:paraId="0B447E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-32%</w:t>
            </w:r>
          </w:p>
        </w:tc>
        <w:tc>
          <w:tcPr>
            <w:tcW w:w="1733" w:type="dxa"/>
          </w:tcPr>
          <w:p w14:paraId="5DA4F2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39472B9" w14:textId="77777777">
        <w:trPr>
          <w:jc w:val="center"/>
        </w:trPr>
        <w:tc>
          <w:tcPr>
            <w:tcW w:w="1733" w:type="dxa"/>
          </w:tcPr>
          <w:p w14:paraId="7B67DF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774" w:type="dxa"/>
          </w:tcPr>
          <w:p w14:paraId="5AEF7D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+36%</w:t>
            </w:r>
          </w:p>
        </w:tc>
        <w:tc>
          <w:tcPr>
            <w:tcW w:w="2774" w:type="dxa"/>
          </w:tcPr>
          <w:p w14:paraId="30A1CA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-36%</w:t>
            </w:r>
          </w:p>
        </w:tc>
        <w:tc>
          <w:tcPr>
            <w:tcW w:w="1733" w:type="dxa"/>
          </w:tcPr>
          <w:p w14:paraId="49F33D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5432105" w14:textId="77777777">
        <w:trPr>
          <w:jc w:val="center"/>
        </w:trPr>
        <w:tc>
          <w:tcPr>
            <w:tcW w:w="1733" w:type="dxa"/>
          </w:tcPr>
          <w:p w14:paraId="4101EE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74" w:type="dxa"/>
          </w:tcPr>
          <w:p w14:paraId="02307F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+40%</w:t>
            </w:r>
          </w:p>
        </w:tc>
        <w:tc>
          <w:tcPr>
            <w:tcW w:w="2774" w:type="dxa"/>
          </w:tcPr>
          <w:p w14:paraId="19A116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-40%</w:t>
            </w:r>
          </w:p>
        </w:tc>
        <w:tc>
          <w:tcPr>
            <w:tcW w:w="1733" w:type="dxa"/>
          </w:tcPr>
          <w:p w14:paraId="53DCB6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0B569649" w14:textId="77777777" w:rsidR="00501161" w:rsidRDefault="00501161">
      <w:pPr>
        <w:spacing w:after="40"/>
      </w:pPr>
    </w:p>
    <w:p w14:paraId="13D01D5A" w14:textId="77777777" w:rsidR="00501161" w:rsidRDefault="00C637DA">
      <w:r>
        <w:rPr>
          <w:color w:val="555555"/>
          <w:sz w:val="26"/>
          <w:szCs w:val="26"/>
        </w:rPr>
        <w:t>สูตร: Preemptive = ปาร์ตี้เล่นก่อน 1 เทิร์น · Ambush = ศัตรูเล่นก่อน</w:t>
      </w:r>
    </w:p>
    <w:p w14:paraId="3202CD54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ทรงพลังใน Chapter 3 (หญ้าสูง)</w:t>
      </w:r>
    </w:p>
    <w:p w14:paraId="308BDBDE" w14:textId="77777777" w:rsidR="00501161" w:rsidRDefault="00C637DA">
      <w:pPr>
        <w:ind w:firstLine="720"/>
      </w:pPr>
      <w:r>
        <w:rPr>
          <w:b/>
          <w:bCs/>
        </w:rPr>
        <w:t xml:space="preserve">10. </w:t>
      </w:r>
      <w:r>
        <w:rPr>
          <w:b/>
          <w:bCs/>
        </w:rPr>
        <w:t>ตาเหยี่ยว (Hawk Eye)</w:t>
      </w:r>
      <w:r>
        <w:t xml:space="preserve"> — Passive · Tier 3 · </w:t>
      </w:r>
      <w:r>
        <w:t>เป้าหมาย: - · Prerequisite: -</w:t>
      </w:r>
    </w:p>
    <w:p w14:paraId="007EB103" w14:textId="77777777" w:rsidR="00501161" w:rsidRDefault="00C637DA">
      <w:pPr>
        <w:ind w:firstLine="720"/>
      </w:pPr>
      <w:r>
        <w:t>สายตาคมดังเหยี่ยว เพิ่ม Accuracy ทั้งปาร์ตี้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51"/>
        <w:gridCol w:w="3712"/>
        <w:gridCol w:w="2651"/>
      </w:tblGrid>
      <w:tr w:rsidR="00501161" w14:paraId="5EEE0347" w14:textId="77777777">
        <w:trPr>
          <w:tblHeader/>
          <w:jc w:val="center"/>
        </w:trPr>
        <w:tc>
          <w:tcPr>
            <w:tcW w:w="2651" w:type="dxa"/>
            <w:shd w:val="clear" w:color="auto" w:fill="F2F2F2"/>
          </w:tcPr>
          <w:p w14:paraId="1759800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712" w:type="dxa"/>
            <w:shd w:val="clear" w:color="auto" w:fill="F2F2F2"/>
          </w:tcPr>
          <w:p w14:paraId="5F907DE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Party Accuracy</w:t>
            </w:r>
          </w:p>
        </w:tc>
        <w:tc>
          <w:tcPr>
            <w:tcW w:w="2651" w:type="dxa"/>
            <w:shd w:val="clear" w:color="auto" w:fill="F2F2F2"/>
          </w:tcPr>
          <w:p w14:paraId="453A0C1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93C126E" w14:textId="77777777">
        <w:trPr>
          <w:jc w:val="center"/>
        </w:trPr>
        <w:tc>
          <w:tcPr>
            <w:tcW w:w="2651" w:type="dxa"/>
          </w:tcPr>
          <w:p w14:paraId="6C0094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12" w:type="dxa"/>
          </w:tcPr>
          <w:p w14:paraId="6D4D1C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+3%</w:t>
            </w:r>
          </w:p>
        </w:tc>
        <w:tc>
          <w:tcPr>
            <w:tcW w:w="2651" w:type="dxa"/>
          </w:tcPr>
          <w:p w14:paraId="425606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3E8ADFF" w14:textId="77777777">
        <w:trPr>
          <w:jc w:val="center"/>
        </w:trPr>
        <w:tc>
          <w:tcPr>
            <w:tcW w:w="2651" w:type="dxa"/>
          </w:tcPr>
          <w:p w14:paraId="109C06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12" w:type="dxa"/>
          </w:tcPr>
          <w:p w14:paraId="4CA26B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+5%</w:t>
            </w:r>
          </w:p>
        </w:tc>
        <w:tc>
          <w:tcPr>
            <w:tcW w:w="2651" w:type="dxa"/>
          </w:tcPr>
          <w:p w14:paraId="0DF7BB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6BD7863" w14:textId="77777777">
        <w:trPr>
          <w:jc w:val="center"/>
        </w:trPr>
        <w:tc>
          <w:tcPr>
            <w:tcW w:w="2651" w:type="dxa"/>
          </w:tcPr>
          <w:p w14:paraId="406806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12" w:type="dxa"/>
          </w:tcPr>
          <w:p w14:paraId="71BBED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+8%</w:t>
            </w:r>
          </w:p>
        </w:tc>
        <w:tc>
          <w:tcPr>
            <w:tcW w:w="2651" w:type="dxa"/>
          </w:tcPr>
          <w:p w14:paraId="519B88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E1904DB" w14:textId="77777777">
        <w:trPr>
          <w:jc w:val="center"/>
        </w:trPr>
        <w:tc>
          <w:tcPr>
            <w:tcW w:w="2651" w:type="dxa"/>
          </w:tcPr>
          <w:p w14:paraId="3DC048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12" w:type="dxa"/>
          </w:tcPr>
          <w:p w14:paraId="14AF1A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+10%</w:t>
            </w:r>
          </w:p>
        </w:tc>
        <w:tc>
          <w:tcPr>
            <w:tcW w:w="2651" w:type="dxa"/>
          </w:tcPr>
          <w:p w14:paraId="1C8890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F8B1175" w14:textId="77777777">
        <w:trPr>
          <w:jc w:val="center"/>
        </w:trPr>
        <w:tc>
          <w:tcPr>
            <w:tcW w:w="2651" w:type="dxa"/>
          </w:tcPr>
          <w:p w14:paraId="60DC10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12" w:type="dxa"/>
          </w:tcPr>
          <w:p w14:paraId="758296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+13%</w:t>
            </w:r>
          </w:p>
        </w:tc>
        <w:tc>
          <w:tcPr>
            <w:tcW w:w="2651" w:type="dxa"/>
          </w:tcPr>
          <w:p w14:paraId="2DDBAD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BE0BC7C" w14:textId="77777777">
        <w:trPr>
          <w:jc w:val="center"/>
        </w:trPr>
        <w:tc>
          <w:tcPr>
            <w:tcW w:w="2651" w:type="dxa"/>
          </w:tcPr>
          <w:p w14:paraId="75299C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712" w:type="dxa"/>
          </w:tcPr>
          <w:p w14:paraId="586F7D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+15%</w:t>
            </w:r>
          </w:p>
        </w:tc>
        <w:tc>
          <w:tcPr>
            <w:tcW w:w="2651" w:type="dxa"/>
          </w:tcPr>
          <w:p w14:paraId="482E1B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1F143C4" w14:textId="77777777">
        <w:trPr>
          <w:jc w:val="center"/>
        </w:trPr>
        <w:tc>
          <w:tcPr>
            <w:tcW w:w="2651" w:type="dxa"/>
          </w:tcPr>
          <w:p w14:paraId="67ABBE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712" w:type="dxa"/>
          </w:tcPr>
          <w:p w14:paraId="42B761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2651" w:type="dxa"/>
          </w:tcPr>
          <w:p w14:paraId="1034BA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922FB56" w14:textId="77777777">
        <w:trPr>
          <w:jc w:val="center"/>
        </w:trPr>
        <w:tc>
          <w:tcPr>
            <w:tcW w:w="2651" w:type="dxa"/>
          </w:tcPr>
          <w:p w14:paraId="2FC198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712" w:type="dxa"/>
          </w:tcPr>
          <w:p w14:paraId="310D38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+20%</w:t>
            </w:r>
          </w:p>
        </w:tc>
        <w:tc>
          <w:tcPr>
            <w:tcW w:w="2651" w:type="dxa"/>
          </w:tcPr>
          <w:p w14:paraId="6343BF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BDEBE63" w14:textId="77777777">
        <w:trPr>
          <w:jc w:val="center"/>
        </w:trPr>
        <w:tc>
          <w:tcPr>
            <w:tcW w:w="2651" w:type="dxa"/>
          </w:tcPr>
          <w:p w14:paraId="0E10EB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712" w:type="dxa"/>
          </w:tcPr>
          <w:p w14:paraId="3A26B4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+23%</w:t>
            </w:r>
          </w:p>
        </w:tc>
        <w:tc>
          <w:tcPr>
            <w:tcW w:w="2651" w:type="dxa"/>
          </w:tcPr>
          <w:p w14:paraId="79E11B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9309EBE" w14:textId="77777777">
        <w:trPr>
          <w:jc w:val="center"/>
        </w:trPr>
        <w:tc>
          <w:tcPr>
            <w:tcW w:w="2651" w:type="dxa"/>
          </w:tcPr>
          <w:p w14:paraId="3B3AC3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712" w:type="dxa"/>
          </w:tcPr>
          <w:p w14:paraId="5879D9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+25%</w:t>
            </w:r>
          </w:p>
        </w:tc>
        <w:tc>
          <w:tcPr>
            <w:tcW w:w="2651" w:type="dxa"/>
          </w:tcPr>
          <w:p w14:paraId="558E25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6946C73F" w14:textId="77777777" w:rsidR="00501161" w:rsidRDefault="00501161">
      <w:pPr>
        <w:spacing w:after="40"/>
      </w:pPr>
    </w:p>
    <w:p w14:paraId="5B56AF20" w14:textId="77777777" w:rsidR="00501161" w:rsidRDefault="00C637DA">
      <w:r>
        <w:rPr>
          <w:color w:val="555555"/>
          <w:sz w:val="26"/>
          <w:szCs w:val="26"/>
        </w:rPr>
        <w:t>สูตร: Hit Chance = 100% − Enemy Evasion + Accuracy Bonus</w:t>
      </w:r>
    </w:p>
    <w:p w14:paraId="27894667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รับมือ Blind และศัตรูหลบสูงใน Chapter 6</w:t>
      </w:r>
    </w:p>
    <w:p w14:paraId="585EA6D9" w14:textId="77777777" w:rsidR="00501161" w:rsidRDefault="00C637DA">
      <w:pPr>
        <w:ind w:firstLine="720"/>
      </w:pPr>
      <w:r>
        <w:rPr>
          <w:b/>
          <w:bCs/>
        </w:rPr>
        <w:t xml:space="preserve">11. </w:t>
      </w:r>
      <w:r>
        <w:rPr>
          <w:b/>
          <w:bCs/>
        </w:rPr>
        <w:t>ศรตรึงบาท (Pinning Arrow)</w:t>
      </w:r>
      <w:r>
        <w:t xml:space="preserve"> — Active · Tier 3 · </w:t>
      </w:r>
      <w:r>
        <w:t>เป้าหมาย: ศัตรู 1 ตัว · Prerequisite: บ่วงบาศคล้องบาท Rank 3</w:t>
      </w:r>
    </w:p>
    <w:p w14:paraId="4233ACF9" w14:textId="77777777" w:rsidR="00501161" w:rsidRDefault="00C637DA">
      <w:pPr>
        <w:ind w:firstLine="720"/>
      </w:pPr>
      <w:r>
        <w:t>ยิงศรปักขา ลด AGI ของศัตรู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1"/>
        <w:gridCol w:w="2688"/>
        <w:gridCol w:w="1581"/>
        <w:gridCol w:w="1581"/>
        <w:gridCol w:w="1581"/>
      </w:tblGrid>
      <w:tr w:rsidR="00501161" w14:paraId="50DC8588" w14:textId="77777777">
        <w:trPr>
          <w:tblHeader/>
          <w:jc w:val="center"/>
        </w:trPr>
        <w:tc>
          <w:tcPr>
            <w:tcW w:w="1581" w:type="dxa"/>
            <w:shd w:val="clear" w:color="auto" w:fill="F2F2F2"/>
          </w:tcPr>
          <w:p w14:paraId="537F93A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688" w:type="dxa"/>
            <w:shd w:val="clear" w:color="auto" w:fill="F2F2F2"/>
          </w:tcPr>
          <w:p w14:paraId="604FC37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1581" w:type="dxa"/>
            <w:shd w:val="clear" w:color="auto" w:fill="F2F2F2"/>
          </w:tcPr>
          <w:p w14:paraId="6F0B3BC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AGI Down</w:t>
            </w:r>
          </w:p>
        </w:tc>
        <w:tc>
          <w:tcPr>
            <w:tcW w:w="1581" w:type="dxa"/>
            <w:shd w:val="clear" w:color="auto" w:fill="F2F2F2"/>
          </w:tcPr>
          <w:p w14:paraId="1D00D89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1581" w:type="dxa"/>
            <w:shd w:val="clear" w:color="auto" w:fill="F2F2F2"/>
          </w:tcPr>
          <w:p w14:paraId="44822BF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5E8F5F18" w14:textId="77777777">
        <w:trPr>
          <w:jc w:val="center"/>
        </w:trPr>
        <w:tc>
          <w:tcPr>
            <w:tcW w:w="1581" w:type="dxa"/>
          </w:tcPr>
          <w:p w14:paraId="36FB89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8" w:type="dxa"/>
          </w:tcPr>
          <w:p w14:paraId="6AC763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581" w:type="dxa"/>
          </w:tcPr>
          <w:p w14:paraId="7E53CD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-10%</w:t>
            </w:r>
          </w:p>
        </w:tc>
        <w:tc>
          <w:tcPr>
            <w:tcW w:w="1581" w:type="dxa"/>
          </w:tcPr>
          <w:p w14:paraId="701008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321EB1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247330E1" w14:textId="77777777">
        <w:trPr>
          <w:jc w:val="center"/>
        </w:trPr>
        <w:tc>
          <w:tcPr>
            <w:tcW w:w="1581" w:type="dxa"/>
          </w:tcPr>
          <w:p w14:paraId="3D3FFD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88" w:type="dxa"/>
          </w:tcPr>
          <w:p w14:paraId="5AFB52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581" w:type="dxa"/>
          </w:tcPr>
          <w:p w14:paraId="768FD7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-14%</w:t>
            </w:r>
          </w:p>
        </w:tc>
        <w:tc>
          <w:tcPr>
            <w:tcW w:w="1581" w:type="dxa"/>
          </w:tcPr>
          <w:p w14:paraId="073885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1E75B3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6029AD3B" w14:textId="77777777">
        <w:trPr>
          <w:jc w:val="center"/>
        </w:trPr>
        <w:tc>
          <w:tcPr>
            <w:tcW w:w="1581" w:type="dxa"/>
          </w:tcPr>
          <w:p w14:paraId="7226EE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688" w:type="dxa"/>
          </w:tcPr>
          <w:p w14:paraId="5A8EBD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581" w:type="dxa"/>
          </w:tcPr>
          <w:p w14:paraId="311456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-18%</w:t>
            </w:r>
          </w:p>
        </w:tc>
        <w:tc>
          <w:tcPr>
            <w:tcW w:w="1581" w:type="dxa"/>
          </w:tcPr>
          <w:p w14:paraId="743F0F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323617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68D3160A" w14:textId="77777777">
        <w:trPr>
          <w:jc w:val="center"/>
        </w:trPr>
        <w:tc>
          <w:tcPr>
            <w:tcW w:w="1581" w:type="dxa"/>
          </w:tcPr>
          <w:p w14:paraId="39E7A7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88" w:type="dxa"/>
          </w:tcPr>
          <w:p w14:paraId="071A1E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581" w:type="dxa"/>
          </w:tcPr>
          <w:p w14:paraId="10085A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-22%</w:t>
            </w:r>
          </w:p>
        </w:tc>
        <w:tc>
          <w:tcPr>
            <w:tcW w:w="1581" w:type="dxa"/>
          </w:tcPr>
          <w:p w14:paraId="2B92BE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37A8FB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2D60B728" w14:textId="77777777">
        <w:trPr>
          <w:jc w:val="center"/>
        </w:trPr>
        <w:tc>
          <w:tcPr>
            <w:tcW w:w="1581" w:type="dxa"/>
          </w:tcPr>
          <w:p w14:paraId="050165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88" w:type="dxa"/>
          </w:tcPr>
          <w:p w14:paraId="21AA95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581" w:type="dxa"/>
          </w:tcPr>
          <w:p w14:paraId="284690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-26%</w:t>
            </w:r>
          </w:p>
        </w:tc>
        <w:tc>
          <w:tcPr>
            <w:tcW w:w="1581" w:type="dxa"/>
          </w:tcPr>
          <w:p w14:paraId="36354F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363F16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11765E76" w14:textId="77777777">
        <w:trPr>
          <w:jc w:val="center"/>
        </w:trPr>
        <w:tc>
          <w:tcPr>
            <w:tcW w:w="1581" w:type="dxa"/>
          </w:tcPr>
          <w:p w14:paraId="725F40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88" w:type="dxa"/>
          </w:tcPr>
          <w:p w14:paraId="4B3CB5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581" w:type="dxa"/>
          </w:tcPr>
          <w:p w14:paraId="731152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-29%</w:t>
            </w:r>
          </w:p>
        </w:tc>
        <w:tc>
          <w:tcPr>
            <w:tcW w:w="1581" w:type="dxa"/>
          </w:tcPr>
          <w:p w14:paraId="7AA951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4CA5D8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1F1F48CC" w14:textId="77777777">
        <w:trPr>
          <w:jc w:val="center"/>
        </w:trPr>
        <w:tc>
          <w:tcPr>
            <w:tcW w:w="1581" w:type="dxa"/>
          </w:tcPr>
          <w:p w14:paraId="051280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88" w:type="dxa"/>
          </w:tcPr>
          <w:p w14:paraId="31E316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581" w:type="dxa"/>
          </w:tcPr>
          <w:p w14:paraId="6FEACB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-33%</w:t>
            </w:r>
          </w:p>
        </w:tc>
        <w:tc>
          <w:tcPr>
            <w:tcW w:w="1581" w:type="dxa"/>
          </w:tcPr>
          <w:p w14:paraId="1D7B00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12DC0E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7796E7F2" w14:textId="77777777">
        <w:trPr>
          <w:jc w:val="center"/>
        </w:trPr>
        <w:tc>
          <w:tcPr>
            <w:tcW w:w="1581" w:type="dxa"/>
          </w:tcPr>
          <w:p w14:paraId="0E3873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88" w:type="dxa"/>
          </w:tcPr>
          <w:p w14:paraId="26A59B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581" w:type="dxa"/>
          </w:tcPr>
          <w:p w14:paraId="3A4EF1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-37%</w:t>
            </w:r>
          </w:p>
        </w:tc>
        <w:tc>
          <w:tcPr>
            <w:tcW w:w="1581" w:type="dxa"/>
          </w:tcPr>
          <w:p w14:paraId="0195BE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68BB61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3BF4244A" w14:textId="77777777">
        <w:trPr>
          <w:jc w:val="center"/>
        </w:trPr>
        <w:tc>
          <w:tcPr>
            <w:tcW w:w="1581" w:type="dxa"/>
          </w:tcPr>
          <w:p w14:paraId="734D32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88" w:type="dxa"/>
          </w:tcPr>
          <w:p w14:paraId="73A23D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581" w:type="dxa"/>
          </w:tcPr>
          <w:p w14:paraId="3213F6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-41%</w:t>
            </w:r>
          </w:p>
        </w:tc>
        <w:tc>
          <w:tcPr>
            <w:tcW w:w="1581" w:type="dxa"/>
          </w:tcPr>
          <w:p w14:paraId="42D6D1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461F5B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4AAD9695" w14:textId="77777777">
        <w:trPr>
          <w:jc w:val="center"/>
        </w:trPr>
        <w:tc>
          <w:tcPr>
            <w:tcW w:w="1581" w:type="dxa"/>
          </w:tcPr>
          <w:p w14:paraId="2020F1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88" w:type="dxa"/>
          </w:tcPr>
          <w:p w14:paraId="2AD680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581" w:type="dxa"/>
          </w:tcPr>
          <w:p w14:paraId="0207B5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-45%</w:t>
            </w:r>
          </w:p>
        </w:tc>
        <w:tc>
          <w:tcPr>
            <w:tcW w:w="1581" w:type="dxa"/>
          </w:tcPr>
          <w:p w14:paraId="7CC8B6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3B15B4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</w:tbl>
    <w:p w14:paraId="0076BE7B" w14:textId="77777777" w:rsidR="00501161" w:rsidRDefault="00501161">
      <w:pPr>
        <w:spacing w:after="40"/>
      </w:pPr>
    </w:p>
    <w:p w14:paraId="66761AD2" w14:textId="77777777" w:rsidR="00501161" w:rsidRDefault="00C637DA">
      <w:r>
        <w:rPr>
          <w:color w:val="555555"/>
          <w:sz w:val="26"/>
          <w:szCs w:val="26"/>
        </w:rPr>
        <w:t>สูตร: AGI ที่ลดทำให้ศัตรูลงมือช้าลงและหลบได้น้อยลง</w:t>
      </w:r>
    </w:p>
    <w:p w14:paraId="5BEFD596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ใช้กับศัตรูที่ตีก่อนเสมอ</w:t>
      </w:r>
    </w:p>
    <w:p w14:paraId="1AE1C4FE" w14:textId="77777777" w:rsidR="00501161" w:rsidRDefault="00C637DA">
      <w:pPr>
        <w:ind w:firstLine="720"/>
      </w:pPr>
      <w:r>
        <w:rPr>
          <w:b/>
          <w:bCs/>
        </w:rPr>
        <w:t xml:space="preserve">12. </w:t>
      </w:r>
      <w:r>
        <w:rPr>
          <w:b/>
          <w:bCs/>
        </w:rPr>
        <w:t>ศรพรานบุญ (Arrow of Pran Boon)</w:t>
      </w:r>
      <w:r>
        <w:t xml:space="preserve"> — Ultimate · Ultimate · </w:t>
      </w:r>
      <w:r>
        <w:t>เป้าหมาย: ศัตรู 1 ตัว · Prerequisite: Lv40 + เล็งศรจุดตาย Rank 10</w:t>
      </w:r>
    </w:p>
    <w:p w14:paraId="624F1485" w14:textId="77777777" w:rsidR="00501161" w:rsidRDefault="00C637DA">
      <w:pPr>
        <w:ind w:firstLine="720"/>
      </w:pPr>
      <w:r>
        <w:t>ศรของพรานบุญผู้คล้องนางกินรีได้ Crit การันตี ถ้าปิดจ๊อบได้ ได้ดรอปเพิ่ม 1 ชิ้น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4142"/>
        <w:gridCol w:w="2436"/>
      </w:tblGrid>
      <w:tr w:rsidR="00501161" w14:paraId="71BDE024" w14:textId="77777777">
        <w:trPr>
          <w:tblHeader/>
          <w:jc w:val="center"/>
        </w:trPr>
        <w:tc>
          <w:tcPr>
            <w:tcW w:w="2436" w:type="dxa"/>
            <w:shd w:val="clear" w:color="auto" w:fill="F2F2F2"/>
          </w:tcPr>
          <w:p w14:paraId="0ED320C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142" w:type="dxa"/>
            <w:shd w:val="clear" w:color="auto" w:fill="F2F2F2"/>
          </w:tcPr>
          <w:p w14:paraId="549CA8A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Damage </w:t>
            </w:r>
            <w:r>
              <w:rPr>
                <w:b/>
                <w:bCs/>
                <w:sz w:val="28"/>
                <w:szCs w:val="28"/>
              </w:rPr>
              <w:t>Multiplier</w:t>
            </w:r>
          </w:p>
        </w:tc>
        <w:tc>
          <w:tcPr>
            <w:tcW w:w="2436" w:type="dxa"/>
            <w:shd w:val="clear" w:color="auto" w:fill="F2F2F2"/>
          </w:tcPr>
          <w:p w14:paraId="18FE603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2C641A53" w14:textId="77777777">
        <w:trPr>
          <w:jc w:val="center"/>
        </w:trPr>
        <w:tc>
          <w:tcPr>
            <w:tcW w:w="2436" w:type="dxa"/>
          </w:tcPr>
          <w:p w14:paraId="1C4CAD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14:paraId="44B575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300%</w:t>
            </w:r>
          </w:p>
        </w:tc>
        <w:tc>
          <w:tcPr>
            <w:tcW w:w="2436" w:type="dxa"/>
          </w:tcPr>
          <w:p w14:paraId="0067E2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</w:t>
            </w:r>
          </w:p>
        </w:tc>
      </w:tr>
      <w:tr w:rsidR="00501161" w14:paraId="6DEC12B2" w14:textId="77777777">
        <w:trPr>
          <w:jc w:val="center"/>
        </w:trPr>
        <w:tc>
          <w:tcPr>
            <w:tcW w:w="2436" w:type="dxa"/>
          </w:tcPr>
          <w:p w14:paraId="1752A4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14:paraId="587968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400%</w:t>
            </w:r>
          </w:p>
        </w:tc>
        <w:tc>
          <w:tcPr>
            <w:tcW w:w="2436" w:type="dxa"/>
          </w:tcPr>
          <w:p w14:paraId="449A48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</w:tr>
      <w:tr w:rsidR="00501161" w14:paraId="6C03521E" w14:textId="77777777">
        <w:trPr>
          <w:jc w:val="center"/>
        </w:trPr>
        <w:tc>
          <w:tcPr>
            <w:tcW w:w="2436" w:type="dxa"/>
          </w:tcPr>
          <w:p w14:paraId="149620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2" w:type="dxa"/>
          </w:tcPr>
          <w:p w14:paraId="5E73BA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500%</w:t>
            </w:r>
          </w:p>
        </w:tc>
        <w:tc>
          <w:tcPr>
            <w:tcW w:w="2436" w:type="dxa"/>
          </w:tcPr>
          <w:p w14:paraId="18C581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27</w:t>
            </w:r>
          </w:p>
        </w:tc>
      </w:tr>
    </w:tbl>
    <w:p w14:paraId="56723E16" w14:textId="77777777" w:rsidR="00501161" w:rsidRDefault="00501161">
      <w:pPr>
        <w:spacing w:after="40"/>
      </w:pPr>
    </w:p>
    <w:p w14:paraId="77C4AF20" w14:textId="77777777" w:rsidR="00501161" w:rsidRDefault="00C637DA">
      <w:r>
        <w:rPr>
          <w:color w:val="555555"/>
          <w:sz w:val="26"/>
          <w:szCs w:val="26"/>
        </w:rPr>
        <w:t>สูตร: Damage = Physical Base × Multiplier × Crit Damage × 100 / (100 + DEF)</w:t>
      </w:r>
    </w:p>
    <w:p w14:paraId="4F7F565C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ใช้ปิดสัตว์ชั้นสูงเพื่อเอาวัตถุดิบเพิ่ม พรานบุญเป็นพรานในตำนานที่คล้องนางมโนห์ราแห่งป่าหิมพานต์</w:t>
      </w:r>
    </w:p>
    <w:p w14:paraId="6320EB73" w14:textId="77777777" w:rsidR="00501161" w:rsidRDefault="00C637DA">
      <w:pPr>
        <w:pStyle w:val="Heading3"/>
      </w:pPr>
      <w:r>
        <w:t xml:space="preserve">4.7.4 </w:t>
      </w:r>
      <w:r>
        <w:t>หมอ (Medic) — หมอยาแผนโบราณ (Healer / Support)</w:t>
      </w:r>
    </w:p>
    <w:p w14:paraId="00F5876D" w14:textId="77777777" w:rsidR="00501161" w:rsidRDefault="00C637DA">
      <w:pPr>
        <w:ind w:firstLine="720"/>
      </w:pPr>
      <w:r>
        <w:t>หมอยาแผนโบราณผู้รู้ตำราพระโอสถ ฮีล เรียกขวัญ (ชุบชีวิต) ถอนพิษ และปรุงยาที่ค่าย พลังโจมตีและป้องกันต่ำที่ส</w:t>
      </w:r>
      <w:r>
        <w:t>ุด แต่ทำให้ปาร์ตี้รอดในทุกสถานการณ์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6"/>
        <w:gridCol w:w="5409"/>
      </w:tblGrid>
      <w:tr w:rsidR="00501161" w14:paraId="6020A10B" w14:textId="77777777">
        <w:trPr>
          <w:tblHeader/>
          <w:jc w:val="center"/>
        </w:trPr>
        <w:tc>
          <w:tcPr>
            <w:tcW w:w="3606" w:type="dxa"/>
            <w:shd w:val="clear" w:color="auto" w:fill="F2F2F2"/>
          </w:tcPr>
          <w:p w14:paraId="6659229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5409" w:type="dxa"/>
            <w:shd w:val="clear" w:color="auto" w:fill="F2F2F2"/>
          </w:tcPr>
          <w:p w14:paraId="0491957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56962177" w14:textId="77777777">
        <w:trPr>
          <w:jc w:val="center"/>
        </w:trPr>
        <w:tc>
          <w:tcPr>
            <w:tcW w:w="3606" w:type="dxa"/>
          </w:tcPr>
          <w:p w14:paraId="5ECF0B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อาวุธ</w:t>
            </w:r>
          </w:p>
        </w:tc>
        <w:tc>
          <w:tcPr>
            <w:tcW w:w="5409" w:type="dxa"/>
          </w:tcPr>
          <w:p w14:paraId="47F9D6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ไม้เท้า / ครกยา</w:t>
            </w:r>
          </w:p>
        </w:tc>
      </w:tr>
      <w:tr w:rsidR="00501161" w14:paraId="426868C9" w14:textId="77777777">
        <w:trPr>
          <w:jc w:val="center"/>
        </w:trPr>
        <w:tc>
          <w:tcPr>
            <w:tcW w:w="3606" w:type="dxa"/>
          </w:tcPr>
          <w:p w14:paraId="588EC3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ชุด</w:t>
            </w:r>
          </w:p>
        </w:tc>
        <w:tc>
          <w:tcPr>
            <w:tcW w:w="5409" w:type="dxa"/>
          </w:tcPr>
          <w:p w14:paraId="77EFB7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ชุดผ้า</w:t>
            </w:r>
          </w:p>
        </w:tc>
      </w:tr>
      <w:tr w:rsidR="00501161" w14:paraId="079F1B2B" w14:textId="77777777">
        <w:trPr>
          <w:jc w:val="center"/>
        </w:trPr>
        <w:tc>
          <w:tcPr>
            <w:tcW w:w="3606" w:type="dxa"/>
          </w:tcPr>
          <w:p w14:paraId="3A88B7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Stat </w:t>
            </w:r>
            <w:r>
              <w:rPr>
                <w:sz w:val="28"/>
                <w:szCs w:val="28"/>
              </w:rPr>
              <w:t>หลัก</w:t>
            </w:r>
          </w:p>
        </w:tc>
        <w:tc>
          <w:tcPr>
            <w:tcW w:w="5409" w:type="dxa"/>
          </w:tcPr>
          <w:p w14:paraId="29F719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TEC, MP, HP</w:t>
            </w:r>
          </w:p>
        </w:tc>
      </w:tr>
      <w:tr w:rsidR="00501161" w14:paraId="5B97A85A" w14:textId="77777777">
        <w:trPr>
          <w:jc w:val="center"/>
        </w:trPr>
        <w:tc>
          <w:tcPr>
            <w:tcW w:w="3606" w:type="dxa"/>
          </w:tcPr>
          <w:p w14:paraId="7DE206C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ปลดล็อก</w:t>
            </w:r>
          </w:p>
        </w:tc>
        <w:tc>
          <w:tcPr>
            <w:tcW w:w="5409" w:type="dxa"/>
          </w:tcPr>
          <w:p w14:paraId="6329F4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ตั้งแต่เริ่มเกม</w:t>
            </w:r>
          </w:p>
        </w:tc>
      </w:tr>
    </w:tbl>
    <w:p w14:paraId="64226A72" w14:textId="77777777" w:rsidR="00501161" w:rsidRDefault="00501161">
      <w:pPr>
        <w:spacing w:after="40"/>
      </w:pPr>
    </w:p>
    <w:p w14:paraId="175A8AE2" w14:textId="77777777" w:rsidR="00501161" w:rsidRDefault="00C637DA">
      <w:pPr>
        <w:pStyle w:val="ListBullet"/>
        <w:ind w:left="720"/>
      </w:pPr>
      <w:r>
        <w:rPr>
          <w:b/>
          <w:bCs/>
        </w:rPr>
        <w:lastRenderedPageBreak/>
        <w:t>Design Note:</w:t>
      </w:r>
      <w:r>
        <w:t xml:space="preserve"> </w:t>
      </w:r>
      <w:r>
        <w:t>หมอมีสกิลฮีลหลังจบไฟต์ (หมอเดินทัพ) เพื่อให้ปาร์ตี้ไม่ต้องกลับค่ายทุกครั้งที่เลือดลด แลกกับการไม่มีดาเมจ และ MP ของหมอคือทรัพยากรที่กำหนดว่าปาร์ตี้จะอยู่ในป่าได้นานแค่ไหน</w:t>
      </w:r>
    </w:p>
    <w:p w14:paraId="078EB00F" w14:textId="77777777" w:rsidR="00501161" w:rsidRDefault="00C637DA">
      <w:pPr>
        <w:ind w:firstLine="720"/>
      </w:pPr>
      <w:r>
        <w:rPr>
          <w:b/>
          <w:bCs/>
        </w:rPr>
        <w:t xml:space="preserve">1. </w:t>
      </w:r>
      <w:r>
        <w:rPr>
          <w:b/>
          <w:bCs/>
        </w:rPr>
        <w:t>ป้อนยาหอม (Fragrant Remedy)</w:t>
      </w:r>
      <w:r>
        <w:t xml:space="preserve"> — Active · Tier 1 · </w:t>
      </w:r>
      <w:r>
        <w:t>เป้าหมาย: เพื่อน 1 คน · Prerequis</w:t>
      </w:r>
      <w:r>
        <w:t>ite: -</w:t>
      </w:r>
    </w:p>
    <w:p w14:paraId="0804EC85" w14:textId="77777777" w:rsidR="00501161" w:rsidRDefault="00C637DA">
      <w:pPr>
        <w:ind w:firstLine="720"/>
      </w:pPr>
      <w:r>
        <w:t>ป้อนยาหอมสมุนไพร ฟื้น HP ตามสัดส่วน Max HP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75"/>
        <w:gridCol w:w="3863"/>
        <w:gridCol w:w="2575"/>
      </w:tblGrid>
      <w:tr w:rsidR="00501161" w14:paraId="002A9C6C" w14:textId="77777777">
        <w:trPr>
          <w:tblHeader/>
          <w:jc w:val="center"/>
        </w:trPr>
        <w:tc>
          <w:tcPr>
            <w:tcW w:w="2575" w:type="dxa"/>
            <w:shd w:val="clear" w:color="auto" w:fill="F2F2F2"/>
          </w:tcPr>
          <w:p w14:paraId="3FF25F3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863" w:type="dxa"/>
            <w:shd w:val="clear" w:color="auto" w:fill="F2F2F2"/>
          </w:tcPr>
          <w:p w14:paraId="503BA3F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Heal (% Max HP)</w:t>
            </w:r>
          </w:p>
        </w:tc>
        <w:tc>
          <w:tcPr>
            <w:tcW w:w="2575" w:type="dxa"/>
            <w:shd w:val="clear" w:color="auto" w:fill="F2F2F2"/>
          </w:tcPr>
          <w:p w14:paraId="1B0DEC3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609820A3" w14:textId="77777777">
        <w:trPr>
          <w:jc w:val="center"/>
        </w:trPr>
        <w:tc>
          <w:tcPr>
            <w:tcW w:w="2575" w:type="dxa"/>
          </w:tcPr>
          <w:p w14:paraId="7DBF8A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63" w:type="dxa"/>
          </w:tcPr>
          <w:p w14:paraId="382ED5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25%</w:t>
            </w:r>
          </w:p>
        </w:tc>
        <w:tc>
          <w:tcPr>
            <w:tcW w:w="2575" w:type="dxa"/>
          </w:tcPr>
          <w:p w14:paraId="77B472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274BFCAA" w14:textId="77777777">
        <w:trPr>
          <w:jc w:val="center"/>
        </w:trPr>
        <w:tc>
          <w:tcPr>
            <w:tcW w:w="2575" w:type="dxa"/>
          </w:tcPr>
          <w:p w14:paraId="4728EC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63" w:type="dxa"/>
          </w:tcPr>
          <w:p w14:paraId="07F84C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31%</w:t>
            </w:r>
          </w:p>
        </w:tc>
        <w:tc>
          <w:tcPr>
            <w:tcW w:w="2575" w:type="dxa"/>
          </w:tcPr>
          <w:p w14:paraId="5BAD6D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04C26254" w14:textId="77777777">
        <w:trPr>
          <w:jc w:val="center"/>
        </w:trPr>
        <w:tc>
          <w:tcPr>
            <w:tcW w:w="2575" w:type="dxa"/>
          </w:tcPr>
          <w:p w14:paraId="2928C8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63" w:type="dxa"/>
          </w:tcPr>
          <w:p w14:paraId="1C95EA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36%</w:t>
            </w:r>
          </w:p>
        </w:tc>
        <w:tc>
          <w:tcPr>
            <w:tcW w:w="2575" w:type="dxa"/>
          </w:tcPr>
          <w:p w14:paraId="3E5603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29AFFBF3" w14:textId="77777777">
        <w:trPr>
          <w:jc w:val="center"/>
        </w:trPr>
        <w:tc>
          <w:tcPr>
            <w:tcW w:w="2575" w:type="dxa"/>
          </w:tcPr>
          <w:p w14:paraId="3042EE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63" w:type="dxa"/>
          </w:tcPr>
          <w:p w14:paraId="12C3C6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42%</w:t>
            </w:r>
          </w:p>
        </w:tc>
        <w:tc>
          <w:tcPr>
            <w:tcW w:w="2575" w:type="dxa"/>
          </w:tcPr>
          <w:p w14:paraId="7BAFFD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2D5AD47A" w14:textId="77777777">
        <w:trPr>
          <w:jc w:val="center"/>
        </w:trPr>
        <w:tc>
          <w:tcPr>
            <w:tcW w:w="2575" w:type="dxa"/>
          </w:tcPr>
          <w:p w14:paraId="5F616A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63" w:type="dxa"/>
          </w:tcPr>
          <w:p w14:paraId="374826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47%</w:t>
            </w:r>
          </w:p>
        </w:tc>
        <w:tc>
          <w:tcPr>
            <w:tcW w:w="2575" w:type="dxa"/>
          </w:tcPr>
          <w:p w14:paraId="65E8C1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4599398E" w14:textId="77777777">
        <w:trPr>
          <w:jc w:val="center"/>
        </w:trPr>
        <w:tc>
          <w:tcPr>
            <w:tcW w:w="2575" w:type="dxa"/>
          </w:tcPr>
          <w:p w14:paraId="109622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63" w:type="dxa"/>
          </w:tcPr>
          <w:p w14:paraId="6AC44A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53%</w:t>
            </w:r>
          </w:p>
        </w:tc>
        <w:tc>
          <w:tcPr>
            <w:tcW w:w="2575" w:type="dxa"/>
          </w:tcPr>
          <w:p w14:paraId="076194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51771485" w14:textId="77777777">
        <w:trPr>
          <w:jc w:val="center"/>
        </w:trPr>
        <w:tc>
          <w:tcPr>
            <w:tcW w:w="2575" w:type="dxa"/>
          </w:tcPr>
          <w:p w14:paraId="2241D0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63" w:type="dxa"/>
          </w:tcPr>
          <w:p w14:paraId="51F44E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58%</w:t>
            </w:r>
          </w:p>
        </w:tc>
        <w:tc>
          <w:tcPr>
            <w:tcW w:w="2575" w:type="dxa"/>
          </w:tcPr>
          <w:p w14:paraId="24865B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286ABE1E" w14:textId="77777777">
        <w:trPr>
          <w:jc w:val="center"/>
        </w:trPr>
        <w:tc>
          <w:tcPr>
            <w:tcW w:w="2575" w:type="dxa"/>
          </w:tcPr>
          <w:p w14:paraId="605B20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63" w:type="dxa"/>
          </w:tcPr>
          <w:p w14:paraId="22E7E9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64%</w:t>
            </w:r>
          </w:p>
        </w:tc>
        <w:tc>
          <w:tcPr>
            <w:tcW w:w="2575" w:type="dxa"/>
          </w:tcPr>
          <w:p w14:paraId="36063D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09628550" w14:textId="77777777">
        <w:trPr>
          <w:jc w:val="center"/>
        </w:trPr>
        <w:tc>
          <w:tcPr>
            <w:tcW w:w="2575" w:type="dxa"/>
          </w:tcPr>
          <w:p w14:paraId="220C44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863" w:type="dxa"/>
          </w:tcPr>
          <w:p w14:paraId="4B9ED8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69%</w:t>
            </w:r>
          </w:p>
        </w:tc>
        <w:tc>
          <w:tcPr>
            <w:tcW w:w="2575" w:type="dxa"/>
          </w:tcPr>
          <w:p w14:paraId="27DAA1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02F37A5D" w14:textId="77777777">
        <w:trPr>
          <w:jc w:val="center"/>
        </w:trPr>
        <w:tc>
          <w:tcPr>
            <w:tcW w:w="2575" w:type="dxa"/>
          </w:tcPr>
          <w:p w14:paraId="23A10A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863" w:type="dxa"/>
          </w:tcPr>
          <w:p w14:paraId="7409AE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75%</w:t>
            </w:r>
          </w:p>
        </w:tc>
        <w:tc>
          <w:tcPr>
            <w:tcW w:w="2575" w:type="dxa"/>
          </w:tcPr>
          <w:p w14:paraId="326C61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</w:tbl>
    <w:p w14:paraId="51A9E6CD" w14:textId="77777777" w:rsidR="00501161" w:rsidRDefault="00501161">
      <w:pPr>
        <w:spacing w:after="40"/>
      </w:pPr>
    </w:p>
    <w:p w14:paraId="7E0815F8" w14:textId="77777777" w:rsidR="00501161" w:rsidRDefault="00C637DA">
      <w:r>
        <w:rPr>
          <w:color w:val="555555"/>
          <w:sz w:val="26"/>
          <w:szCs w:val="26"/>
        </w:rPr>
        <w:t>สูตร: Heal = Max HP เป้าหมาย × % × (1 + TEC/200)</w:t>
      </w:r>
    </w:p>
    <w:p w14:paraId="173FD796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ฮีลเป็น % Max HP ใช้ได้ดีกับทุกอาชีพ และ TEC ของหมอยังมีผล</w:t>
      </w:r>
    </w:p>
    <w:p w14:paraId="073E5F27" w14:textId="77777777" w:rsidR="00501161" w:rsidRDefault="00C637DA">
      <w:pPr>
        <w:ind w:firstLine="720"/>
      </w:pPr>
      <w:r>
        <w:rPr>
          <w:b/>
          <w:bCs/>
        </w:rPr>
        <w:t xml:space="preserve">2. </w:t>
      </w:r>
      <w:r>
        <w:rPr>
          <w:b/>
          <w:bCs/>
        </w:rPr>
        <w:t>ถอนพิษว่านยา (Herbal Antidote)</w:t>
      </w:r>
      <w:r>
        <w:t xml:space="preserve"> — Active · Tier 1 · </w:t>
      </w:r>
      <w:r>
        <w:t>เป้าหมาย: เพื่อน 1 คน · Prerequisite: -</w:t>
      </w:r>
    </w:p>
    <w:p w14:paraId="7ED4FD7B" w14:textId="77777777" w:rsidR="00501161" w:rsidRDefault="00C637DA">
      <w:pPr>
        <w:ind w:firstLine="720"/>
      </w:pPr>
      <w:r>
        <w:t>ใช้ว่านยาถอนพิษ ลบสถานะผิดปกติ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75"/>
        <w:gridCol w:w="3863"/>
        <w:gridCol w:w="2575"/>
      </w:tblGrid>
      <w:tr w:rsidR="00501161" w14:paraId="04AF68CD" w14:textId="77777777">
        <w:trPr>
          <w:tblHeader/>
          <w:jc w:val="center"/>
        </w:trPr>
        <w:tc>
          <w:tcPr>
            <w:tcW w:w="2575" w:type="dxa"/>
            <w:shd w:val="clear" w:color="auto" w:fill="F2F2F2"/>
          </w:tcPr>
          <w:p w14:paraId="4C0D5F3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863" w:type="dxa"/>
            <w:shd w:val="clear" w:color="auto" w:fill="F2F2F2"/>
          </w:tcPr>
          <w:p w14:paraId="380B248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จำนวนสถานะที่ลบ</w:t>
            </w:r>
          </w:p>
        </w:tc>
        <w:tc>
          <w:tcPr>
            <w:tcW w:w="2575" w:type="dxa"/>
            <w:shd w:val="clear" w:color="auto" w:fill="F2F2F2"/>
          </w:tcPr>
          <w:p w14:paraId="1E858E4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38BC62A5" w14:textId="77777777">
        <w:trPr>
          <w:jc w:val="center"/>
        </w:trPr>
        <w:tc>
          <w:tcPr>
            <w:tcW w:w="2575" w:type="dxa"/>
          </w:tcPr>
          <w:p w14:paraId="585426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63" w:type="dxa"/>
          </w:tcPr>
          <w:p w14:paraId="2F517A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</w:tcPr>
          <w:p w14:paraId="63CFDF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674B2A41" w14:textId="77777777">
        <w:trPr>
          <w:jc w:val="center"/>
        </w:trPr>
        <w:tc>
          <w:tcPr>
            <w:tcW w:w="2575" w:type="dxa"/>
          </w:tcPr>
          <w:p w14:paraId="2E2137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63" w:type="dxa"/>
          </w:tcPr>
          <w:p w14:paraId="4B5332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</w:tcPr>
          <w:p w14:paraId="51D4AF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0890700D" w14:textId="77777777">
        <w:trPr>
          <w:jc w:val="center"/>
        </w:trPr>
        <w:tc>
          <w:tcPr>
            <w:tcW w:w="2575" w:type="dxa"/>
          </w:tcPr>
          <w:p w14:paraId="49A0FE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63" w:type="dxa"/>
          </w:tcPr>
          <w:p w14:paraId="405D68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</w:tcPr>
          <w:p w14:paraId="5A7654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24CAE08D" w14:textId="77777777">
        <w:trPr>
          <w:jc w:val="center"/>
        </w:trPr>
        <w:tc>
          <w:tcPr>
            <w:tcW w:w="2575" w:type="dxa"/>
          </w:tcPr>
          <w:p w14:paraId="28274F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63" w:type="dxa"/>
          </w:tcPr>
          <w:p w14:paraId="0722DF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75" w:type="dxa"/>
          </w:tcPr>
          <w:p w14:paraId="5FED11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74D0DE6E" w14:textId="77777777">
        <w:trPr>
          <w:jc w:val="center"/>
        </w:trPr>
        <w:tc>
          <w:tcPr>
            <w:tcW w:w="2575" w:type="dxa"/>
          </w:tcPr>
          <w:p w14:paraId="161553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63" w:type="dxa"/>
          </w:tcPr>
          <w:p w14:paraId="4B30F3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75" w:type="dxa"/>
          </w:tcPr>
          <w:p w14:paraId="2FFC15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18283045" w14:textId="77777777">
        <w:trPr>
          <w:jc w:val="center"/>
        </w:trPr>
        <w:tc>
          <w:tcPr>
            <w:tcW w:w="2575" w:type="dxa"/>
          </w:tcPr>
          <w:p w14:paraId="0BF21E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63" w:type="dxa"/>
          </w:tcPr>
          <w:p w14:paraId="62889D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75" w:type="dxa"/>
          </w:tcPr>
          <w:p w14:paraId="2E0BDC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748157ED" w14:textId="77777777">
        <w:trPr>
          <w:jc w:val="center"/>
        </w:trPr>
        <w:tc>
          <w:tcPr>
            <w:tcW w:w="2575" w:type="dxa"/>
          </w:tcPr>
          <w:p w14:paraId="58D080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63" w:type="dxa"/>
          </w:tcPr>
          <w:p w14:paraId="51D74E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75" w:type="dxa"/>
          </w:tcPr>
          <w:p w14:paraId="4BE03C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151222E4" w14:textId="77777777">
        <w:trPr>
          <w:jc w:val="center"/>
        </w:trPr>
        <w:tc>
          <w:tcPr>
            <w:tcW w:w="2575" w:type="dxa"/>
          </w:tcPr>
          <w:p w14:paraId="21170E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63" w:type="dxa"/>
          </w:tcPr>
          <w:p w14:paraId="0C979B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75" w:type="dxa"/>
          </w:tcPr>
          <w:p w14:paraId="2F34BB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4C59BFBE" w14:textId="77777777">
        <w:trPr>
          <w:jc w:val="center"/>
        </w:trPr>
        <w:tc>
          <w:tcPr>
            <w:tcW w:w="2575" w:type="dxa"/>
          </w:tcPr>
          <w:p w14:paraId="73D13C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863" w:type="dxa"/>
          </w:tcPr>
          <w:p w14:paraId="3D0233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75" w:type="dxa"/>
          </w:tcPr>
          <w:p w14:paraId="187144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621EEDA2" w14:textId="77777777">
        <w:trPr>
          <w:jc w:val="center"/>
        </w:trPr>
        <w:tc>
          <w:tcPr>
            <w:tcW w:w="2575" w:type="dxa"/>
          </w:tcPr>
          <w:p w14:paraId="2A1DA8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863" w:type="dxa"/>
          </w:tcPr>
          <w:p w14:paraId="4EE287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75" w:type="dxa"/>
          </w:tcPr>
          <w:p w14:paraId="637387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</w:tbl>
    <w:p w14:paraId="578F50EB" w14:textId="77777777" w:rsidR="00501161" w:rsidRDefault="00501161">
      <w:pPr>
        <w:spacing w:after="40"/>
      </w:pPr>
    </w:p>
    <w:p w14:paraId="302024E2" w14:textId="77777777" w:rsidR="00501161" w:rsidRDefault="00C637DA">
      <w:r>
        <w:rPr>
          <w:color w:val="555555"/>
          <w:sz w:val="26"/>
          <w:szCs w:val="26"/>
        </w:rPr>
        <w:t>สูตร: ลบตามลำดับ Priority (Section 5.6)</w:t>
      </w:r>
    </w:p>
    <w:p w14:paraId="5C33BFF3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ตัวแก้ศัตรูสาย Caster</w:t>
      </w:r>
    </w:p>
    <w:p w14:paraId="4857C2EA" w14:textId="77777777" w:rsidR="00501161" w:rsidRDefault="00C637DA">
      <w:pPr>
        <w:ind w:firstLine="720"/>
      </w:pPr>
      <w:r>
        <w:rPr>
          <w:b/>
          <w:bCs/>
        </w:rPr>
        <w:t xml:space="preserve">3. </w:t>
      </w:r>
      <w:r>
        <w:rPr>
          <w:b/>
          <w:bCs/>
        </w:rPr>
        <w:t>ตำราพระโอสถพระนารายณ์ (Royal Pharmacopoeia)</w:t>
      </w:r>
      <w:r>
        <w:t xml:space="preserve"> — Passive · Tier 1 · </w:t>
      </w:r>
      <w:r>
        <w:t>เป้าหมาย: - · Prerequisite: -</w:t>
      </w:r>
    </w:p>
    <w:p w14:paraId="69DD6B97" w14:textId="77777777" w:rsidR="00501161" w:rsidRDefault="00C637DA">
      <w:pPr>
        <w:ind w:firstLine="720"/>
      </w:pPr>
      <w:r>
        <w:t>ความรู้จากตำราพระโอสถสมัยสมเด็จพระนารายณ์ ยาที่ปรุงแรงขึ้น และปลดล็อกสูตรยาที่เรือนหมอหลวง (จันทร์)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60"/>
        <w:gridCol w:w="2352"/>
        <w:gridCol w:w="2743"/>
        <w:gridCol w:w="1960"/>
      </w:tblGrid>
      <w:tr w:rsidR="00501161" w14:paraId="7C199D5E" w14:textId="77777777">
        <w:trPr>
          <w:tblHeader/>
          <w:jc w:val="center"/>
        </w:trPr>
        <w:tc>
          <w:tcPr>
            <w:tcW w:w="1960" w:type="dxa"/>
            <w:shd w:val="clear" w:color="auto" w:fill="F2F2F2"/>
          </w:tcPr>
          <w:p w14:paraId="6E755ED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352" w:type="dxa"/>
            <w:shd w:val="clear" w:color="auto" w:fill="F2F2F2"/>
          </w:tcPr>
          <w:p w14:paraId="27C52A6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Potion Power</w:t>
            </w:r>
          </w:p>
        </w:tc>
        <w:tc>
          <w:tcPr>
            <w:tcW w:w="2743" w:type="dxa"/>
            <w:shd w:val="clear" w:color="auto" w:fill="F2F2F2"/>
          </w:tcPr>
          <w:p w14:paraId="51F8EE2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สูตรที่ปลดล็อก</w:t>
            </w:r>
          </w:p>
        </w:tc>
        <w:tc>
          <w:tcPr>
            <w:tcW w:w="1960" w:type="dxa"/>
            <w:shd w:val="clear" w:color="auto" w:fill="F2F2F2"/>
          </w:tcPr>
          <w:p w14:paraId="55D589F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069E426" w14:textId="77777777">
        <w:trPr>
          <w:jc w:val="center"/>
        </w:trPr>
        <w:tc>
          <w:tcPr>
            <w:tcW w:w="1960" w:type="dxa"/>
          </w:tcPr>
          <w:p w14:paraId="7DB70F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52" w:type="dxa"/>
          </w:tcPr>
          <w:p w14:paraId="72DC0C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+5%</w:t>
            </w:r>
          </w:p>
        </w:tc>
        <w:tc>
          <w:tcPr>
            <w:tcW w:w="2743" w:type="dxa"/>
          </w:tcPr>
          <w:p w14:paraId="7EDE55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ยาหอม</w:t>
            </w:r>
          </w:p>
        </w:tc>
        <w:tc>
          <w:tcPr>
            <w:tcW w:w="1960" w:type="dxa"/>
          </w:tcPr>
          <w:p w14:paraId="3289ED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87DDBB3" w14:textId="77777777">
        <w:trPr>
          <w:jc w:val="center"/>
        </w:trPr>
        <w:tc>
          <w:tcPr>
            <w:tcW w:w="1960" w:type="dxa"/>
          </w:tcPr>
          <w:p w14:paraId="296288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52" w:type="dxa"/>
          </w:tcPr>
          <w:p w14:paraId="440969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+10%</w:t>
            </w:r>
          </w:p>
        </w:tc>
        <w:tc>
          <w:tcPr>
            <w:tcW w:w="2743" w:type="dxa"/>
          </w:tcPr>
          <w:p w14:paraId="381029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ยาหอม</w:t>
            </w:r>
          </w:p>
        </w:tc>
        <w:tc>
          <w:tcPr>
            <w:tcW w:w="1960" w:type="dxa"/>
          </w:tcPr>
          <w:p w14:paraId="5F0AB2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1495016" w14:textId="77777777">
        <w:trPr>
          <w:jc w:val="center"/>
        </w:trPr>
        <w:tc>
          <w:tcPr>
            <w:tcW w:w="1960" w:type="dxa"/>
          </w:tcPr>
          <w:p w14:paraId="4F623A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52" w:type="dxa"/>
          </w:tcPr>
          <w:p w14:paraId="065A88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+15%</w:t>
            </w:r>
          </w:p>
        </w:tc>
        <w:tc>
          <w:tcPr>
            <w:tcW w:w="2743" w:type="dxa"/>
          </w:tcPr>
          <w:p w14:paraId="5A3086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ยาหอม</w:t>
            </w:r>
          </w:p>
        </w:tc>
        <w:tc>
          <w:tcPr>
            <w:tcW w:w="1960" w:type="dxa"/>
          </w:tcPr>
          <w:p w14:paraId="12B052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F1034AA" w14:textId="77777777">
        <w:trPr>
          <w:jc w:val="center"/>
        </w:trPr>
        <w:tc>
          <w:tcPr>
            <w:tcW w:w="1960" w:type="dxa"/>
          </w:tcPr>
          <w:p w14:paraId="449223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52" w:type="dxa"/>
          </w:tcPr>
          <w:p w14:paraId="35733D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+20%</w:t>
            </w:r>
          </w:p>
        </w:tc>
        <w:tc>
          <w:tcPr>
            <w:tcW w:w="2743" w:type="dxa"/>
          </w:tcPr>
          <w:p w14:paraId="210062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+ </w:t>
            </w:r>
            <w:r>
              <w:rPr>
                <w:sz w:val="28"/>
                <w:szCs w:val="28"/>
              </w:rPr>
              <w:t>ยาเขียว</w:t>
            </w:r>
          </w:p>
        </w:tc>
        <w:tc>
          <w:tcPr>
            <w:tcW w:w="1960" w:type="dxa"/>
          </w:tcPr>
          <w:p w14:paraId="26CE2F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477770D" w14:textId="77777777">
        <w:trPr>
          <w:jc w:val="center"/>
        </w:trPr>
        <w:tc>
          <w:tcPr>
            <w:tcW w:w="1960" w:type="dxa"/>
          </w:tcPr>
          <w:p w14:paraId="3BC13A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52" w:type="dxa"/>
          </w:tcPr>
          <w:p w14:paraId="7EF774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+25%</w:t>
            </w:r>
          </w:p>
        </w:tc>
        <w:tc>
          <w:tcPr>
            <w:tcW w:w="2743" w:type="dxa"/>
          </w:tcPr>
          <w:p w14:paraId="764988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+ </w:t>
            </w:r>
            <w:r>
              <w:rPr>
                <w:sz w:val="28"/>
                <w:szCs w:val="28"/>
              </w:rPr>
              <w:t>ยาเขียว</w:t>
            </w:r>
          </w:p>
        </w:tc>
        <w:tc>
          <w:tcPr>
            <w:tcW w:w="1960" w:type="dxa"/>
          </w:tcPr>
          <w:p w14:paraId="7E0302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7FA98B9" w14:textId="77777777">
        <w:trPr>
          <w:jc w:val="center"/>
        </w:trPr>
        <w:tc>
          <w:tcPr>
            <w:tcW w:w="1960" w:type="dxa"/>
          </w:tcPr>
          <w:p w14:paraId="061F0D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52" w:type="dxa"/>
          </w:tcPr>
          <w:p w14:paraId="7057E6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+30%</w:t>
            </w:r>
          </w:p>
        </w:tc>
        <w:tc>
          <w:tcPr>
            <w:tcW w:w="2743" w:type="dxa"/>
          </w:tcPr>
          <w:p w14:paraId="7737E4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+ </w:t>
            </w:r>
            <w:r>
              <w:rPr>
                <w:sz w:val="28"/>
                <w:szCs w:val="28"/>
              </w:rPr>
              <w:t>ยาเขียว</w:t>
            </w:r>
          </w:p>
        </w:tc>
        <w:tc>
          <w:tcPr>
            <w:tcW w:w="1960" w:type="dxa"/>
          </w:tcPr>
          <w:p w14:paraId="3639F1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F1D6F16" w14:textId="77777777">
        <w:trPr>
          <w:jc w:val="center"/>
        </w:trPr>
        <w:tc>
          <w:tcPr>
            <w:tcW w:w="1960" w:type="dxa"/>
          </w:tcPr>
          <w:p w14:paraId="13C1E7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52" w:type="dxa"/>
          </w:tcPr>
          <w:p w14:paraId="10DE8B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+35%</w:t>
            </w:r>
          </w:p>
        </w:tc>
        <w:tc>
          <w:tcPr>
            <w:tcW w:w="2743" w:type="dxa"/>
          </w:tcPr>
          <w:p w14:paraId="44A46D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+ </w:t>
            </w:r>
            <w:r>
              <w:rPr>
                <w:sz w:val="28"/>
                <w:szCs w:val="28"/>
              </w:rPr>
              <w:t>ยาดมส้มโอมือ</w:t>
            </w:r>
          </w:p>
        </w:tc>
        <w:tc>
          <w:tcPr>
            <w:tcW w:w="1960" w:type="dxa"/>
          </w:tcPr>
          <w:p w14:paraId="730EF0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0F0EAAA" w14:textId="77777777">
        <w:trPr>
          <w:jc w:val="center"/>
        </w:trPr>
        <w:tc>
          <w:tcPr>
            <w:tcW w:w="1960" w:type="dxa"/>
          </w:tcPr>
          <w:p w14:paraId="473B52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52" w:type="dxa"/>
          </w:tcPr>
          <w:p w14:paraId="49D797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+40%</w:t>
            </w:r>
          </w:p>
        </w:tc>
        <w:tc>
          <w:tcPr>
            <w:tcW w:w="2743" w:type="dxa"/>
          </w:tcPr>
          <w:p w14:paraId="6ED2E5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+ </w:t>
            </w:r>
            <w:r>
              <w:rPr>
                <w:sz w:val="28"/>
                <w:szCs w:val="28"/>
              </w:rPr>
              <w:t>ยาดมส้มโอมือ</w:t>
            </w:r>
          </w:p>
        </w:tc>
        <w:tc>
          <w:tcPr>
            <w:tcW w:w="1960" w:type="dxa"/>
          </w:tcPr>
          <w:p w14:paraId="2BAB97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2CD79C0" w14:textId="77777777">
        <w:trPr>
          <w:jc w:val="center"/>
        </w:trPr>
        <w:tc>
          <w:tcPr>
            <w:tcW w:w="1960" w:type="dxa"/>
          </w:tcPr>
          <w:p w14:paraId="65676E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52" w:type="dxa"/>
          </w:tcPr>
          <w:p w14:paraId="4BF796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+45%</w:t>
            </w:r>
          </w:p>
        </w:tc>
        <w:tc>
          <w:tcPr>
            <w:tcW w:w="2743" w:type="dxa"/>
          </w:tcPr>
          <w:p w14:paraId="7446B8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+ </w:t>
            </w:r>
            <w:r>
              <w:rPr>
                <w:sz w:val="28"/>
                <w:szCs w:val="28"/>
              </w:rPr>
              <w:t>ยาดมส้มโอมือ</w:t>
            </w:r>
          </w:p>
        </w:tc>
        <w:tc>
          <w:tcPr>
            <w:tcW w:w="1960" w:type="dxa"/>
          </w:tcPr>
          <w:p w14:paraId="5833B5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49B3658" w14:textId="77777777">
        <w:trPr>
          <w:jc w:val="center"/>
        </w:trPr>
        <w:tc>
          <w:tcPr>
            <w:tcW w:w="1960" w:type="dxa"/>
          </w:tcPr>
          <w:p w14:paraId="2FC494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52" w:type="dxa"/>
          </w:tcPr>
          <w:p w14:paraId="238816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+50%</w:t>
            </w:r>
          </w:p>
        </w:tc>
        <w:tc>
          <w:tcPr>
            <w:tcW w:w="2743" w:type="dxa"/>
          </w:tcPr>
          <w:p w14:paraId="36D01C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+ </w:t>
            </w:r>
            <w:r>
              <w:rPr>
                <w:sz w:val="28"/>
                <w:szCs w:val="28"/>
              </w:rPr>
              <w:t>ยาทิพย์</w:t>
            </w:r>
          </w:p>
        </w:tc>
        <w:tc>
          <w:tcPr>
            <w:tcW w:w="1960" w:type="dxa"/>
          </w:tcPr>
          <w:p w14:paraId="68DB6AC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1180ABB5" w14:textId="77777777" w:rsidR="00501161" w:rsidRDefault="00501161">
      <w:pPr>
        <w:spacing w:after="40"/>
      </w:pPr>
    </w:p>
    <w:p w14:paraId="1047FB26" w14:textId="77777777" w:rsidR="00501161" w:rsidRDefault="00C637DA">
      <w:r>
        <w:rPr>
          <w:color w:val="555555"/>
          <w:sz w:val="26"/>
          <w:szCs w:val="26"/>
        </w:rPr>
        <w:t>สูตร: ผลของยา = Base × (1 + Potion Power) · มีผลเมื่อมีหมอในสังกัด (ไม่ต้องอยู่ในปาร์ตี้)</w:t>
      </w:r>
    </w:p>
    <w:p w14:paraId="347AA3B7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ทำให้หมอมีค่าแม้วันที่ไม่ได้พาเข้าป่า</w:t>
      </w:r>
    </w:p>
    <w:p w14:paraId="5FE7852F" w14:textId="77777777" w:rsidR="00501161" w:rsidRDefault="00C637DA">
      <w:pPr>
        <w:ind w:firstLine="720"/>
      </w:pPr>
      <w:r>
        <w:rPr>
          <w:b/>
          <w:bCs/>
        </w:rPr>
        <w:t xml:space="preserve">4. </w:t>
      </w:r>
      <w:r>
        <w:rPr>
          <w:b/>
          <w:bCs/>
        </w:rPr>
        <w:t>ปราณบำรุง (Vital Breath)</w:t>
      </w:r>
      <w:r>
        <w:t xml:space="preserve"> — Passive · Tier 1 · </w:t>
      </w:r>
      <w:r>
        <w:t>เป้าหมาย: - · Prerequisite: -</w:t>
      </w:r>
    </w:p>
    <w:p w14:paraId="4FED56E2" w14:textId="77777777" w:rsidR="00501161" w:rsidRDefault="00C637DA">
      <w:pPr>
        <w:ind w:firstLine="720"/>
      </w:pPr>
      <w:r>
        <w:t>บำรุงปราณ เพิ่ม Max MP (Stat Boost แบบ Etrian Odyssey)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17"/>
        <w:gridCol w:w="3380"/>
        <w:gridCol w:w="2817"/>
      </w:tblGrid>
      <w:tr w:rsidR="00501161" w14:paraId="5860A318" w14:textId="77777777">
        <w:trPr>
          <w:tblHeader/>
          <w:jc w:val="center"/>
        </w:trPr>
        <w:tc>
          <w:tcPr>
            <w:tcW w:w="2817" w:type="dxa"/>
            <w:shd w:val="clear" w:color="auto" w:fill="F2F2F2"/>
          </w:tcPr>
          <w:p w14:paraId="5F2AEAC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380" w:type="dxa"/>
            <w:shd w:val="clear" w:color="auto" w:fill="F2F2F2"/>
          </w:tcPr>
          <w:p w14:paraId="0C7DA37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Max MP Bonus</w:t>
            </w:r>
          </w:p>
        </w:tc>
        <w:tc>
          <w:tcPr>
            <w:tcW w:w="2817" w:type="dxa"/>
            <w:shd w:val="clear" w:color="auto" w:fill="F2F2F2"/>
          </w:tcPr>
          <w:p w14:paraId="4AF5F26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4BBC13A2" w14:textId="77777777">
        <w:trPr>
          <w:jc w:val="center"/>
        </w:trPr>
        <w:tc>
          <w:tcPr>
            <w:tcW w:w="2817" w:type="dxa"/>
          </w:tcPr>
          <w:p w14:paraId="0E5DB5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80" w:type="dxa"/>
          </w:tcPr>
          <w:p w14:paraId="3C07B0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+3%</w:t>
            </w:r>
          </w:p>
        </w:tc>
        <w:tc>
          <w:tcPr>
            <w:tcW w:w="2817" w:type="dxa"/>
          </w:tcPr>
          <w:p w14:paraId="0DFA05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C2E9DE9" w14:textId="77777777">
        <w:trPr>
          <w:jc w:val="center"/>
        </w:trPr>
        <w:tc>
          <w:tcPr>
            <w:tcW w:w="2817" w:type="dxa"/>
          </w:tcPr>
          <w:p w14:paraId="094A09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80" w:type="dxa"/>
          </w:tcPr>
          <w:p w14:paraId="784C80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+6%</w:t>
            </w:r>
          </w:p>
        </w:tc>
        <w:tc>
          <w:tcPr>
            <w:tcW w:w="2817" w:type="dxa"/>
          </w:tcPr>
          <w:p w14:paraId="29EB1F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90C4377" w14:textId="77777777">
        <w:trPr>
          <w:jc w:val="center"/>
        </w:trPr>
        <w:tc>
          <w:tcPr>
            <w:tcW w:w="2817" w:type="dxa"/>
          </w:tcPr>
          <w:p w14:paraId="636CC9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80" w:type="dxa"/>
          </w:tcPr>
          <w:p w14:paraId="5F7007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+9%</w:t>
            </w:r>
          </w:p>
        </w:tc>
        <w:tc>
          <w:tcPr>
            <w:tcW w:w="2817" w:type="dxa"/>
          </w:tcPr>
          <w:p w14:paraId="67CCDB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8C8CBF5" w14:textId="77777777">
        <w:trPr>
          <w:jc w:val="center"/>
        </w:trPr>
        <w:tc>
          <w:tcPr>
            <w:tcW w:w="2817" w:type="dxa"/>
          </w:tcPr>
          <w:p w14:paraId="268500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80" w:type="dxa"/>
          </w:tcPr>
          <w:p w14:paraId="57805B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+12%</w:t>
            </w:r>
          </w:p>
        </w:tc>
        <w:tc>
          <w:tcPr>
            <w:tcW w:w="2817" w:type="dxa"/>
          </w:tcPr>
          <w:p w14:paraId="723510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1125948" w14:textId="77777777">
        <w:trPr>
          <w:jc w:val="center"/>
        </w:trPr>
        <w:tc>
          <w:tcPr>
            <w:tcW w:w="2817" w:type="dxa"/>
          </w:tcPr>
          <w:p w14:paraId="4A4575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380" w:type="dxa"/>
          </w:tcPr>
          <w:p w14:paraId="65A6A3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+15%</w:t>
            </w:r>
          </w:p>
        </w:tc>
        <w:tc>
          <w:tcPr>
            <w:tcW w:w="2817" w:type="dxa"/>
          </w:tcPr>
          <w:p w14:paraId="44CABF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2B72C4A" w14:textId="77777777">
        <w:trPr>
          <w:jc w:val="center"/>
        </w:trPr>
        <w:tc>
          <w:tcPr>
            <w:tcW w:w="2817" w:type="dxa"/>
          </w:tcPr>
          <w:p w14:paraId="27F7FD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80" w:type="dxa"/>
          </w:tcPr>
          <w:p w14:paraId="6FBBF8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2817" w:type="dxa"/>
          </w:tcPr>
          <w:p w14:paraId="1949E3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15D7AAE" w14:textId="77777777">
        <w:trPr>
          <w:jc w:val="center"/>
        </w:trPr>
        <w:tc>
          <w:tcPr>
            <w:tcW w:w="2817" w:type="dxa"/>
          </w:tcPr>
          <w:p w14:paraId="082AE3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380" w:type="dxa"/>
          </w:tcPr>
          <w:p w14:paraId="706C76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+21%</w:t>
            </w:r>
          </w:p>
        </w:tc>
        <w:tc>
          <w:tcPr>
            <w:tcW w:w="2817" w:type="dxa"/>
          </w:tcPr>
          <w:p w14:paraId="0C0BF2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799F3E3" w14:textId="77777777">
        <w:trPr>
          <w:jc w:val="center"/>
        </w:trPr>
        <w:tc>
          <w:tcPr>
            <w:tcW w:w="2817" w:type="dxa"/>
          </w:tcPr>
          <w:p w14:paraId="3A3835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380" w:type="dxa"/>
          </w:tcPr>
          <w:p w14:paraId="195958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+24%</w:t>
            </w:r>
          </w:p>
        </w:tc>
        <w:tc>
          <w:tcPr>
            <w:tcW w:w="2817" w:type="dxa"/>
          </w:tcPr>
          <w:p w14:paraId="13A8A3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8606593" w14:textId="77777777">
        <w:trPr>
          <w:jc w:val="center"/>
        </w:trPr>
        <w:tc>
          <w:tcPr>
            <w:tcW w:w="2817" w:type="dxa"/>
          </w:tcPr>
          <w:p w14:paraId="782E1F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380" w:type="dxa"/>
          </w:tcPr>
          <w:p w14:paraId="1C711D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+27%</w:t>
            </w:r>
          </w:p>
        </w:tc>
        <w:tc>
          <w:tcPr>
            <w:tcW w:w="2817" w:type="dxa"/>
          </w:tcPr>
          <w:p w14:paraId="3A84EC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0ACDAF1" w14:textId="77777777">
        <w:trPr>
          <w:jc w:val="center"/>
        </w:trPr>
        <w:tc>
          <w:tcPr>
            <w:tcW w:w="2817" w:type="dxa"/>
          </w:tcPr>
          <w:p w14:paraId="45256A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380" w:type="dxa"/>
          </w:tcPr>
          <w:p w14:paraId="476EEA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+30%</w:t>
            </w:r>
          </w:p>
        </w:tc>
        <w:tc>
          <w:tcPr>
            <w:tcW w:w="2817" w:type="dxa"/>
          </w:tcPr>
          <w:p w14:paraId="053A17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22581503" w14:textId="77777777" w:rsidR="00501161" w:rsidRDefault="00501161">
      <w:pPr>
        <w:spacing w:after="40"/>
      </w:pPr>
    </w:p>
    <w:p w14:paraId="282AD62E" w14:textId="77777777" w:rsidR="00501161" w:rsidRDefault="00C637DA">
      <w:r>
        <w:rPr>
          <w:color w:val="555555"/>
          <w:sz w:val="26"/>
          <w:szCs w:val="26"/>
        </w:rPr>
        <w:t>สูตร: Max MP × (1 + Bonus)</w:t>
      </w:r>
    </w:p>
    <w:p w14:paraId="0E675E22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Stat Boost </w:t>
      </w:r>
      <w:r>
        <w:t>ของหมอ</w:t>
      </w:r>
    </w:p>
    <w:p w14:paraId="2E92F367" w14:textId="77777777" w:rsidR="00501161" w:rsidRDefault="00C637DA">
      <w:pPr>
        <w:ind w:firstLine="720"/>
      </w:pPr>
      <w:r>
        <w:rPr>
          <w:b/>
          <w:bCs/>
        </w:rPr>
        <w:t xml:space="preserve">5. </w:t>
      </w:r>
      <w:r>
        <w:rPr>
          <w:b/>
          <w:bCs/>
        </w:rPr>
        <w:t>พรมน้ำมนต์ (Sprinkling Holy Water)</w:t>
      </w:r>
      <w:r>
        <w:t xml:space="preserve"> — Active · Tier 2 · </w:t>
      </w:r>
      <w:r>
        <w:t>เป้าหมาย: ปาร์ตี้ · Prerequisite: ป้อนยาหอม Rank 3</w:t>
      </w:r>
    </w:p>
    <w:p w14:paraId="569080F8" w14:textId="77777777" w:rsidR="00501161" w:rsidRDefault="00C637DA">
      <w:pPr>
        <w:ind w:firstLine="720"/>
      </w:pPr>
      <w:r>
        <w:t>พรมน้ำมนต์ฟื้น HP ทั้งปาร์ตี้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75"/>
        <w:gridCol w:w="3863"/>
        <w:gridCol w:w="2575"/>
      </w:tblGrid>
      <w:tr w:rsidR="00501161" w14:paraId="07790ED0" w14:textId="77777777">
        <w:trPr>
          <w:tblHeader/>
          <w:jc w:val="center"/>
        </w:trPr>
        <w:tc>
          <w:tcPr>
            <w:tcW w:w="2575" w:type="dxa"/>
            <w:shd w:val="clear" w:color="auto" w:fill="F2F2F2"/>
          </w:tcPr>
          <w:p w14:paraId="00B0A00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863" w:type="dxa"/>
            <w:shd w:val="clear" w:color="auto" w:fill="F2F2F2"/>
          </w:tcPr>
          <w:p w14:paraId="12F8290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Heal (% Max HP)</w:t>
            </w:r>
          </w:p>
        </w:tc>
        <w:tc>
          <w:tcPr>
            <w:tcW w:w="2575" w:type="dxa"/>
            <w:shd w:val="clear" w:color="auto" w:fill="F2F2F2"/>
          </w:tcPr>
          <w:p w14:paraId="5549B38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4EAF5A6B" w14:textId="77777777">
        <w:trPr>
          <w:jc w:val="center"/>
        </w:trPr>
        <w:tc>
          <w:tcPr>
            <w:tcW w:w="2575" w:type="dxa"/>
          </w:tcPr>
          <w:p w14:paraId="4A39E5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63" w:type="dxa"/>
          </w:tcPr>
          <w:p w14:paraId="2A218D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12%</w:t>
            </w:r>
          </w:p>
        </w:tc>
        <w:tc>
          <w:tcPr>
            <w:tcW w:w="2575" w:type="dxa"/>
          </w:tcPr>
          <w:p w14:paraId="6437E0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2A83304D" w14:textId="77777777">
        <w:trPr>
          <w:jc w:val="center"/>
        </w:trPr>
        <w:tc>
          <w:tcPr>
            <w:tcW w:w="2575" w:type="dxa"/>
          </w:tcPr>
          <w:p w14:paraId="382C8D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63" w:type="dxa"/>
          </w:tcPr>
          <w:p w14:paraId="204687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15%</w:t>
            </w:r>
          </w:p>
        </w:tc>
        <w:tc>
          <w:tcPr>
            <w:tcW w:w="2575" w:type="dxa"/>
          </w:tcPr>
          <w:p w14:paraId="4CD535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73CAB87C" w14:textId="77777777">
        <w:trPr>
          <w:jc w:val="center"/>
        </w:trPr>
        <w:tc>
          <w:tcPr>
            <w:tcW w:w="2575" w:type="dxa"/>
          </w:tcPr>
          <w:p w14:paraId="05E0B3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63" w:type="dxa"/>
          </w:tcPr>
          <w:p w14:paraId="1864FB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18%</w:t>
            </w:r>
          </w:p>
        </w:tc>
        <w:tc>
          <w:tcPr>
            <w:tcW w:w="2575" w:type="dxa"/>
          </w:tcPr>
          <w:p w14:paraId="75059F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434B6365" w14:textId="77777777">
        <w:trPr>
          <w:jc w:val="center"/>
        </w:trPr>
        <w:tc>
          <w:tcPr>
            <w:tcW w:w="2575" w:type="dxa"/>
          </w:tcPr>
          <w:p w14:paraId="43145F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63" w:type="dxa"/>
          </w:tcPr>
          <w:p w14:paraId="7FAA99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21%</w:t>
            </w:r>
          </w:p>
        </w:tc>
        <w:tc>
          <w:tcPr>
            <w:tcW w:w="2575" w:type="dxa"/>
          </w:tcPr>
          <w:p w14:paraId="4EC6FF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</w:tr>
      <w:tr w:rsidR="00501161" w14:paraId="49A4BC64" w14:textId="77777777">
        <w:trPr>
          <w:jc w:val="center"/>
        </w:trPr>
        <w:tc>
          <w:tcPr>
            <w:tcW w:w="2575" w:type="dxa"/>
          </w:tcPr>
          <w:p w14:paraId="3E30E1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63" w:type="dxa"/>
          </w:tcPr>
          <w:p w14:paraId="7446B9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24%</w:t>
            </w:r>
          </w:p>
        </w:tc>
        <w:tc>
          <w:tcPr>
            <w:tcW w:w="2575" w:type="dxa"/>
          </w:tcPr>
          <w:p w14:paraId="583D7B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</w:tr>
      <w:tr w:rsidR="00501161" w14:paraId="71595517" w14:textId="77777777">
        <w:trPr>
          <w:jc w:val="center"/>
        </w:trPr>
        <w:tc>
          <w:tcPr>
            <w:tcW w:w="2575" w:type="dxa"/>
          </w:tcPr>
          <w:p w14:paraId="4FDC18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63" w:type="dxa"/>
          </w:tcPr>
          <w:p w14:paraId="49B04D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28%</w:t>
            </w:r>
          </w:p>
        </w:tc>
        <w:tc>
          <w:tcPr>
            <w:tcW w:w="2575" w:type="dxa"/>
          </w:tcPr>
          <w:p w14:paraId="0B986B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</w:t>
            </w:r>
          </w:p>
        </w:tc>
      </w:tr>
      <w:tr w:rsidR="00501161" w14:paraId="03EFA455" w14:textId="77777777">
        <w:trPr>
          <w:jc w:val="center"/>
        </w:trPr>
        <w:tc>
          <w:tcPr>
            <w:tcW w:w="2575" w:type="dxa"/>
          </w:tcPr>
          <w:p w14:paraId="0B2257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63" w:type="dxa"/>
          </w:tcPr>
          <w:p w14:paraId="3F8A7F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31%</w:t>
            </w:r>
          </w:p>
        </w:tc>
        <w:tc>
          <w:tcPr>
            <w:tcW w:w="2575" w:type="dxa"/>
          </w:tcPr>
          <w:p w14:paraId="3F503A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</w:t>
            </w:r>
          </w:p>
        </w:tc>
      </w:tr>
      <w:tr w:rsidR="00501161" w14:paraId="2091D038" w14:textId="77777777">
        <w:trPr>
          <w:jc w:val="center"/>
        </w:trPr>
        <w:tc>
          <w:tcPr>
            <w:tcW w:w="2575" w:type="dxa"/>
          </w:tcPr>
          <w:p w14:paraId="1B7FF5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63" w:type="dxa"/>
          </w:tcPr>
          <w:p w14:paraId="16EC62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34%</w:t>
            </w:r>
          </w:p>
        </w:tc>
        <w:tc>
          <w:tcPr>
            <w:tcW w:w="2575" w:type="dxa"/>
          </w:tcPr>
          <w:p w14:paraId="059E2F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</w:t>
            </w:r>
          </w:p>
        </w:tc>
      </w:tr>
      <w:tr w:rsidR="00501161" w14:paraId="57DA7EA1" w14:textId="77777777">
        <w:trPr>
          <w:jc w:val="center"/>
        </w:trPr>
        <w:tc>
          <w:tcPr>
            <w:tcW w:w="2575" w:type="dxa"/>
          </w:tcPr>
          <w:p w14:paraId="14EDB2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863" w:type="dxa"/>
          </w:tcPr>
          <w:p w14:paraId="7DD5C3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37%</w:t>
            </w:r>
          </w:p>
        </w:tc>
        <w:tc>
          <w:tcPr>
            <w:tcW w:w="2575" w:type="dxa"/>
          </w:tcPr>
          <w:p w14:paraId="0CB005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</w:t>
            </w:r>
          </w:p>
        </w:tc>
      </w:tr>
      <w:tr w:rsidR="00501161" w14:paraId="2BE0D8B5" w14:textId="77777777">
        <w:trPr>
          <w:jc w:val="center"/>
        </w:trPr>
        <w:tc>
          <w:tcPr>
            <w:tcW w:w="2575" w:type="dxa"/>
          </w:tcPr>
          <w:p w14:paraId="7438D0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863" w:type="dxa"/>
          </w:tcPr>
          <w:p w14:paraId="42A12C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  <w:tc>
          <w:tcPr>
            <w:tcW w:w="2575" w:type="dxa"/>
          </w:tcPr>
          <w:p w14:paraId="3C3081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</w:tr>
    </w:tbl>
    <w:p w14:paraId="6BE66980" w14:textId="77777777" w:rsidR="00501161" w:rsidRDefault="00501161">
      <w:pPr>
        <w:spacing w:after="40"/>
      </w:pPr>
    </w:p>
    <w:p w14:paraId="016A33DD" w14:textId="77777777" w:rsidR="00501161" w:rsidRDefault="00C637DA">
      <w:r>
        <w:rPr>
          <w:color w:val="555555"/>
          <w:sz w:val="26"/>
          <w:szCs w:val="26"/>
        </w:rPr>
        <w:t xml:space="preserve">สูตร: Heal = Max HP </w:t>
      </w:r>
      <w:r>
        <w:rPr>
          <w:color w:val="555555"/>
          <w:sz w:val="26"/>
          <w:szCs w:val="26"/>
        </w:rPr>
        <w:t>ของแต่ละคน × % × (1 + TEC/200)</w:t>
      </w:r>
    </w:p>
    <w:p w14:paraId="6254492D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ฮีลกลุ่มสำหรับท่าโจมตีทั้งปาร์ตี้</w:t>
      </w:r>
    </w:p>
    <w:p w14:paraId="56881D69" w14:textId="77777777" w:rsidR="00501161" w:rsidRDefault="00C637DA">
      <w:pPr>
        <w:ind w:firstLine="720"/>
      </w:pPr>
      <w:r>
        <w:rPr>
          <w:b/>
          <w:bCs/>
        </w:rPr>
        <w:t xml:space="preserve">6. </w:t>
      </w:r>
      <w:r>
        <w:rPr>
          <w:b/>
          <w:bCs/>
        </w:rPr>
        <w:t>เรียกขวัญ (Calling Back the Soul)</w:t>
      </w:r>
      <w:r>
        <w:t xml:space="preserve"> — Active · Tier 2 · </w:t>
      </w:r>
      <w:r>
        <w:t>เป้าหมาย: เพื่อนที่ตาย 1 คน · Prerequisite: -</w:t>
      </w:r>
    </w:p>
    <w:p w14:paraId="3EDD3730" w14:textId="77777777" w:rsidR="00501161" w:rsidRDefault="00C637DA">
      <w:pPr>
        <w:ind w:firstLine="720"/>
      </w:pPr>
      <w:r>
        <w:t>ทำพิธีเรียกขวัญ ชุบชีวิตเพื่อนที่ตายในการต่อสู้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501161" w14:paraId="44C1BA9E" w14:textId="77777777">
        <w:trPr>
          <w:tblHeader/>
          <w:jc w:val="center"/>
        </w:trPr>
        <w:tc>
          <w:tcPr>
            <w:tcW w:w="3005" w:type="dxa"/>
            <w:shd w:val="clear" w:color="auto" w:fill="F2F2F2"/>
          </w:tcPr>
          <w:p w14:paraId="479AF17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005" w:type="dxa"/>
            <w:shd w:val="clear" w:color="auto" w:fill="F2F2F2"/>
          </w:tcPr>
          <w:p w14:paraId="1E2D876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HP </w:t>
            </w:r>
            <w:r>
              <w:rPr>
                <w:b/>
                <w:bCs/>
                <w:sz w:val="28"/>
                <w:szCs w:val="28"/>
              </w:rPr>
              <w:t>หลังชุบ</w:t>
            </w:r>
          </w:p>
        </w:tc>
        <w:tc>
          <w:tcPr>
            <w:tcW w:w="3005" w:type="dxa"/>
            <w:shd w:val="clear" w:color="auto" w:fill="F2F2F2"/>
          </w:tcPr>
          <w:p w14:paraId="53B0E80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1011D19C" w14:textId="77777777">
        <w:trPr>
          <w:jc w:val="center"/>
        </w:trPr>
        <w:tc>
          <w:tcPr>
            <w:tcW w:w="3005" w:type="dxa"/>
          </w:tcPr>
          <w:p w14:paraId="57211F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05" w:type="dxa"/>
          </w:tcPr>
          <w:p w14:paraId="2CB240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25%</w:t>
            </w:r>
          </w:p>
        </w:tc>
        <w:tc>
          <w:tcPr>
            <w:tcW w:w="3005" w:type="dxa"/>
          </w:tcPr>
          <w:p w14:paraId="4D6AAA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</w:tr>
      <w:tr w:rsidR="00501161" w14:paraId="78B7C269" w14:textId="77777777">
        <w:trPr>
          <w:jc w:val="center"/>
        </w:trPr>
        <w:tc>
          <w:tcPr>
            <w:tcW w:w="3005" w:type="dxa"/>
          </w:tcPr>
          <w:p w14:paraId="16A313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5" w:type="dxa"/>
          </w:tcPr>
          <w:p w14:paraId="092781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29%</w:t>
            </w:r>
          </w:p>
        </w:tc>
        <w:tc>
          <w:tcPr>
            <w:tcW w:w="3005" w:type="dxa"/>
          </w:tcPr>
          <w:p w14:paraId="4B939B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</w:tr>
      <w:tr w:rsidR="00501161" w14:paraId="0EC1E0CF" w14:textId="77777777">
        <w:trPr>
          <w:jc w:val="center"/>
        </w:trPr>
        <w:tc>
          <w:tcPr>
            <w:tcW w:w="3005" w:type="dxa"/>
          </w:tcPr>
          <w:p w14:paraId="3CAA20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05" w:type="dxa"/>
          </w:tcPr>
          <w:p w14:paraId="659B2C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34%</w:t>
            </w:r>
          </w:p>
        </w:tc>
        <w:tc>
          <w:tcPr>
            <w:tcW w:w="3005" w:type="dxa"/>
          </w:tcPr>
          <w:p w14:paraId="0D0B8A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</w:t>
            </w:r>
          </w:p>
        </w:tc>
      </w:tr>
      <w:tr w:rsidR="00501161" w14:paraId="63018EC6" w14:textId="77777777">
        <w:trPr>
          <w:jc w:val="center"/>
        </w:trPr>
        <w:tc>
          <w:tcPr>
            <w:tcW w:w="3005" w:type="dxa"/>
          </w:tcPr>
          <w:p w14:paraId="3EDA18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05" w:type="dxa"/>
          </w:tcPr>
          <w:p w14:paraId="4FEE96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38%</w:t>
            </w:r>
          </w:p>
        </w:tc>
        <w:tc>
          <w:tcPr>
            <w:tcW w:w="3005" w:type="dxa"/>
          </w:tcPr>
          <w:p w14:paraId="0F163B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</w:t>
            </w:r>
          </w:p>
        </w:tc>
      </w:tr>
      <w:tr w:rsidR="00501161" w14:paraId="0FE1E9AD" w14:textId="77777777">
        <w:trPr>
          <w:jc w:val="center"/>
        </w:trPr>
        <w:tc>
          <w:tcPr>
            <w:tcW w:w="3005" w:type="dxa"/>
          </w:tcPr>
          <w:p w14:paraId="4DCF37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05" w:type="dxa"/>
          </w:tcPr>
          <w:p w14:paraId="219396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43%</w:t>
            </w:r>
          </w:p>
        </w:tc>
        <w:tc>
          <w:tcPr>
            <w:tcW w:w="3005" w:type="dxa"/>
          </w:tcPr>
          <w:p w14:paraId="35F840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27</w:t>
            </w:r>
          </w:p>
        </w:tc>
      </w:tr>
      <w:tr w:rsidR="00501161" w14:paraId="5CB6DA09" w14:textId="77777777">
        <w:trPr>
          <w:jc w:val="center"/>
        </w:trPr>
        <w:tc>
          <w:tcPr>
            <w:tcW w:w="3005" w:type="dxa"/>
          </w:tcPr>
          <w:p w14:paraId="68CE5B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3005" w:type="dxa"/>
          </w:tcPr>
          <w:p w14:paraId="4F964C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47%</w:t>
            </w:r>
          </w:p>
        </w:tc>
        <w:tc>
          <w:tcPr>
            <w:tcW w:w="3005" w:type="dxa"/>
          </w:tcPr>
          <w:p w14:paraId="540847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29</w:t>
            </w:r>
          </w:p>
        </w:tc>
      </w:tr>
      <w:tr w:rsidR="00501161" w14:paraId="0DD39E7B" w14:textId="77777777">
        <w:trPr>
          <w:jc w:val="center"/>
        </w:trPr>
        <w:tc>
          <w:tcPr>
            <w:tcW w:w="3005" w:type="dxa"/>
          </w:tcPr>
          <w:p w14:paraId="6DD77A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05" w:type="dxa"/>
          </w:tcPr>
          <w:p w14:paraId="7E7C30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52%</w:t>
            </w:r>
          </w:p>
        </w:tc>
        <w:tc>
          <w:tcPr>
            <w:tcW w:w="3005" w:type="dxa"/>
          </w:tcPr>
          <w:p w14:paraId="7D53AA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</w:t>
            </w:r>
          </w:p>
        </w:tc>
      </w:tr>
      <w:tr w:rsidR="00501161" w14:paraId="2B76B06C" w14:textId="77777777">
        <w:trPr>
          <w:jc w:val="center"/>
        </w:trPr>
        <w:tc>
          <w:tcPr>
            <w:tcW w:w="3005" w:type="dxa"/>
          </w:tcPr>
          <w:p w14:paraId="0A737D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005" w:type="dxa"/>
          </w:tcPr>
          <w:p w14:paraId="0BAEB0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56%</w:t>
            </w:r>
          </w:p>
        </w:tc>
        <w:tc>
          <w:tcPr>
            <w:tcW w:w="3005" w:type="dxa"/>
          </w:tcPr>
          <w:p w14:paraId="47B2A5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33</w:t>
            </w:r>
          </w:p>
        </w:tc>
      </w:tr>
      <w:tr w:rsidR="00501161" w14:paraId="0B7BC862" w14:textId="77777777">
        <w:trPr>
          <w:jc w:val="center"/>
        </w:trPr>
        <w:tc>
          <w:tcPr>
            <w:tcW w:w="3005" w:type="dxa"/>
          </w:tcPr>
          <w:p w14:paraId="035ADE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05" w:type="dxa"/>
          </w:tcPr>
          <w:p w14:paraId="500D0D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61%</w:t>
            </w:r>
          </w:p>
        </w:tc>
        <w:tc>
          <w:tcPr>
            <w:tcW w:w="3005" w:type="dxa"/>
          </w:tcPr>
          <w:p w14:paraId="1FDA0E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35</w:t>
            </w:r>
          </w:p>
        </w:tc>
      </w:tr>
      <w:tr w:rsidR="00501161" w14:paraId="4FD7A67E" w14:textId="77777777">
        <w:trPr>
          <w:jc w:val="center"/>
        </w:trPr>
        <w:tc>
          <w:tcPr>
            <w:tcW w:w="3005" w:type="dxa"/>
          </w:tcPr>
          <w:p w14:paraId="26C31E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005" w:type="dxa"/>
          </w:tcPr>
          <w:p w14:paraId="2666EF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65%</w:t>
            </w:r>
          </w:p>
        </w:tc>
        <w:tc>
          <w:tcPr>
            <w:tcW w:w="3005" w:type="dxa"/>
          </w:tcPr>
          <w:p w14:paraId="55EF13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37</w:t>
            </w:r>
          </w:p>
        </w:tc>
      </w:tr>
    </w:tbl>
    <w:p w14:paraId="1F1B15C1" w14:textId="77777777" w:rsidR="00501161" w:rsidRDefault="00501161">
      <w:pPr>
        <w:spacing w:after="40"/>
      </w:pPr>
    </w:p>
    <w:p w14:paraId="6D1E48C1" w14:textId="77777777" w:rsidR="00501161" w:rsidRDefault="00C637DA">
      <w:r>
        <w:rPr>
          <w:color w:val="555555"/>
          <w:sz w:val="26"/>
          <w:szCs w:val="26"/>
        </w:rPr>
        <w:t>สูตร: ใช้นอกการต่อสู้ได้</w:t>
      </w:r>
    </w:p>
    <w:p w14:paraId="3DDA046E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MP </w:t>
      </w:r>
      <w:r>
        <w:t>แพงเพื่อให้การตายยังเป็นเรื่องใหญ่</w:t>
      </w:r>
    </w:p>
    <w:p w14:paraId="6FE8D496" w14:textId="77777777" w:rsidR="00501161" w:rsidRDefault="00C637DA">
      <w:pPr>
        <w:ind w:firstLine="720"/>
      </w:pPr>
      <w:r>
        <w:rPr>
          <w:b/>
          <w:bCs/>
        </w:rPr>
        <w:t xml:space="preserve">7. </w:t>
      </w:r>
      <w:r>
        <w:rPr>
          <w:b/>
          <w:bCs/>
        </w:rPr>
        <w:t>ผูกขวัญ (Binding Blessing)</w:t>
      </w:r>
      <w:r>
        <w:t xml:space="preserve"> — Active · Tier 2 · </w:t>
      </w:r>
      <w:r>
        <w:t>เป้าหมาย: ปาร์ตี้ · Prerequisite: -</w:t>
      </w:r>
    </w:p>
    <w:p w14:paraId="52307C85" w14:textId="77777777" w:rsidR="00501161" w:rsidRDefault="00C637DA">
      <w:pPr>
        <w:ind w:firstLine="720"/>
      </w:pPr>
      <w:r>
        <w:t>ผูกด้ายขวัญที่ข้อมือ เพิ่ม DEF ทั้งปาร์ตี้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01161" w14:paraId="39F4123F" w14:textId="77777777">
        <w:trPr>
          <w:tblHeader/>
          <w:jc w:val="center"/>
        </w:trPr>
        <w:tc>
          <w:tcPr>
            <w:tcW w:w="2254" w:type="dxa"/>
            <w:shd w:val="clear" w:color="auto" w:fill="F2F2F2"/>
          </w:tcPr>
          <w:p w14:paraId="2925E83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254" w:type="dxa"/>
            <w:shd w:val="clear" w:color="auto" w:fill="F2F2F2"/>
          </w:tcPr>
          <w:p w14:paraId="2E4B318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DEF Bonus</w:t>
            </w:r>
          </w:p>
        </w:tc>
        <w:tc>
          <w:tcPr>
            <w:tcW w:w="2254" w:type="dxa"/>
            <w:shd w:val="clear" w:color="auto" w:fill="F2F2F2"/>
          </w:tcPr>
          <w:p w14:paraId="15B882F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2254" w:type="dxa"/>
            <w:shd w:val="clear" w:color="auto" w:fill="F2F2F2"/>
          </w:tcPr>
          <w:p w14:paraId="628596B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6960BBB1" w14:textId="77777777">
        <w:trPr>
          <w:jc w:val="center"/>
        </w:trPr>
        <w:tc>
          <w:tcPr>
            <w:tcW w:w="2254" w:type="dxa"/>
          </w:tcPr>
          <w:p w14:paraId="636CC8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54" w:type="dxa"/>
          </w:tcPr>
          <w:p w14:paraId="5F6669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+8%</w:t>
            </w:r>
          </w:p>
        </w:tc>
        <w:tc>
          <w:tcPr>
            <w:tcW w:w="2254" w:type="dxa"/>
          </w:tcPr>
          <w:p w14:paraId="76EBF4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54FF83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3CA87FC3" w14:textId="77777777">
        <w:trPr>
          <w:jc w:val="center"/>
        </w:trPr>
        <w:tc>
          <w:tcPr>
            <w:tcW w:w="2254" w:type="dxa"/>
          </w:tcPr>
          <w:p w14:paraId="3F0D54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14:paraId="7D7980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+11%</w:t>
            </w:r>
          </w:p>
        </w:tc>
        <w:tc>
          <w:tcPr>
            <w:tcW w:w="2254" w:type="dxa"/>
          </w:tcPr>
          <w:p w14:paraId="393249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594B66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258C4C73" w14:textId="77777777">
        <w:trPr>
          <w:jc w:val="center"/>
        </w:trPr>
        <w:tc>
          <w:tcPr>
            <w:tcW w:w="2254" w:type="dxa"/>
          </w:tcPr>
          <w:p w14:paraId="273A43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54" w:type="dxa"/>
          </w:tcPr>
          <w:p w14:paraId="01354E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+14%</w:t>
            </w:r>
          </w:p>
        </w:tc>
        <w:tc>
          <w:tcPr>
            <w:tcW w:w="2254" w:type="dxa"/>
          </w:tcPr>
          <w:p w14:paraId="750B70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52EB3C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402B78C1" w14:textId="77777777">
        <w:trPr>
          <w:jc w:val="center"/>
        </w:trPr>
        <w:tc>
          <w:tcPr>
            <w:tcW w:w="2254" w:type="dxa"/>
          </w:tcPr>
          <w:p w14:paraId="125DAC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54" w:type="dxa"/>
          </w:tcPr>
          <w:p w14:paraId="2EA1F5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+17%</w:t>
            </w:r>
          </w:p>
        </w:tc>
        <w:tc>
          <w:tcPr>
            <w:tcW w:w="2254" w:type="dxa"/>
          </w:tcPr>
          <w:p w14:paraId="165475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413C44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13F09046" w14:textId="77777777">
        <w:trPr>
          <w:jc w:val="center"/>
        </w:trPr>
        <w:tc>
          <w:tcPr>
            <w:tcW w:w="2254" w:type="dxa"/>
          </w:tcPr>
          <w:p w14:paraId="5EC458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54" w:type="dxa"/>
          </w:tcPr>
          <w:p w14:paraId="2D74F5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+20%</w:t>
            </w:r>
          </w:p>
        </w:tc>
        <w:tc>
          <w:tcPr>
            <w:tcW w:w="2254" w:type="dxa"/>
          </w:tcPr>
          <w:p w14:paraId="7AF731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784541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0ABA24EB" w14:textId="77777777">
        <w:trPr>
          <w:jc w:val="center"/>
        </w:trPr>
        <w:tc>
          <w:tcPr>
            <w:tcW w:w="2254" w:type="dxa"/>
          </w:tcPr>
          <w:p w14:paraId="0EDB7D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54" w:type="dxa"/>
          </w:tcPr>
          <w:p w14:paraId="15579C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+23%</w:t>
            </w:r>
          </w:p>
        </w:tc>
        <w:tc>
          <w:tcPr>
            <w:tcW w:w="2254" w:type="dxa"/>
          </w:tcPr>
          <w:p w14:paraId="5D2288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10E3B5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</w:tr>
      <w:tr w:rsidR="00501161" w14:paraId="5B287D3C" w14:textId="77777777">
        <w:trPr>
          <w:jc w:val="center"/>
        </w:trPr>
        <w:tc>
          <w:tcPr>
            <w:tcW w:w="2254" w:type="dxa"/>
          </w:tcPr>
          <w:p w14:paraId="222714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54" w:type="dxa"/>
          </w:tcPr>
          <w:p w14:paraId="505016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+26%</w:t>
            </w:r>
          </w:p>
        </w:tc>
        <w:tc>
          <w:tcPr>
            <w:tcW w:w="2254" w:type="dxa"/>
          </w:tcPr>
          <w:p w14:paraId="2B8A38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70A3E8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</w:t>
            </w:r>
          </w:p>
        </w:tc>
      </w:tr>
      <w:tr w:rsidR="00501161" w14:paraId="39AA9996" w14:textId="77777777">
        <w:trPr>
          <w:jc w:val="center"/>
        </w:trPr>
        <w:tc>
          <w:tcPr>
            <w:tcW w:w="2254" w:type="dxa"/>
          </w:tcPr>
          <w:p w14:paraId="3B594D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54" w:type="dxa"/>
          </w:tcPr>
          <w:p w14:paraId="6C0B68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+29%</w:t>
            </w:r>
          </w:p>
        </w:tc>
        <w:tc>
          <w:tcPr>
            <w:tcW w:w="2254" w:type="dxa"/>
          </w:tcPr>
          <w:p w14:paraId="0CA670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683AFA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</w:tr>
      <w:tr w:rsidR="00501161" w14:paraId="55860017" w14:textId="77777777">
        <w:trPr>
          <w:jc w:val="center"/>
        </w:trPr>
        <w:tc>
          <w:tcPr>
            <w:tcW w:w="2254" w:type="dxa"/>
          </w:tcPr>
          <w:p w14:paraId="60D2E9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4" w:type="dxa"/>
          </w:tcPr>
          <w:p w14:paraId="164E33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+32%</w:t>
            </w:r>
          </w:p>
        </w:tc>
        <w:tc>
          <w:tcPr>
            <w:tcW w:w="2254" w:type="dxa"/>
          </w:tcPr>
          <w:p w14:paraId="511C81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4DA532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</w:tr>
      <w:tr w:rsidR="00501161" w14:paraId="230BBB2F" w14:textId="77777777">
        <w:trPr>
          <w:jc w:val="center"/>
        </w:trPr>
        <w:tc>
          <w:tcPr>
            <w:tcW w:w="2254" w:type="dxa"/>
          </w:tcPr>
          <w:p w14:paraId="10BE64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54" w:type="dxa"/>
          </w:tcPr>
          <w:p w14:paraId="7329E1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+35%</w:t>
            </w:r>
          </w:p>
        </w:tc>
        <w:tc>
          <w:tcPr>
            <w:tcW w:w="2254" w:type="dxa"/>
          </w:tcPr>
          <w:p w14:paraId="28BE8C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311C3A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</w:t>
            </w:r>
          </w:p>
        </w:tc>
      </w:tr>
    </w:tbl>
    <w:p w14:paraId="1418ADB4" w14:textId="77777777" w:rsidR="00501161" w:rsidRDefault="00501161">
      <w:pPr>
        <w:spacing w:after="40"/>
      </w:pPr>
    </w:p>
    <w:p w14:paraId="11CC8BA4" w14:textId="77777777" w:rsidR="00501161" w:rsidRDefault="00C637DA">
      <w:r>
        <w:rPr>
          <w:color w:val="555555"/>
          <w:sz w:val="26"/>
          <w:szCs w:val="26"/>
        </w:rPr>
        <w:t>สูตร: DEF × (1 + Bonus) (Additive กับตั้งดั้งพิทักษ์)</w:t>
      </w:r>
    </w:p>
    <w:p w14:paraId="6F15BD5C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ใช้ก่อนท่าแรงที่บอสเตือน</w:t>
      </w:r>
    </w:p>
    <w:p w14:paraId="300E67C3" w14:textId="77777777" w:rsidR="00501161" w:rsidRDefault="00C637DA">
      <w:pPr>
        <w:ind w:firstLine="720"/>
      </w:pPr>
      <w:r>
        <w:rPr>
          <w:b/>
          <w:bCs/>
        </w:rPr>
        <w:t xml:space="preserve">8. </w:t>
      </w:r>
      <w:r>
        <w:rPr>
          <w:b/>
          <w:bCs/>
        </w:rPr>
        <w:t>ยันต์กันคุณ (Ward Talisman)</w:t>
      </w:r>
      <w:r>
        <w:t xml:space="preserve"> — Active · Tier 3 · </w:t>
      </w:r>
      <w:r>
        <w:t>เป้าหมาย: เพื่อน 1 คน · Prerequisite: ถอนพิษว่านยา Rank 3</w:t>
      </w:r>
    </w:p>
    <w:p w14:paraId="33AF68B3" w14:textId="77777777" w:rsidR="00501161" w:rsidRDefault="00C637DA">
      <w:pPr>
        <w:ind w:firstLine="720"/>
      </w:pPr>
      <w:r>
        <w:t>แปะยันต์กันคุณไสย กันสถานะผิดปกติล่วงหน้า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4"/>
        <w:gridCol w:w="4006"/>
        <w:gridCol w:w="2504"/>
      </w:tblGrid>
      <w:tr w:rsidR="00501161" w14:paraId="0B023C4F" w14:textId="77777777">
        <w:trPr>
          <w:tblHeader/>
          <w:jc w:val="center"/>
        </w:trPr>
        <w:tc>
          <w:tcPr>
            <w:tcW w:w="2504" w:type="dxa"/>
            <w:shd w:val="clear" w:color="auto" w:fill="F2F2F2"/>
          </w:tcPr>
          <w:p w14:paraId="6B50721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006" w:type="dxa"/>
            <w:shd w:val="clear" w:color="auto" w:fill="F2F2F2"/>
          </w:tcPr>
          <w:p w14:paraId="0835DF1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จำนวนครั้งที่กัน</w:t>
            </w:r>
          </w:p>
        </w:tc>
        <w:tc>
          <w:tcPr>
            <w:tcW w:w="2504" w:type="dxa"/>
            <w:shd w:val="clear" w:color="auto" w:fill="F2F2F2"/>
          </w:tcPr>
          <w:p w14:paraId="15BCE74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67C24A1C" w14:textId="77777777">
        <w:trPr>
          <w:jc w:val="center"/>
        </w:trPr>
        <w:tc>
          <w:tcPr>
            <w:tcW w:w="2504" w:type="dxa"/>
          </w:tcPr>
          <w:p w14:paraId="6FD053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06" w:type="dxa"/>
          </w:tcPr>
          <w:p w14:paraId="2613D3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04" w:type="dxa"/>
          </w:tcPr>
          <w:p w14:paraId="6199E3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7278A2FC" w14:textId="77777777">
        <w:trPr>
          <w:jc w:val="center"/>
        </w:trPr>
        <w:tc>
          <w:tcPr>
            <w:tcW w:w="2504" w:type="dxa"/>
          </w:tcPr>
          <w:p w14:paraId="23A1F1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06" w:type="dxa"/>
          </w:tcPr>
          <w:p w14:paraId="16B8F4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04" w:type="dxa"/>
          </w:tcPr>
          <w:p w14:paraId="5094AB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26431D02" w14:textId="77777777">
        <w:trPr>
          <w:jc w:val="center"/>
        </w:trPr>
        <w:tc>
          <w:tcPr>
            <w:tcW w:w="2504" w:type="dxa"/>
          </w:tcPr>
          <w:p w14:paraId="191187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06" w:type="dxa"/>
          </w:tcPr>
          <w:p w14:paraId="507987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04" w:type="dxa"/>
          </w:tcPr>
          <w:p w14:paraId="61521D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66A9FF67" w14:textId="77777777">
        <w:trPr>
          <w:jc w:val="center"/>
        </w:trPr>
        <w:tc>
          <w:tcPr>
            <w:tcW w:w="2504" w:type="dxa"/>
          </w:tcPr>
          <w:p w14:paraId="77BC97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06" w:type="dxa"/>
          </w:tcPr>
          <w:p w14:paraId="1901E9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04" w:type="dxa"/>
          </w:tcPr>
          <w:p w14:paraId="796304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65980E32" w14:textId="77777777">
        <w:trPr>
          <w:jc w:val="center"/>
        </w:trPr>
        <w:tc>
          <w:tcPr>
            <w:tcW w:w="2504" w:type="dxa"/>
          </w:tcPr>
          <w:p w14:paraId="22B7FA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006" w:type="dxa"/>
          </w:tcPr>
          <w:p w14:paraId="070059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04" w:type="dxa"/>
          </w:tcPr>
          <w:p w14:paraId="3383E2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1B3336C0" w14:textId="77777777">
        <w:trPr>
          <w:jc w:val="center"/>
        </w:trPr>
        <w:tc>
          <w:tcPr>
            <w:tcW w:w="2504" w:type="dxa"/>
          </w:tcPr>
          <w:p w14:paraId="15658A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006" w:type="dxa"/>
          </w:tcPr>
          <w:p w14:paraId="737E3C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04" w:type="dxa"/>
          </w:tcPr>
          <w:p w14:paraId="4CF2D7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039A08A4" w14:textId="77777777">
        <w:trPr>
          <w:jc w:val="center"/>
        </w:trPr>
        <w:tc>
          <w:tcPr>
            <w:tcW w:w="2504" w:type="dxa"/>
          </w:tcPr>
          <w:p w14:paraId="16C814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006" w:type="dxa"/>
          </w:tcPr>
          <w:p w14:paraId="14CB42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04" w:type="dxa"/>
          </w:tcPr>
          <w:p w14:paraId="54BA21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1B6056DC" w14:textId="77777777">
        <w:trPr>
          <w:jc w:val="center"/>
        </w:trPr>
        <w:tc>
          <w:tcPr>
            <w:tcW w:w="2504" w:type="dxa"/>
          </w:tcPr>
          <w:p w14:paraId="474A29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006" w:type="dxa"/>
          </w:tcPr>
          <w:p w14:paraId="0318E7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4" w:type="dxa"/>
          </w:tcPr>
          <w:p w14:paraId="6D8827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27392CE1" w14:textId="77777777">
        <w:trPr>
          <w:jc w:val="center"/>
        </w:trPr>
        <w:tc>
          <w:tcPr>
            <w:tcW w:w="2504" w:type="dxa"/>
          </w:tcPr>
          <w:p w14:paraId="59F0FB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006" w:type="dxa"/>
          </w:tcPr>
          <w:p w14:paraId="0CFF9F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4" w:type="dxa"/>
          </w:tcPr>
          <w:p w14:paraId="459CB0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</w:tr>
      <w:tr w:rsidR="00501161" w14:paraId="52E951B4" w14:textId="77777777">
        <w:trPr>
          <w:jc w:val="center"/>
        </w:trPr>
        <w:tc>
          <w:tcPr>
            <w:tcW w:w="2504" w:type="dxa"/>
          </w:tcPr>
          <w:p w14:paraId="577B88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006" w:type="dxa"/>
          </w:tcPr>
          <w:p w14:paraId="392FC1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4" w:type="dxa"/>
          </w:tcPr>
          <w:p w14:paraId="7814D9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</w:t>
            </w:r>
          </w:p>
        </w:tc>
      </w:tr>
    </w:tbl>
    <w:p w14:paraId="5BF03B6F" w14:textId="77777777" w:rsidR="00501161" w:rsidRDefault="00501161">
      <w:pPr>
        <w:spacing w:after="40"/>
      </w:pPr>
    </w:p>
    <w:p w14:paraId="2A24F162" w14:textId="77777777" w:rsidR="00501161" w:rsidRDefault="00C637DA">
      <w:r>
        <w:rPr>
          <w:color w:val="555555"/>
          <w:sz w:val="26"/>
          <w:szCs w:val="26"/>
        </w:rPr>
        <w:t xml:space="preserve">สูตร: </w:t>
      </w:r>
      <w:r>
        <w:rPr>
          <w:color w:val="555555"/>
          <w:sz w:val="26"/>
          <w:szCs w:val="26"/>
        </w:rPr>
        <w:t>กันสถานะใดก็ได้ หมดเมื่อจบการต่อสู้</w:t>
      </w:r>
    </w:p>
    <w:p w14:paraId="664D1132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ป้องกันก่อนโดน ดีกว่าแก้หลังโดน</w:t>
      </w:r>
    </w:p>
    <w:p w14:paraId="359987C7" w14:textId="77777777" w:rsidR="00501161" w:rsidRDefault="00C637DA">
      <w:pPr>
        <w:ind w:firstLine="720"/>
      </w:pPr>
      <w:r>
        <w:rPr>
          <w:b/>
          <w:bCs/>
        </w:rPr>
        <w:t xml:space="preserve">9. </w:t>
      </w:r>
      <w:r>
        <w:rPr>
          <w:b/>
          <w:bCs/>
        </w:rPr>
        <w:t>สมาธิภาวนา (Meditation)</w:t>
      </w:r>
      <w:r>
        <w:t xml:space="preserve"> — Passive · Tier 3 · </w:t>
      </w:r>
      <w:r>
        <w:t>เป้าหมาย: - · Prerequisite: -</w:t>
      </w:r>
    </w:p>
    <w:p w14:paraId="5DFAA440" w14:textId="77777777" w:rsidR="00501161" w:rsidRDefault="00C637DA">
      <w:pPr>
        <w:ind w:firstLine="720"/>
      </w:pPr>
      <w:r>
        <w:t>ภาวนาระหว่างรบ ฟื้น MP ตัวเองทุกเทิร์น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2"/>
        <w:gridCol w:w="4270"/>
        <w:gridCol w:w="2372"/>
      </w:tblGrid>
      <w:tr w:rsidR="00501161" w14:paraId="58A15E6A" w14:textId="77777777">
        <w:trPr>
          <w:tblHeader/>
          <w:jc w:val="center"/>
        </w:trPr>
        <w:tc>
          <w:tcPr>
            <w:tcW w:w="2372" w:type="dxa"/>
            <w:shd w:val="clear" w:color="auto" w:fill="F2F2F2"/>
          </w:tcPr>
          <w:p w14:paraId="737C059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270" w:type="dxa"/>
            <w:shd w:val="clear" w:color="auto" w:fill="F2F2F2"/>
          </w:tcPr>
          <w:p w14:paraId="77F0341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MP Regen </w:t>
            </w:r>
            <w:r>
              <w:rPr>
                <w:b/>
                <w:bCs/>
                <w:sz w:val="28"/>
                <w:szCs w:val="28"/>
              </w:rPr>
              <w:t>ต่อเทิร์น</w:t>
            </w:r>
          </w:p>
        </w:tc>
        <w:tc>
          <w:tcPr>
            <w:tcW w:w="2372" w:type="dxa"/>
            <w:shd w:val="clear" w:color="auto" w:fill="F2F2F2"/>
          </w:tcPr>
          <w:p w14:paraId="550C6C3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2FA38608" w14:textId="77777777">
        <w:trPr>
          <w:jc w:val="center"/>
        </w:trPr>
        <w:tc>
          <w:tcPr>
            <w:tcW w:w="2372" w:type="dxa"/>
          </w:tcPr>
          <w:p w14:paraId="41AFE4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70" w:type="dxa"/>
          </w:tcPr>
          <w:p w14:paraId="13EA1D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</w:t>
            </w:r>
          </w:p>
        </w:tc>
        <w:tc>
          <w:tcPr>
            <w:tcW w:w="2372" w:type="dxa"/>
          </w:tcPr>
          <w:p w14:paraId="1783A0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EBC802C" w14:textId="77777777">
        <w:trPr>
          <w:jc w:val="center"/>
        </w:trPr>
        <w:tc>
          <w:tcPr>
            <w:tcW w:w="2372" w:type="dxa"/>
          </w:tcPr>
          <w:p w14:paraId="2F59AB8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70" w:type="dxa"/>
          </w:tcPr>
          <w:p w14:paraId="1E167D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</w:t>
            </w:r>
          </w:p>
        </w:tc>
        <w:tc>
          <w:tcPr>
            <w:tcW w:w="2372" w:type="dxa"/>
          </w:tcPr>
          <w:p w14:paraId="5FD238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DFF50AF" w14:textId="77777777">
        <w:trPr>
          <w:jc w:val="center"/>
        </w:trPr>
        <w:tc>
          <w:tcPr>
            <w:tcW w:w="2372" w:type="dxa"/>
          </w:tcPr>
          <w:p w14:paraId="408DD5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70" w:type="dxa"/>
          </w:tcPr>
          <w:p w14:paraId="1C4D0D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</w:t>
            </w:r>
          </w:p>
        </w:tc>
        <w:tc>
          <w:tcPr>
            <w:tcW w:w="2372" w:type="dxa"/>
          </w:tcPr>
          <w:p w14:paraId="531815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3BED28D" w14:textId="77777777">
        <w:trPr>
          <w:jc w:val="center"/>
        </w:trPr>
        <w:tc>
          <w:tcPr>
            <w:tcW w:w="2372" w:type="dxa"/>
          </w:tcPr>
          <w:p w14:paraId="26C725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70" w:type="dxa"/>
          </w:tcPr>
          <w:p w14:paraId="40F9C7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</w:t>
            </w:r>
          </w:p>
        </w:tc>
        <w:tc>
          <w:tcPr>
            <w:tcW w:w="2372" w:type="dxa"/>
          </w:tcPr>
          <w:p w14:paraId="49649B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BFA61DF" w14:textId="77777777">
        <w:trPr>
          <w:jc w:val="center"/>
        </w:trPr>
        <w:tc>
          <w:tcPr>
            <w:tcW w:w="2372" w:type="dxa"/>
          </w:tcPr>
          <w:p w14:paraId="3AA043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70" w:type="dxa"/>
          </w:tcPr>
          <w:p w14:paraId="315B2A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</w:t>
            </w:r>
          </w:p>
        </w:tc>
        <w:tc>
          <w:tcPr>
            <w:tcW w:w="2372" w:type="dxa"/>
          </w:tcPr>
          <w:p w14:paraId="117762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07AA5DF" w14:textId="77777777">
        <w:trPr>
          <w:jc w:val="center"/>
        </w:trPr>
        <w:tc>
          <w:tcPr>
            <w:tcW w:w="2372" w:type="dxa"/>
          </w:tcPr>
          <w:p w14:paraId="3F8982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70" w:type="dxa"/>
          </w:tcPr>
          <w:p w14:paraId="1955B9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+7</w:t>
            </w:r>
          </w:p>
        </w:tc>
        <w:tc>
          <w:tcPr>
            <w:tcW w:w="2372" w:type="dxa"/>
          </w:tcPr>
          <w:p w14:paraId="08AF84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D987AE7" w14:textId="77777777">
        <w:trPr>
          <w:jc w:val="center"/>
        </w:trPr>
        <w:tc>
          <w:tcPr>
            <w:tcW w:w="2372" w:type="dxa"/>
          </w:tcPr>
          <w:p w14:paraId="0C3A3C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270" w:type="dxa"/>
          </w:tcPr>
          <w:p w14:paraId="313092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+8</w:t>
            </w:r>
          </w:p>
        </w:tc>
        <w:tc>
          <w:tcPr>
            <w:tcW w:w="2372" w:type="dxa"/>
          </w:tcPr>
          <w:p w14:paraId="2F6B97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0CADC51" w14:textId="77777777">
        <w:trPr>
          <w:jc w:val="center"/>
        </w:trPr>
        <w:tc>
          <w:tcPr>
            <w:tcW w:w="2372" w:type="dxa"/>
          </w:tcPr>
          <w:p w14:paraId="6DAFDB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270" w:type="dxa"/>
          </w:tcPr>
          <w:p w14:paraId="0E852A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</w:t>
            </w:r>
          </w:p>
        </w:tc>
        <w:tc>
          <w:tcPr>
            <w:tcW w:w="2372" w:type="dxa"/>
          </w:tcPr>
          <w:p w14:paraId="25BC38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187F213" w14:textId="77777777">
        <w:trPr>
          <w:jc w:val="center"/>
        </w:trPr>
        <w:tc>
          <w:tcPr>
            <w:tcW w:w="2372" w:type="dxa"/>
          </w:tcPr>
          <w:p w14:paraId="4172E0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270" w:type="dxa"/>
          </w:tcPr>
          <w:p w14:paraId="6F1876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+11</w:t>
            </w:r>
          </w:p>
        </w:tc>
        <w:tc>
          <w:tcPr>
            <w:tcW w:w="2372" w:type="dxa"/>
          </w:tcPr>
          <w:p w14:paraId="188C18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1C06E6E" w14:textId="77777777">
        <w:trPr>
          <w:jc w:val="center"/>
        </w:trPr>
        <w:tc>
          <w:tcPr>
            <w:tcW w:w="2372" w:type="dxa"/>
          </w:tcPr>
          <w:p w14:paraId="675EB5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270" w:type="dxa"/>
          </w:tcPr>
          <w:p w14:paraId="37676B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+12</w:t>
            </w:r>
          </w:p>
        </w:tc>
        <w:tc>
          <w:tcPr>
            <w:tcW w:w="2372" w:type="dxa"/>
          </w:tcPr>
          <w:p w14:paraId="15A2CD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6E592EF3" w14:textId="77777777" w:rsidR="00501161" w:rsidRDefault="00501161">
      <w:pPr>
        <w:spacing w:after="40"/>
      </w:pPr>
    </w:p>
    <w:p w14:paraId="6E6B1AEF" w14:textId="77777777" w:rsidR="00501161" w:rsidRDefault="00C637DA">
      <w:r>
        <w:rPr>
          <w:color w:val="555555"/>
          <w:sz w:val="26"/>
          <w:szCs w:val="26"/>
        </w:rPr>
        <w:t>สูตร: ฟื้นต้นเทิร์นของผู้เล่น</w:t>
      </w:r>
    </w:p>
    <w:p w14:paraId="1DF52A01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MP </w:t>
      </w:r>
      <w:r>
        <w:t>ของหมอคือเวลาที่ปาร์ตี้อยู่ในป่าได้</w:t>
      </w:r>
    </w:p>
    <w:p w14:paraId="6159207C" w14:textId="77777777" w:rsidR="00501161" w:rsidRDefault="00C637DA">
      <w:pPr>
        <w:ind w:firstLine="720"/>
      </w:pPr>
      <w:r>
        <w:rPr>
          <w:b/>
          <w:bCs/>
        </w:rPr>
        <w:t xml:space="preserve">10. </w:t>
      </w:r>
      <w:r>
        <w:rPr>
          <w:b/>
          <w:bCs/>
        </w:rPr>
        <w:t>หมอเดินทัพ (Army Physician)</w:t>
      </w:r>
      <w:r>
        <w:t xml:space="preserve"> — Passive · Tier 3 · </w:t>
      </w:r>
      <w:r>
        <w:t>เป้าหมาย: - · Prerequisite: -</w:t>
      </w:r>
    </w:p>
    <w:p w14:paraId="334010C3" w14:textId="77777777" w:rsidR="00501161" w:rsidRDefault="00C637DA">
      <w:pPr>
        <w:ind w:firstLine="720"/>
      </w:pPr>
      <w:r>
        <w:t>ประสบการณ์หมอประจำทัพ หลังจบการต่อสู้ทุกครั้งฮีลทั้งปาร์ตี้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75"/>
        <w:gridCol w:w="3863"/>
        <w:gridCol w:w="2575"/>
      </w:tblGrid>
      <w:tr w:rsidR="00501161" w14:paraId="7932D33E" w14:textId="77777777">
        <w:trPr>
          <w:tblHeader/>
          <w:jc w:val="center"/>
        </w:trPr>
        <w:tc>
          <w:tcPr>
            <w:tcW w:w="2575" w:type="dxa"/>
            <w:shd w:val="clear" w:color="auto" w:fill="F2F2F2"/>
          </w:tcPr>
          <w:p w14:paraId="3BCFC8E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863" w:type="dxa"/>
            <w:shd w:val="clear" w:color="auto" w:fill="F2F2F2"/>
          </w:tcPr>
          <w:p w14:paraId="2D5B2B5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Heal (% Max HP)</w:t>
            </w:r>
          </w:p>
        </w:tc>
        <w:tc>
          <w:tcPr>
            <w:tcW w:w="2575" w:type="dxa"/>
            <w:shd w:val="clear" w:color="auto" w:fill="F2F2F2"/>
          </w:tcPr>
          <w:p w14:paraId="1D9BB31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2F278406" w14:textId="77777777">
        <w:trPr>
          <w:jc w:val="center"/>
        </w:trPr>
        <w:tc>
          <w:tcPr>
            <w:tcW w:w="2575" w:type="dxa"/>
          </w:tcPr>
          <w:p w14:paraId="2DDEF9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63" w:type="dxa"/>
          </w:tcPr>
          <w:p w14:paraId="5E22B0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2%</w:t>
            </w:r>
          </w:p>
        </w:tc>
        <w:tc>
          <w:tcPr>
            <w:tcW w:w="2575" w:type="dxa"/>
          </w:tcPr>
          <w:p w14:paraId="73D435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9D06BB7" w14:textId="77777777">
        <w:trPr>
          <w:jc w:val="center"/>
        </w:trPr>
        <w:tc>
          <w:tcPr>
            <w:tcW w:w="2575" w:type="dxa"/>
          </w:tcPr>
          <w:p w14:paraId="1A00A9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63" w:type="dxa"/>
          </w:tcPr>
          <w:p w14:paraId="267A47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4%</w:t>
            </w:r>
          </w:p>
        </w:tc>
        <w:tc>
          <w:tcPr>
            <w:tcW w:w="2575" w:type="dxa"/>
          </w:tcPr>
          <w:p w14:paraId="3C0F80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C99456E" w14:textId="77777777">
        <w:trPr>
          <w:jc w:val="center"/>
        </w:trPr>
        <w:tc>
          <w:tcPr>
            <w:tcW w:w="2575" w:type="dxa"/>
          </w:tcPr>
          <w:p w14:paraId="0BC130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63" w:type="dxa"/>
          </w:tcPr>
          <w:p w14:paraId="0D7C38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6%</w:t>
            </w:r>
          </w:p>
        </w:tc>
        <w:tc>
          <w:tcPr>
            <w:tcW w:w="2575" w:type="dxa"/>
          </w:tcPr>
          <w:p w14:paraId="719217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458F16F" w14:textId="77777777">
        <w:trPr>
          <w:jc w:val="center"/>
        </w:trPr>
        <w:tc>
          <w:tcPr>
            <w:tcW w:w="2575" w:type="dxa"/>
          </w:tcPr>
          <w:p w14:paraId="6F0953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63" w:type="dxa"/>
          </w:tcPr>
          <w:p w14:paraId="53D9B9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7%</w:t>
            </w:r>
          </w:p>
        </w:tc>
        <w:tc>
          <w:tcPr>
            <w:tcW w:w="2575" w:type="dxa"/>
          </w:tcPr>
          <w:p w14:paraId="62A4B8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90E78B9" w14:textId="77777777">
        <w:trPr>
          <w:jc w:val="center"/>
        </w:trPr>
        <w:tc>
          <w:tcPr>
            <w:tcW w:w="2575" w:type="dxa"/>
          </w:tcPr>
          <w:p w14:paraId="43332C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863" w:type="dxa"/>
          </w:tcPr>
          <w:p w14:paraId="1D3A65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9%</w:t>
            </w:r>
          </w:p>
        </w:tc>
        <w:tc>
          <w:tcPr>
            <w:tcW w:w="2575" w:type="dxa"/>
          </w:tcPr>
          <w:p w14:paraId="644729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ABB5DB6" w14:textId="77777777">
        <w:trPr>
          <w:jc w:val="center"/>
        </w:trPr>
        <w:tc>
          <w:tcPr>
            <w:tcW w:w="2575" w:type="dxa"/>
          </w:tcPr>
          <w:p w14:paraId="5B3A17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63" w:type="dxa"/>
          </w:tcPr>
          <w:p w14:paraId="5EA11E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11%</w:t>
            </w:r>
          </w:p>
        </w:tc>
        <w:tc>
          <w:tcPr>
            <w:tcW w:w="2575" w:type="dxa"/>
          </w:tcPr>
          <w:p w14:paraId="662BD5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8F36F89" w14:textId="77777777">
        <w:trPr>
          <w:jc w:val="center"/>
        </w:trPr>
        <w:tc>
          <w:tcPr>
            <w:tcW w:w="2575" w:type="dxa"/>
          </w:tcPr>
          <w:p w14:paraId="4106DC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63" w:type="dxa"/>
          </w:tcPr>
          <w:p w14:paraId="3F5225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13%</w:t>
            </w:r>
          </w:p>
        </w:tc>
        <w:tc>
          <w:tcPr>
            <w:tcW w:w="2575" w:type="dxa"/>
          </w:tcPr>
          <w:p w14:paraId="4D7A53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8F976F7" w14:textId="77777777">
        <w:trPr>
          <w:jc w:val="center"/>
        </w:trPr>
        <w:tc>
          <w:tcPr>
            <w:tcW w:w="2575" w:type="dxa"/>
          </w:tcPr>
          <w:p w14:paraId="5E0AC7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63" w:type="dxa"/>
          </w:tcPr>
          <w:p w14:paraId="5EA534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14%</w:t>
            </w:r>
          </w:p>
        </w:tc>
        <w:tc>
          <w:tcPr>
            <w:tcW w:w="2575" w:type="dxa"/>
          </w:tcPr>
          <w:p w14:paraId="02EE3F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F00839B" w14:textId="77777777">
        <w:trPr>
          <w:jc w:val="center"/>
        </w:trPr>
        <w:tc>
          <w:tcPr>
            <w:tcW w:w="2575" w:type="dxa"/>
          </w:tcPr>
          <w:p w14:paraId="655593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863" w:type="dxa"/>
          </w:tcPr>
          <w:p w14:paraId="1EFF3E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16%</w:t>
            </w:r>
          </w:p>
        </w:tc>
        <w:tc>
          <w:tcPr>
            <w:tcW w:w="2575" w:type="dxa"/>
          </w:tcPr>
          <w:p w14:paraId="41052F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A42B410" w14:textId="77777777">
        <w:trPr>
          <w:jc w:val="center"/>
        </w:trPr>
        <w:tc>
          <w:tcPr>
            <w:tcW w:w="2575" w:type="dxa"/>
          </w:tcPr>
          <w:p w14:paraId="51C5CE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863" w:type="dxa"/>
          </w:tcPr>
          <w:p w14:paraId="2C9EC4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18%</w:t>
            </w:r>
          </w:p>
        </w:tc>
        <w:tc>
          <w:tcPr>
            <w:tcW w:w="2575" w:type="dxa"/>
          </w:tcPr>
          <w:p w14:paraId="61F049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4C029DBB" w14:textId="77777777" w:rsidR="00501161" w:rsidRDefault="00501161">
      <w:pPr>
        <w:spacing w:after="40"/>
      </w:pPr>
    </w:p>
    <w:p w14:paraId="1B69F98F" w14:textId="77777777" w:rsidR="00501161" w:rsidRDefault="00C637DA">
      <w:r>
        <w:rPr>
          <w:color w:val="555555"/>
          <w:sz w:val="26"/>
          <w:szCs w:val="26"/>
        </w:rPr>
        <w:t xml:space="preserve">สูตร: </w:t>
      </w:r>
      <w:r>
        <w:rPr>
          <w:color w:val="555555"/>
          <w:sz w:val="26"/>
          <w:szCs w:val="26"/>
        </w:rPr>
        <w:t>ทำงานหลังชนะหรือหนีสำเร็จ (ไม่ทำงานถ้าหมอตาย)</w:t>
      </w:r>
    </w:p>
    <w:p w14:paraId="4B97A8A2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ลดการกลับค่ายเพื่อรักษา</w:t>
      </w:r>
    </w:p>
    <w:p w14:paraId="142D25D9" w14:textId="77777777" w:rsidR="00501161" w:rsidRDefault="00C637DA">
      <w:pPr>
        <w:ind w:firstLine="720"/>
      </w:pPr>
      <w:r>
        <w:rPr>
          <w:b/>
          <w:bCs/>
        </w:rPr>
        <w:t xml:space="preserve">11. </w:t>
      </w:r>
      <w:r>
        <w:rPr>
          <w:b/>
          <w:bCs/>
        </w:rPr>
        <w:t>ยาต้มบำรุงธาตุ (Elemental Tonic)</w:t>
      </w:r>
      <w:r>
        <w:t xml:space="preserve"> — Active · Tier 3 · </w:t>
      </w:r>
      <w:r>
        <w:t>เป้าหมาย: เพื่อน 1 คน · Prerequisite: -</w:t>
      </w:r>
    </w:p>
    <w:p w14:paraId="2311A4E4" w14:textId="77777777" w:rsidR="00501161" w:rsidRDefault="00C637DA">
      <w:pPr>
        <w:ind w:firstLine="720"/>
      </w:pPr>
      <w:r>
        <w:t>ยาต้มบำรุงธาตุทั้งสี่ ฟื้น HP ทุกต้นเทิร์น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9"/>
        <w:gridCol w:w="2868"/>
        <w:gridCol w:w="2049"/>
        <w:gridCol w:w="2049"/>
      </w:tblGrid>
      <w:tr w:rsidR="00501161" w14:paraId="1CB91F72" w14:textId="77777777">
        <w:trPr>
          <w:tblHeader/>
          <w:jc w:val="center"/>
        </w:trPr>
        <w:tc>
          <w:tcPr>
            <w:tcW w:w="2049" w:type="dxa"/>
            <w:shd w:val="clear" w:color="auto" w:fill="F2F2F2"/>
          </w:tcPr>
          <w:p w14:paraId="76EF750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868" w:type="dxa"/>
            <w:shd w:val="clear" w:color="auto" w:fill="F2F2F2"/>
          </w:tcPr>
          <w:p w14:paraId="5B68675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Heal </w:t>
            </w:r>
            <w:r>
              <w:rPr>
                <w:b/>
                <w:bCs/>
                <w:sz w:val="28"/>
                <w:szCs w:val="28"/>
              </w:rPr>
              <w:t>ต่อเทิร์น</w:t>
            </w:r>
          </w:p>
        </w:tc>
        <w:tc>
          <w:tcPr>
            <w:tcW w:w="2049" w:type="dxa"/>
            <w:shd w:val="clear" w:color="auto" w:fill="F2F2F2"/>
          </w:tcPr>
          <w:p w14:paraId="4F51C65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2049" w:type="dxa"/>
            <w:shd w:val="clear" w:color="auto" w:fill="F2F2F2"/>
          </w:tcPr>
          <w:p w14:paraId="0F326E2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0FC98FBA" w14:textId="77777777">
        <w:trPr>
          <w:jc w:val="center"/>
        </w:trPr>
        <w:tc>
          <w:tcPr>
            <w:tcW w:w="2049" w:type="dxa"/>
          </w:tcPr>
          <w:p w14:paraId="04F818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8" w:type="dxa"/>
          </w:tcPr>
          <w:p w14:paraId="3CC746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6%</w:t>
            </w:r>
          </w:p>
        </w:tc>
        <w:tc>
          <w:tcPr>
            <w:tcW w:w="2049" w:type="dxa"/>
          </w:tcPr>
          <w:p w14:paraId="43DB76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556B48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30C24D73" w14:textId="77777777">
        <w:trPr>
          <w:jc w:val="center"/>
        </w:trPr>
        <w:tc>
          <w:tcPr>
            <w:tcW w:w="2049" w:type="dxa"/>
          </w:tcPr>
          <w:p w14:paraId="429B86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68" w:type="dxa"/>
          </w:tcPr>
          <w:p w14:paraId="63894A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8%</w:t>
            </w:r>
          </w:p>
        </w:tc>
        <w:tc>
          <w:tcPr>
            <w:tcW w:w="2049" w:type="dxa"/>
          </w:tcPr>
          <w:p w14:paraId="250EF7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4A36BB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22084C57" w14:textId="77777777">
        <w:trPr>
          <w:jc w:val="center"/>
        </w:trPr>
        <w:tc>
          <w:tcPr>
            <w:tcW w:w="2049" w:type="dxa"/>
          </w:tcPr>
          <w:p w14:paraId="2921F5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68" w:type="dxa"/>
          </w:tcPr>
          <w:p w14:paraId="16CEE0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2049" w:type="dxa"/>
          </w:tcPr>
          <w:p w14:paraId="198D47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5C0760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0D5F1B9D" w14:textId="77777777">
        <w:trPr>
          <w:jc w:val="center"/>
        </w:trPr>
        <w:tc>
          <w:tcPr>
            <w:tcW w:w="2049" w:type="dxa"/>
          </w:tcPr>
          <w:p w14:paraId="336571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68" w:type="dxa"/>
          </w:tcPr>
          <w:p w14:paraId="55CBE1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11%</w:t>
            </w:r>
          </w:p>
        </w:tc>
        <w:tc>
          <w:tcPr>
            <w:tcW w:w="2049" w:type="dxa"/>
          </w:tcPr>
          <w:p w14:paraId="099B7F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2D6EC3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7D7BE0D0" w14:textId="77777777">
        <w:trPr>
          <w:jc w:val="center"/>
        </w:trPr>
        <w:tc>
          <w:tcPr>
            <w:tcW w:w="2049" w:type="dxa"/>
          </w:tcPr>
          <w:p w14:paraId="14B318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68" w:type="dxa"/>
          </w:tcPr>
          <w:p w14:paraId="35C27E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13%</w:t>
            </w:r>
          </w:p>
        </w:tc>
        <w:tc>
          <w:tcPr>
            <w:tcW w:w="2049" w:type="dxa"/>
          </w:tcPr>
          <w:p w14:paraId="0172DF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2EFEBB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3307E8A5" w14:textId="77777777">
        <w:trPr>
          <w:jc w:val="center"/>
        </w:trPr>
        <w:tc>
          <w:tcPr>
            <w:tcW w:w="2049" w:type="dxa"/>
          </w:tcPr>
          <w:p w14:paraId="146C8A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68" w:type="dxa"/>
          </w:tcPr>
          <w:p w14:paraId="231C81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15%</w:t>
            </w:r>
          </w:p>
        </w:tc>
        <w:tc>
          <w:tcPr>
            <w:tcW w:w="2049" w:type="dxa"/>
          </w:tcPr>
          <w:p w14:paraId="179AF5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2ED16B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7E8E6915" w14:textId="77777777">
        <w:trPr>
          <w:jc w:val="center"/>
        </w:trPr>
        <w:tc>
          <w:tcPr>
            <w:tcW w:w="2049" w:type="dxa"/>
          </w:tcPr>
          <w:p w14:paraId="5174CD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68" w:type="dxa"/>
          </w:tcPr>
          <w:p w14:paraId="090F71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17%</w:t>
            </w:r>
          </w:p>
        </w:tc>
        <w:tc>
          <w:tcPr>
            <w:tcW w:w="2049" w:type="dxa"/>
          </w:tcPr>
          <w:p w14:paraId="3073A9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602821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66E20E43" w14:textId="77777777">
        <w:trPr>
          <w:jc w:val="center"/>
        </w:trPr>
        <w:tc>
          <w:tcPr>
            <w:tcW w:w="2049" w:type="dxa"/>
          </w:tcPr>
          <w:p w14:paraId="386236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68" w:type="dxa"/>
          </w:tcPr>
          <w:p w14:paraId="2ACCE2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18%</w:t>
            </w:r>
          </w:p>
        </w:tc>
        <w:tc>
          <w:tcPr>
            <w:tcW w:w="2049" w:type="dxa"/>
          </w:tcPr>
          <w:p w14:paraId="111A62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3C4966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49C9F45C" w14:textId="77777777">
        <w:trPr>
          <w:jc w:val="center"/>
        </w:trPr>
        <w:tc>
          <w:tcPr>
            <w:tcW w:w="2049" w:type="dxa"/>
          </w:tcPr>
          <w:p w14:paraId="0949FD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868" w:type="dxa"/>
          </w:tcPr>
          <w:p w14:paraId="768E02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2049" w:type="dxa"/>
          </w:tcPr>
          <w:p w14:paraId="410A24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3D1AD7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69219214" w14:textId="77777777">
        <w:trPr>
          <w:jc w:val="center"/>
        </w:trPr>
        <w:tc>
          <w:tcPr>
            <w:tcW w:w="2049" w:type="dxa"/>
          </w:tcPr>
          <w:p w14:paraId="63B043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868" w:type="dxa"/>
          </w:tcPr>
          <w:p w14:paraId="7C152D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22%</w:t>
            </w:r>
          </w:p>
        </w:tc>
        <w:tc>
          <w:tcPr>
            <w:tcW w:w="2049" w:type="dxa"/>
          </w:tcPr>
          <w:p w14:paraId="538875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049" w:type="dxa"/>
          </w:tcPr>
          <w:p w14:paraId="3503AD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</w:tbl>
    <w:p w14:paraId="47EDF4CA" w14:textId="77777777" w:rsidR="00501161" w:rsidRDefault="00501161">
      <w:pPr>
        <w:spacing w:after="40"/>
      </w:pPr>
    </w:p>
    <w:p w14:paraId="0ED4B5F6" w14:textId="77777777" w:rsidR="00501161" w:rsidRDefault="00C637DA">
      <w:r>
        <w:rPr>
          <w:color w:val="555555"/>
          <w:sz w:val="26"/>
          <w:szCs w:val="26"/>
        </w:rPr>
        <w:t>สูตร: Heal = Max HP × % × (1 + TEC/200)</w:t>
      </w:r>
    </w:p>
    <w:p w14:paraId="11556A46" w14:textId="77777777" w:rsidR="00501161" w:rsidRDefault="00C637DA">
      <w:pPr>
        <w:pStyle w:val="ListBullet"/>
        <w:ind w:left="720"/>
      </w:pPr>
      <w:r>
        <w:rPr>
          <w:b/>
          <w:bCs/>
        </w:rPr>
        <w:t xml:space="preserve">Design </w:t>
      </w:r>
      <w:r>
        <w:rPr>
          <w:b/>
          <w:bCs/>
        </w:rPr>
        <w:t>Note:</w:t>
      </w:r>
      <w:r>
        <w:t xml:space="preserve"> </w:t>
      </w:r>
      <w:r>
        <w:t>ใช้ล่วงหน้ากับนักรบที่กำลังรับดาเมจ</w:t>
      </w:r>
    </w:p>
    <w:p w14:paraId="14DAB2FC" w14:textId="77777777" w:rsidR="00501161" w:rsidRDefault="00C637DA">
      <w:pPr>
        <w:ind w:firstLine="720"/>
      </w:pPr>
      <w:r>
        <w:rPr>
          <w:b/>
          <w:bCs/>
        </w:rPr>
        <w:t xml:space="preserve">12. </w:t>
      </w:r>
      <w:r>
        <w:rPr>
          <w:b/>
          <w:bCs/>
        </w:rPr>
        <w:t>มหาพิกัดโอสถ (Grand Formula)</w:t>
      </w:r>
      <w:r>
        <w:t xml:space="preserve"> — Ultimate · Ultimate · </w:t>
      </w:r>
      <w:r>
        <w:t>เป้าหมาย: ปาร์ตี้ · Prerequisite: Lv40 + พรมน้ำมนต์ Rank 10</w:t>
      </w:r>
    </w:p>
    <w:p w14:paraId="25111FD3" w14:textId="77777777" w:rsidR="00501161" w:rsidRDefault="00C637DA">
      <w:pPr>
        <w:ind w:firstLine="720"/>
      </w:pPr>
      <w:r>
        <w:t>ปรุงยามหาพิกัด ฮีลเต็มทุกคน และเรียกขวัญทุกคนที่ตาย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4142"/>
        <w:gridCol w:w="2436"/>
      </w:tblGrid>
      <w:tr w:rsidR="00501161" w14:paraId="114C38B2" w14:textId="77777777">
        <w:trPr>
          <w:tblHeader/>
          <w:jc w:val="center"/>
        </w:trPr>
        <w:tc>
          <w:tcPr>
            <w:tcW w:w="2436" w:type="dxa"/>
            <w:shd w:val="clear" w:color="auto" w:fill="F2F2F2"/>
          </w:tcPr>
          <w:p w14:paraId="1CFEB6E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142" w:type="dxa"/>
            <w:shd w:val="clear" w:color="auto" w:fill="F2F2F2"/>
          </w:tcPr>
          <w:p w14:paraId="72BC4A5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HP </w:t>
            </w:r>
            <w:r>
              <w:rPr>
                <w:b/>
                <w:bCs/>
                <w:sz w:val="28"/>
                <w:szCs w:val="28"/>
              </w:rPr>
              <w:t>ของคนที่ถูกชุบ</w:t>
            </w:r>
          </w:p>
        </w:tc>
        <w:tc>
          <w:tcPr>
            <w:tcW w:w="2436" w:type="dxa"/>
            <w:shd w:val="clear" w:color="auto" w:fill="F2F2F2"/>
          </w:tcPr>
          <w:p w14:paraId="3C7C8D7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60F53C6E" w14:textId="77777777">
        <w:trPr>
          <w:jc w:val="center"/>
        </w:trPr>
        <w:tc>
          <w:tcPr>
            <w:tcW w:w="2436" w:type="dxa"/>
          </w:tcPr>
          <w:p w14:paraId="3427C1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14:paraId="74261F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  <w:tc>
          <w:tcPr>
            <w:tcW w:w="2436" w:type="dxa"/>
          </w:tcPr>
          <w:p w14:paraId="758DEE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</w:t>
            </w:r>
          </w:p>
        </w:tc>
      </w:tr>
      <w:tr w:rsidR="00501161" w14:paraId="209B166A" w14:textId="77777777">
        <w:trPr>
          <w:jc w:val="center"/>
        </w:trPr>
        <w:tc>
          <w:tcPr>
            <w:tcW w:w="2436" w:type="dxa"/>
          </w:tcPr>
          <w:p w14:paraId="3B1C3D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14:paraId="455FD8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  <w:tc>
          <w:tcPr>
            <w:tcW w:w="2436" w:type="dxa"/>
          </w:tcPr>
          <w:p w14:paraId="08F100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45</w:t>
            </w:r>
          </w:p>
        </w:tc>
      </w:tr>
      <w:tr w:rsidR="00501161" w14:paraId="577CD5F9" w14:textId="77777777">
        <w:trPr>
          <w:jc w:val="center"/>
        </w:trPr>
        <w:tc>
          <w:tcPr>
            <w:tcW w:w="2436" w:type="dxa"/>
          </w:tcPr>
          <w:p w14:paraId="78B79C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4142" w:type="dxa"/>
          </w:tcPr>
          <w:p w14:paraId="36F6ED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  <w:tc>
          <w:tcPr>
            <w:tcW w:w="2436" w:type="dxa"/>
          </w:tcPr>
          <w:p w14:paraId="3A0B1D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</w:tr>
    </w:tbl>
    <w:p w14:paraId="6B29908A" w14:textId="77777777" w:rsidR="00501161" w:rsidRDefault="00501161">
      <w:pPr>
        <w:spacing w:after="40"/>
      </w:pPr>
    </w:p>
    <w:p w14:paraId="349AEB3B" w14:textId="77777777" w:rsidR="00501161" w:rsidRDefault="00C637DA">
      <w:r>
        <w:rPr>
          <w:color w:val="555555"/>
          <w:sz w:val="26"/>
          <w:szCs w:val="26"/>
        </w:rPr>
        <w:t>สูตร: 1 ครั้งต่อการต่อสู้</w:t>
      </w:r>
    </w:p>
    <w:p w14:paraId="363EFBE5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ปุ่มกู้สถานการณ์สำหรับไฟต์บอส</w:t>
      </w:r>
    </w:p>
    <w:p w14:paraId="29524248" w14:textId="77777777" w:rsidR="00501161" w:rsidRDefault="00C637DA">
      <w:pPr>
        <w:pStyle w:val="Heading3"/>
      </w:pPr>
      <w:r>
        <w:t xml:space="preserve">4.7.5 </w:t>
      </w:r>
      <w:r>
        <w:t>จอมขมังเวทย์ (Sorcerer) — ผู้ใช้ไสยเวทและคาถาอาคม (Elemental Nuker / Debuffer)</w:t>
      </w:r>
    </w:p>
    <w:p w14:paraId="53C57F93" w14:textId="77777777" w:rsidR="00501161" w:rsidRDefault="00C637DA">
      <w:pPr>
        <w:ind w:firstLine="720"/>
      </w:pPr>
      <w:r>
        <w:t xml:space="preserve">จอมขมังเวทย์ผู้ร่ายคาถาอาคมธาตุ ไฟ น้ำ ลม </w:t>
      </w:r>
      <w:r>
        <w:t>และปล่อยคุณไสยใส่สถานะผิดปกติ ทุกการโจมตีด้วยสกิลเป็นดาเมจเวทย์ เป็นอาชีพที่ตีจุดอ่อนได้ดีที่สุด และเพ่งกสิณอ่านธาตุของศัตรูได้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67"/>
        <w:gridCol w:w="5547"/>
      </w:tblGrid>
      <w:tr w:rsidR="00501161" w14:paraId="4E9E5742" w14:textId="77777777">
        <w:trPr>
          <w:tblHeader/>
          <w:jc w:val="center"/>
        </w:trPr>
        <w:tc>
          <w:tcPr>
            <w:tcW w:w="3467" w:type="dxa"/>
            <w:shd w:val="clear" w:color="auto" w:fill="F2F2F2"/>
          </w:tcPr>
          <w:p w14:paraId="5ABC05D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5547" w:type="dxa"/>
            <w:shd w:val="clear" w:color="auto" w:fill="F2F2F2"/>
          </w:tcPr>
          <w:p w14:paraId="7A37ED7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5D9DBB38" w14:textId="77777777">
        <w:trPr>
          <w:jc w:val="center"/>
        </w:trPr>
        <w:tc>
          <w:tcPr>
            <w:tcW w:w="3467" w:type="dxa"/>
          </w:tcPr>
          <w:p w14:paraId="2B8655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อาวุธ</w:t>
            </w:r>
          </w:p>
        </w:tc>
        <w:tc>
          <w:tcPr>
            <w:tcW w:w="5547" w:type="dxa"/>
          </w:tcPr>
          <w:p w14:paraId="5B8021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ไม้เท้า / ตะกรุด</w:t>
            </w:r>
          </w:p>
        </w:tc>
      </w:tr>
      <w:tr w:rsidR="00501161" w14:paraId="2DD71EFC" w14:textId="77777777">
        <w:trPr>
          <w:jc w:val="center"/>
        </w:trPr>
        <w:tc>
          <w:tcPr>
            <w:tcW w:w="3467" w:type="dxa"/>
          </w:tcPr>
          <w:p w14:paraId="072435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ชุด</w:t>
            </w:r>
          </w:p>
        </w:tc>
        <w:tc>
          <w:tcPr>
            <w:tcW w:w="5547" w:type="dxa"/>
          </w:tcPr>
          <w:p w14:paraId="133686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ชุดผ้าลงยันต์</w:t>
            </w:r>
          </w:p>
        </w:tc>
      </w:tr>
      <w:tr w:rsidR="00501161" w14:paraId="46B6E192" w14:textId="77777777">
        <w:trPr>
          <w:jc w:val="center"/>
        </w:trPr>
        <w:tc>
          <w:tcPr>
            <w:tcW w:w="3467" w:type="dxa"/>
          </w:tcPr>
          <w:p w14:paraId="30CC7D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Stat </w:t>
            </w:r>
            <w:r>
              <w:rPr>
                <w:sz w:val="28"/>
                <w:szCs w:val="28"/>
              </w:rPr>
              <w:t>หลัก</w:t>
            </w:r>
          </w:p>
        </w:tc>
        <w:tc>
          <w:tcPr>
            <w:tcW w:w="5547" w:type="dxa"/>
          </w:tcPr>
          <w:p w14:paraId="2FED89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TEC, MP, LUK</w:t>
            </w:r>
          </w:p>
        </w:tc>
      </w:tr>
      <w:tr w:rsidR="00501161" w14:paraId="7AB6DD67" w14:textId="77777777">
        <w:trPr>
          <w:jc w:val="center"/>
        </w:trPr>
        <w:tc>
          <w:tcPr>
            <w:tcW w:w="3467" w:type="dxa"/>
          </w:tcPr>
          <w:p w14:paraId="70F873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ปลดล็อก</w:t>
            </w:r>
          </w:p>
        </w:tc>
        <w:tc>
          <w:tcPr>
            <w:tcW w:w="5547" w:type="dxa"/>
          </w:tcPr>
          <w:p w14:paraId="06836B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ตั้งแต่เริ่มเกม</w:t>
            </w:r>
          </w:p>
        </w:tc>
      </w:tr>
    </w:tbl>
    <w:p w14:paraId="5458A01E" w14:textId="77777777" w:rsidR="00501161" w:rsidRDefault="00501161">
      <w:pPr>
        <w:spacing w:after="40"/>
      </w:pPr>
    </w:p>
    <w:p w14:paraId="670387B9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ระบบธาตุอ้างอิงแนวคิด Etrian Odyssey ที่ให้ผู้เล่นค้นหาจุดอ่อนเอง จอมขมังเวทย์จึงเป็นตัวที่ทำให้ระบบนี้มีความหมาย ดาเมจสูงสุดเมื่อตีจุดอ่อน แต่ HP ต่ำที่สุดในเกม และ MP ที่หมดคือจุดจบของการเข้าป่ารอบนั้น</w:t>
      </w:r>
    </w:p>
    <w:p w14:paraId="0D7AA278" w14:textId="77777777" w:rsidR="00501161" w:rsidRDefault="00C637DA">
      <w:pPr>
        <w:ind w:firstLine="720"/>
      </w:pPr>
      <w:r>
        <w:rPr>
          <w:b/>
          <w:bCs/>
        </w:rPr>
        <w:t xml:space="preserve">1. </w:t>
      </w:r>
      <w:r>
        <w:rPr>
          <w:b/>
          <w:bCs/>
        </w:rPr>
        <w:t>คาถาไฟกาฬ (Kala Fire Incantation)</w:t>
      </w:r>
      <w:r>
        <w:t xml:space="preserve"> — Active · Tie</w:t>
      </w:r>
      <w:r>
        <w:t xml:space="preserve">r 1 · </w:t>
      </w:r>
      <w:r>
        <w:t>เป้าหมาย: ศัตรู 1 ตัว · Prerequisite: -</w:t>
      </w:r>
    </w:p>
    <w:p w14:paraId="34B79C67" w14:textId="77777777" w:rsidR="00501161" w:rsidRDefault="00C637DA">
      <w:pPr>
        <w:ind w:firstLine="720"/>
      </w:pPr>
      <w:r>
        <w:t>เสกไฟกาฬเผาศัตรู ดาเมจธาตุไฟ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4142"/>
        <w:gridCol w:w="2436"/>
      </w:tblGrid>
      <w:tr w:rsidR="00501161" w14:paraId="0BAA98AD" w14:textId="77777777">
        <w:trPr>
          <w:tblHeader/>
          <w:jc w:val="center"/>
        </w:trPr>
        <w:tc>
          <w:tcPr>
            <w:tcW w:w="2436" w:type="dxa"/>
            <w:shd w:val="clear" w:color="auto" w:fill="F2F2F2"/>
          </w:tcPr>
          <w:p w14:paraId="02F7E7D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142" w:type="dxa"/>
            <w:shd w:val="clear" w:color="auto" w:fill="F2F2F2"/>
          </w:tcPr>
          <w:p w14:paraId="7B862DC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2436" w:type="dxa"/>
            <w:shd w:val="clear" w:color="auto" w:fill="F2F2F2"/>
          </w:tcPr>
          <w:p w14:paraId="6597CD4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4D83DE3C" w14:textId="77777777">
        <w:trPr>
          <w:jc w:val="center"/>
        </w:trPr>
        <w:tc>
          <w:tcPr>
            <w:tcW w:w="2436" w:type="dxa"/>
          </w:tcPr>
          <w:p w14:paraId="2AAFD8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14:paraId="371919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130%</w:t>
            </w:r>
          </w:p>
        </w:tc>
        <w:tc>
          <w:tcPr>
            <w:tcW w:w="2436" w:type="dxa"/>
          </w:tcPr>
          <w:p w14:paraId="58E7BE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09ECE9D5" w14:textId="77777777">
        <w:trPr>
          <w:jc w:val="center"/>
        </w:trPr>
        <w:tc>
          <w:tcPr>
            <w:tcW w:w="2436" w:type="dxa"/>
          </w:tcPr>
          <w:p w14:paraId="56F184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14:paraId="0A6D7C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141%</w:t>
            </w:r>
          </w:p>
        </w:tc>
        <w:tc>
          <w:tcPr>
            <w:tcW w:w="2436" w:type="dxa"/>
          </w:tcPr>
          <w:p w14:paraId="254959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0677E6F0" w14:textId="77777777">
        <w:trPr>
          <w:jc w:val="center"/>
        </w:trPr>
        <w:tc>
          <w:tcPr>
            <w:tcW w:w="2436" w:type="dxa"/>
          </w:tcPr>
          <w:p w14:paraId="60D355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2" w:type="dxa"/>
          </w:tcPr>
          <w:p w14:paraId="26883B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152%</w:t>
            </w:r>
          </w:p>
        </w:tc>
        <w:tc>
          <w:tcPr>
            <w:tcW w:w="2436" w:type="dxa"/>
          </w:tcPr>
          <w:p w14:paraId="53628A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7B386A25" w14:textId="77777777">
        <w:trPr>
          <w:jc w:val="center"/>
        </w:trPr>
        <w:tc>
          <w:tcPr>
            <w:tcW w:w="2436" w:type="dxa"/>
          </w:tcPr>
          <w:p w14:paraId="40E333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42" w:type="dxa"/>
          </w:tcPr>
          <w:p w14:paraId="674C8B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163%</w:t>
            </w:r>
          </w:p>
        </w:tc>
        <w:tc>
          <w:tcPr>
            <w:tcW w:w="2436" w:type="dxa"/>
          </w:tcPr>
          <w:p w14:paraId="7E937D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52C7754A" w14:textId="77777777">
        <w:trPr>
          <w:jc w:val="center"/>
        </w:trPr>
        <w:tc>
          <w:tcPr>
            <w:tcW w:w="2436" w:type="dxa"/>
          </w:tcPr>
          <w:p w14:paraId="3E4CF7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42" w:type="dxa"/>
          </w:tcPr>
          <w:p w14:paraId="29B8AB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174%</w:t>
            </w:r>
          </w:p>
        </w:tc>
        <w:tc>
          <w:tcPr>
            <w:tcW w:w="2436" w:type="dxa"/>
          </w:tcPr>
          <w:p w14:paraId="2C8DB0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17CDAC03" w14:textId="77777777">
        <w:trPr>
          <w:jc w:val="center"/>
        </w:trPr>
        <w:tc>
          <w:tcPr>
            <w:tcW w:w="2436" w:type="dxa"/>
          </w:tcPr>
          <w:p w14:paraId="48EB71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42" w:type="dxa"/>
          </w:tcPr>
          <w:p w14:paraId="0B73B8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186%</w:t>
            </w:r>
          </w:p>
        </w:tc>
        <w:tc>
          <w:tcPr>
            <w:tcW w:w="2436" w:type="dxa"/>
          </w:tcPr>
          <w:p w14:paraId="716702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33153BDD" w14:textId="77777777">
        <w:trPr>
          <w:jc w:val="center"/>
        </w:trPr>
        <w:tc>
          <w:tcPr>
            <w:tcW w:w="2436" w:type="dxa"/>
          </w:tcPr>
          <w:p w14:paraId="484CBE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42" w:type="dxa"/>
          </w:tcPr>
          <w:p w14:paraId="4332B6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197%</w:t>
            </w:r>
          </w:p>
        </w:tc>
        <w:tc>
          <w:tcPr>
            <w:tcW w:w="2436" w:type="dxa"/>
          </w:tcPr>
          <w:p w14:paraId="0B861D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02AB89B3" w14:textId="77777777">
        <w:trPr>
          <w:jc w:val="center"/>
        </w:trPr>
        <w:tc>
          <w:tcPr>
            <w:tcW w:w="2436" w:type="dxa"/>
          </w:tcPr>
          <w:p w14:paraId="50A653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42" w:type="dxa"/>
          </w:tcPr>
          <w:p w14:paraId="17D82A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208%</w:t>
            </w:r>
          </w:p>
        </w:tc>
        <w:tc>
          <w:tcPr>
            <w:tcW w:w="2436" w:type="dxa"/>
          </w:tcPr>
          <w:p w14:paraId="5AE0F1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1CB14B9E" w14:textId="77777777">
        <w:trPr>
          <w:jc w:val="center"/>
        </w:trPr>
        <w:tc>
          <w:tcPr>
            <w:tcW w:w="2436" w:type="dxa"/>
          </w:tcPr>
          <w:p w14:paraId="09CE46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42" w:type="dxa"/>
          </w:tcPr>
          <w:p w14:paraId="496FEE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219%</w:t>
            </w:r>
          </w:p>
        </w:tc>
        <w:tc>
          <w:tcPr>
            <w:tcW w:w="2436" w:type="dxa"/>
          </w:tcPr>
          <w:p w14:paraId="661708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5198625E" w14:textId="77777777">
        <w:trPr>
          <w:jc w:val="center"/>
        </w:trPr>
        <w:tc>
          <w:tcPr>
            <w:tcW w:w="2436" w:type="dxa"/>
          </w:tcPr>
          <w:p w14:paraId="58AEC0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42" w:type="dxa"/>
          </w:tcPr>
          <w:p w14:paraId="430F0E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230%</w:t>
            </w:r>
          </w:p>
        </w:tc>
        <w:tc>
          <w:tcPr>
            <w:tcW w:w="2436" w:type="dxa"/>
          </w:tcPr>
          <w:p w14:paraId="33A4BA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</w:tbl>
    <w:p w14:paraId="5E028C9C" w14:textId="77777777" w:rsidR="00501161" w:rsidRDefault="00501161">
      <w:pPr>
        <w:spacing w:after="40"/>
      </w:pPr>
    </w:p>
    <w:p w14:paraId="22D91C0F" w14:textId="77777777" w:rsidR="00501161" w:rsidRDefault="00C637DA">
      <w:r>
        <w:rPr>
          <w:color w:val="555555"/>
          <w:sz w:val="26"/>
          <w:szCs w:val="26"/>
        </w:rPr>
        <w:t xml:space="preserve">สูตร: Damage = Magic Base × </w:t>
      </w:r>
      <w:r>
        <w:rPr>
          <w:color w:val="555555"/>
          <w:sz w:val="26"/>
          <w:szCs w:val="26"/>
        </w:rPr>
        <w:t>Multiplier × Element(</w:t>
      </w:r>
      <w:r>
        <w:rPr>
          <w:color w:val="555555"/>
          <w:sz w:val="26"/>
          <w:szCs w:val="26"/>
        </w:rPr>
        <w:t>ไฟ) × 100 / (100 + Magic DEF)</w:t>
      </w:r>
    </w:p>
    <w:p w14:paraId="7E1627B0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คาถาธาตุหลัก 1 ใน 3</w:t>
      </w:r>
    </w:p>
    <w:p w14:paraId="32FD8CA4" w14:textId="77777777" w:rsidR="00501161" w:rsidRDefault="00C637DA">
      <w:pPr>
        <w:ind w:firstLine="720"/>
      </w:pPr>
      <w:r>
        <w:rPr>
          <w:b/>
          <w:bCs/>
        </w:rPr>
        <w:t xml:space="preserve">2. </w:t>
      </w:r>
      <w:r>
        <w:rPr>
          <w:b/>
          <w:bCs/>
        </w:rPr>
        <w:t>คาถาวารีพิฆาต (Drowning Incantation)</w:t>
      </w:r>
      <w:r>
        <w:t xml:space="preserve"> — Active · Tier 1 · </w:t>
      </w:r>
      <w:r>
        <w:t>เป้าหมาย: ศัตรู 1 ตัว · Prerequisite: -</w:t>
      </w:r>
    </w:p>
    <w:p w14:paraId="4409333D" w14:textId="77777777" w:rsidR="00501161" w:rsidRDefault="00C637DA">
      <w:pPr>
        <w:ind w:firstLine="720"/>
      </w:pPr>
      <w:r>
        <w:t>เสกน้ำวนกลืนศัตรู ดาเมจธาตุน้ำ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4142"/>
        <w:gridCol w:w="2436"/>
      </w:tblGrid>
      <w:tr w:rsidR="00501161" w14:paraId="295A46D5" w14:textId="77777777">
        <w:trPr>
          <w:tblHeader/>
          <w:jc w:val="center"/>
        </w:trPr>
        <w:tc>
          <w:tcPr>
            <w:tcW w:w="2436" w:type="dxa"/>
            <w:shd w:val="clear" w:color="auto" w:fill="F2F2F2"/>
          </w:tcPr>
          <w:p w14:paraId="2FFF85D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142" w:type="dxa"/>
            <w:shd w:val="clear" w:color="auto" w:fill="F2F2F2"/>
          </w:tcPr>
          <w:p w14:paraId="78BDC13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2436" w:type="dxa"/>
            <w:shd w:val="clear" w:color="auto" w:fill="F2F2F2"/>
          </w:tcPr>
          <w:p w14:paraId="22AB86A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5D9D848F" w14:textId="77777777">
        <w:trPr>
          <w:jc w:val="center"/>
        </w:trPr>
        <w:tc>
          <w:tcPr>
            <w:tcW w:w="2436" w:type="dxa"/>
          </w:tcPr>
          <w:p w14:paraId="075C24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14:paraId="74FAF5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130%</w:t>
            </w:r>
          </w:p>
        </w:tc>
        <w:tc>
          <w:tcPr>
            <w:tcW w:w="2436" w:type="dxa"/>
          </w:tcPr>
          <w:p w14:paraId="5ABB46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65802AB6" w14:textId="77777777">
        <w:trPr>
          <w:jc w:val="center"/>
        </w:trPr>
        <w:tc>
          <w:tcPr>
            <w:tcW w:w="2436" w:type="dxa"/>
          </w:tcPr>
          <w:p w14:paraId="7EF349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14:paraId="564C0E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141%</w:t>
            </w:r>
          </w:p>
        </w:tc>
        <w:tc>
          <w:tcPr>
            <w:tcW w:w="2436" w:type="dxa"/>
          </w:tcPr>
          <w:p w14:paraId="3EE4AA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56B3A29E" w14:textId="77777777">
        <w:trPr>
          <w:jc w:val="center"/>
        </w:trPr>
        <w:tc>
          <w:tcPr>
            <w:tcW w:w="2436" w:type="dxa"/>
          </w:tcPr>
          <w:p w14:paraId="00F365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2" w:type="dxa"/>
          </w:tcPr>
          <w:p w14:paraId="148BBF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152%</w:t>
            </w:r>
          </w:p>
        </w:tc>
        <w:tc>
          <w:tcPr>
            <w:tcW w:w="2436" w:type="dxa"/>
          </w:tcPr>
          <w:p w14:paraId="503D31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0B5D38DB" w14:textId="77777777">
        <w:trPr>
          <w:jc w:val="center"/>
        </w:trPr>
        <w:tc>
          <w:tcPr>
            <w:tcW w:w="2436" w:type="dxa"/>
          </w:tcPr>
          <w:p w14:paraId="447278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42" w:type="dxa"/>
          </w:tcPr>
          <w:p w14:paraId="76872A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163%</w:t>
            </w:r>
          </w:p>
        </w:tc>
        <w:tc>
          <w:tcPr>
            <w:tcW w:w="2436" w:type="dxa"/>
          </w:tcPr>
          <w:p w14:paraId="3A7A92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56DF0D7E" w14:textId="77777777">
        <w:trPr>
          <w:jc w:val="center"/>
        </w:trPr>
        <w:tc>
          <w:tcPr>
            <w:tcW w:w="2436" w:type="dxa"/>
          </w:tcPr>
          <w:p w14:paraId="125AE0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42" w:type="dxa"/>
          </w:tcPr>
          <w:p w14:paraId="435A0E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174%</w:t>
            </w:r>
          </w:p>
        </w:tc>
        <w:tc>
          <w:tcPr>
            <w:tcW w:w="2436" w:type="dxa"/>
          </w:tcPr>
          <w:p w14:paraId="70E687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7A087209" w14:textId="77777777">
        <w:trPr>
          <w:jc w:val="center"/>
        </w:trPr>
        <w:tc>
          <w:tcPr>
            <w:tcW w:w="2436" w:type="dxa"/>
          </w:tcPr>
          <w:p w14:paraId="46158E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42" w:type="dxa"/>
          </w:tcPr>
          <w:p w14:paraId="441B4F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186%</w:t>
            </w:r>
          </w:p>
        </w:tc>
        <w:tc>
          <w:tcPr>
            <w:tcW w:w="2436" w:type="dxa"/>
          </w:tcPr>
          <w:p w14:paraId="66B99E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5003601B" w14:textId="77777777">
        <w:trPr>
          <w:jc w:val="center"/>
        </w:trPr>
        <w:tc>
          <w:tcPr>
            <w:tcW w:w="2436" w:type="dxa"/>
          </w:tcPr>
          <w:p w14:paraId="310BCF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42" w:type="dxa"/>
          </w:tcPr>
          <w:p w14:paraId="2D2E35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197%</w:t>
            </w:r>
          </w:p>
        </w:tc>
        <w:tc>
          <w:tcPr>
            <w:tcW w:w="2436" w:type="dxa"/>
          </w:tcPr>
          <w:p w14:paraId="60C711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2FD914E0" w14:textId="77777777">
        <w:trPr>
          <w:jc w:val="center"/>
        </w:trPr>
        <w:tc>
          <w:tcPr>
            <w:tcW w:w="2436" w:type="dxa"/>
          </w:tcPr>
          <w:p w14:paraId="2C8ADC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42" w:type="dxa"/>
          </w:tcPr>
          <w:p w14:paraId="662E7C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208%</w:t>
            </w:r>
          </w:p>
        </w:tc>
        <w:tc>
          <w:tcPr>
            <w:tcW w:w="2436" w:type="dxa"/>
          </w:tcPr>
          <w:p w14:paraId="2059CB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7EBEEFE0" w14:textId="77777777">
        <w:trPr>
          <w:jc w:val="center"/>
        </w:trPr>
        <w:tc>
          <w:tcPr>
            <w:tcW w:w="2436" w:type="dxa"/>
          </w:tcPr>
          <w:p w14:paraId="3602AF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42" w:type="dxa"/>
          </w:tcPr>
          <w:p w14:paraId="200B82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219%</w:t>
            </w:r>
          </w:p>
        </w:tc>
        <w:tc>
          <w:tcPr>
            <w:tcW w:w="2436" w:type="dxa"/>
          </w:tcPr>
          <w:p w14:paraId="749B23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435FCCCE" w14:textId="77777777">
        <w:trPr>
          <w:jc w:val="center"/>
        </w:trPr>
        <w:tc>
          <w:tcPr>
            <w:tcW w:w="2436" w:type="dxa"/>
          </w:tcPr>
          <w:p w14:paraId="7E0553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42" w:type="dxa"/>
          </w:tcPr>
          <w:p w14:paraId="2D4FB1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230%</w:t>
            </w:r>
          </w:p>
        </w:tc>
        <w:tc>
          <w:tcPr>
            <w:tcW w:w="2436" w:type="dxa"/>
          </w:tcPr>
          <w:p w14:paraId="6563DE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</w:tbl>
    <w:p w14:paraId="4D40D546" w14:textId="77777777" w:rsidR="00501161" w:rsidRDefault="00501161">
      <w:pPr>
        <w:spacing w:after="40"/>
      </w:pPr>
    </w:p>
    <w:p w14:paraId="4B42C17C" w14:textId="77777777" w:rsidR="00501161" w:rsidRDefault="00C637DA">
      <w:r>
        <w:rPr>
          <w:color w:val="555555"/>
          <w:sz w:val="26"/>
          <w:szCs w:val="26"/>
        </w:rPr>
        <w:t>สูตร: Damage = Magic Base × Multiplier × Element(น้ำ) × 100 / (100 + Magic DEF)</w:t>
      </w:r>
    </w:p>
    <w:p w14:paraId="5B0590D4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คาถาธาตุหลัก 2 ใน 3</w:t>
      </w:r>
    </w:p>
    <w:p w14:paraId="7F920C99" w14:textId="77777777" w:rsidR="00501161" w:rsidRDefault="00C637DA">
      <w:pPr>
        <w:ind w:firstLine="720"/>
      </w:pPr>
      <w:r>
        <w:rPr>
          <w:b/>
          <w:bCs/>
        </w:rPr>
        <w:t xml:space="preserve">3. </w:t>
      </w:r>
      <w:r>
        <w:rPr>
          <w:b/>
          <w:bCs/>
        </w:rPr>
        <w:t>ตะกรุดโทน (Single Takrut)</w:t>
      </w:r>
      <w:r>
        <w:t xml:space="preserve"> — Passive · Tier 1 · </w:t>
      </w:r>
      <w:r>
        <w:t>เป้าหมาย: - · Prerequisite: -</w:t>
      </w:r>
    </w:p>
    <w:p w14:paraId="20FA45E4" w14:textId="77777777" w:rsidR="00501161" w:rsidRDefault="00C637DA">
      <w:pPr>
        <w:ind w:firstLine="720"/>
      </w:pPr>
      <w:r>
        <w:t>ตะกรุดโทนรวมพลังอาคม เพิ่มดาเมจเวทย์ทั้งหมด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2"/>
        <w:gridCol w:w="4270"/>
        <w:gridCol w:w="2372"/>
      </w:tblGrid>
      <w:tr w:rsidR="00501161" w14:paraId="609AFBCF" w14:textId="77777777">
        <w:trPr>
          <w:tblHeader/>
          <w:jc w:val="center"/>
        </w:trPr>
        <w:tc>
          <w:tcPr>
            <w:tcW w:w="2372" w:type="dxa"/>
            <w:shd w:val="clear" w:color="auto" w:fill="F2F2F2"/>
          </w:tcPr>
          <w:p w14:paraId="3C57FC7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270" w:type="dxa"/>
            <w:shd w:val="clear" w:color="auto" w:fill="F2F2F2"/>
          </w:tcPr>
          <w:p w14:paraId="167E3E4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Magic Damage Bonus</w:t>
            </w:r>
          </w:p>
        </w:tc>
        <w:tc>
          <w:tcPr>
            <w:tcW w:w="2372" w:type="dxa"/>
            <w:shd w:val="clear" w:color="auto" w:fill="F2F2F2"/>
          </w:tcPr>
          <w:p w14:paraId="0426D3E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2FC6C346" w14:textId="77777777">
        <w:trPr>
          <w:jc w:val="center"/>
        </w:trPr>
        <w:tc>
          <w:tcPr>
            <w:tcW w:w="2372" w:type="dxa"/>
          </w:tcPr>
          <w:p w14:paraId="34BB20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70" w:type="dxa"/>
          </w:tcPr>
          <w:p w14:paraId="09D3C7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+2%</w:t>
            </w:r>
          </w:p>
        </w:tc>
        <w:tc>
          <w:tcPr>
            <w:tcW w:w="2372" w:type="dxa"/>
          </w:tcPr>
          <w:p w14:paraId="1CA2E2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093FB35" w14:textId="77777777">
        <w:trPr>
          <w:jc w:val="center"/>
        </w:trPr>
        <w:tc>
          <w:tcPr>
            <w:tcW w:w="2372" w:type="dxa"/>
          </w:tcPr>
          <w:p w14:paraId="773E10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70" w:type="dxa"/>
          </w:tcPr>
          <w:p w14:paraId="231B11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+4%</w:t>
            </w:r>
          </w:p>
        </w:tc>
        <w:tc>
          <w:tcPr>
            <w:tcW w:w="2372" w:type="dxa"/>
          </w:tcPr>
          <w:p w14:paraId="6078AD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29D0006" w14:textId="77777777">
        <w:trPr>
          <w:jc w:val="center"/>
        </w:trPr>
        <w:tc>
          <w:tcPr>
            <w:tcW w:w="2372" w:type="dxa"/>
          </w:tcPr>
          <w:p w14:paraId="1818E3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70" w:type="dxa"/>
          </w:tcPr>
          <w:p w14:paraId="0DCFA3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+6%</w:t>
            </w:r>
          </w:p>
        </w:tc>
        <w:tc>
          <w:tcPr>
            <w:tcW w:w="2372" w:type="dxa"/>
          </w:tcPr>
          <w:p w14:paraId="71D20F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B0BC70D" w14:textId="77777777">
        <w:trPr>
          <w:jc w:val="center"/>
        </w:trPr>
        <w:tc>
          <w:tcPr>
            <w:tcW w:w="2372" w:type="dxa"/>
          </w:tcPr>
          <w:p w14:paraId="7C16B5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70" w:type="dxa"/>
          </w:tcPr>
          <w:p w14:paraId="0E3EE3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+8%</w:t>
            </w:r>
          </w:p>
        </w:tc>
        <w:tc>
          <w:tcPr>
            <w:tcW w:w="2372" w:type="dxa"/>
          </w:tcPr>
          <w:p w14:paraId="1DAE19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0C96D65" w14:textId="77777777">
        <w:trPr>
          <w:jc w:val="center"/>
        </w:trPr>
        <w:tc>
          <w:tcPr>
            <w:tcW w:w="2372" w:type="dxa"/>
          </w:tcPr>
          <w:p w14:paraId="4DE021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70" w:type="dxa"/>
          </w:tcPr>
          <w:p w14:paraId="2A816F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+10%</w:t>
            </w:r>
          </w:p>
        </w:tc>
        <w:tc>
          <w:tcPr>
            <w:tcW w:w="2372" w:type="dxa"/>
          </w:tcPr>
          <w:p w14:paraId="429171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30AC39C" w14:textId="77777777">
        <w:trPr>
          <w:jc w:val="center"/>
        </w:trPr>
        <w:tc>
          <w:tcPr>
            <w:tcW w:w="2372" w:type="dxa"/>
          </w:tcPr>
          <w:p w14:paraId="2A7694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70" w:type="dxa"/>
          </w:tcPr>
          <w:p w14:paraId="221F96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+12%</w:t>
            </w:r>
          </w:p>
        </w:tc>
        <w:tc>
          <w:tcPr>
            <w:tcW w:w="2372" w:type="dxa"/>
          </w:tcPr>
          <w:p w14:paraId="30D9EA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2B540F3" w14:textId="77777777">
        <w:trPr>
          <w:jc w:val="center"/>
        </w:trPr>
        <w:tc>
          <w:tcPr>
            <w:tcW w:w="2372" w:type="dxa"/>
          </w:tcPr>
          <w:p w14:paraId="3EFEF6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270" w:type="dxa"/>
          </w:tcPr>
          <w:p w14:paraId="56338F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+14%</w:t>
            </w:r>
          </w:p>
        </w:tc>
        <w:tc>
          <w:tcPr>
            <w:tcW w:w="2372" w:type="dxa"/>
          </w:tcPr>
          <w:p w14:paraId="13189FC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75AD04C" w14:textId="77777777">
        <w:trPr>
          <w:jc w:val="center"/>
        </w:trPr>
        <w:tc>
          <w:tcPr>
            <w:tcW w:w="2372" w:type="dxa"/>
          </w:tcPr>
          <w:p w14:paraId="6E8966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270" w:type="dxa"/>
          </w:tcPr>
          <w:p w14:paraId="2831B7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+16%</w:t>
            </w:r>
          </w:p>
        </w:tc>
        <w:tc>
          <w:tcPr>
            <w:tcW w:w="2372" w:type="dxa"/>
          </w:tcPr>
          <w:p w14:paraId="165A75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1DD222A" w14:textId="77777777">
        <w:trPr>
          <w:jc w:val="center"/>
        </w:trPr>
        <w:tc>
          <w:tcPr>
            <w:tcW w:w="2372" w:type="dxa"/>
          </w:tcPr>
          <w:p w14:paraId="61F5C5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270" w:type="dxa"/>
          </w:tcPr>
          <w:p w14:paraId="2CB253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2372" w:type="dxa"/>
          </w:tcPr>
          <w:p w14:paraId="503F92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9C19EAE" w14:textId="77777777">
        <w:trPr>
          <w:jc w:val="center"/>
        </w:trPr>
        <w:tc>
          <w:tcPr>
            <w:tcW w:w="2372" w:type="dxa"/>
          </w:tcPr>
          <w:p w14:paraId="0B747E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270" w:type="dxa"/>
          </w:tcPr>
          <w:p w14:paraId="0F36F4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+20%</w:t>
            </w:r>
          </w:p>
        </w:tc>
        <w:tc>
          <w:tcPr>
            <w:tcW w:w="2372" w:type="dxa"/>
          </w:tcPr>
          <w:p w14:paraId="4A3BF8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13F1725F" w14:textId="77777777" w:rsidR="00501161" w:rsidRDefault="00501161">
      <w:pPr>
        <w:spacing w:after="40"/>
      </w:pPr>
    </w:p>
    <w:p w14:paraId="30BD756A" w14:textId="77777777" w:rsidR="00501161" w:rsidRDefault="00C637DA">
      <w:r>
        <w:rPr>
          <w:color w:val="555555"/>
          <w:sz w:val="26"/>
          <w:szCs w:val="26"/>
        </w:rPr>
        <w:t xml:space="preserve">สูตร: Magic Base × (1 + </w:t>
      </w:r>
      <w:r>
        <w:rPr>
          <w:color w:val="555555"/>
          <w:sz w:val="26"/>
          <w:szCs w:val="26"/>
        </w:rPr>
        <w:t>Bonus)</w:t>
      </w:r>
    </w:p>
    <w:p w14:paraId="6F4E213F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พาสซีฟดาเมจพื้นฐาน</w:t>
      </w:r>
    </w:p>
    <w:p w14:paraId="235E6181" w14:textId="77777777" w:rsidR="00501161" w:rsidRDefault="00C637DA">
      <w:pPr>
        <w:ind w:firstLine="720"/>
      </w:pPr>
      <w:r>
        <w:rPr>
          <w:b/>
          <w:bCs/>
        </w:rPr>
        <w:t xml:space="preserve">4. </w:t>
      </w:r>
      <w:r>
        <w:rPr>
          <w:b/>
          <w:bCs/>
        </w:rPr>
        <w:t>วิชาอาคมแก่กล้า (Mastery of Arcana)</w:t>
      </w:r>
      <w:r>
        <w:t xml:space="preserve"> — Passive · Tier 1 · </w:t>
      </w:r>
      <w:r>
        <w:t>เป้าหมาย: - · Prerequisite: -</w:t>
      </w:r>
    </w:p>
    <w:p w14:paraId="76CF4FD3" w14:textId="77777777" w:rsidR="00501161" w:rsidRDefault="00C637DA">
      <w:pPr>
        <w:ind w:firstLine="720"/>
      </w:pPr>
      <w:r>
        <w:t>อาคมแก่กล้าขึ้น เพิ่ม TEC (Stat Boost แบบ Etrian Odyssey)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501161" w14:paraId="7F54872A" w14:textId="77777777">
        <w:trPr>
          <w:tblHeader/>
          <w:jc w:val="center"/>
        </w:trPr>
        <w:tc>
          <w:tcPr>
            <w:tcW w:w="3005" w:type="dxa"/>
            <w:shd w:val="clear" w:color="auto" w:fill="F2F2F2"/>
          </w:tcPr>
          <w:p w14:paraId="0A365A2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005" w:type="dxa"/>
            <w:shd w:val="clear" w:color="auto" w:fill="F2F2F2"/>
          </w:tcPr>
          <w:p w14:paraId="622E220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TEC Bonus</w:t>
            </w:r>
          </w:p>
        </w:tc>
        <w:tc>
          <w:tcPr>
            <w:tcW w:w="3005" w:type="dxa"/>
            <w:shd w:val="clear" w:color="auto" w:fill="F2F2F2"/>
          </w:tcPr>
          <w:p w14:paraId="1EDC2A6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61CF424" w14:textId="77777777">
        <w:trPr>
          <w:jc w:val="center"/>
        </w:trPr>
        <w:tc>
          <w:tcPr>
            <w:tcW w:w="3005" w:type="dxa"/>
          </w:tcPr>
          <w:p w14:paraId="68D241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05" w:type="dxa"/>
          </w:tcPr>
          <w:p w14:paraId="653542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+2%</w:t>
            </w:r>
          </w:p>
        </w:tc>
        <w:tc>
          <w:tcPr>
            <w:tcW w:w="3005" w:type="dxa"/>
          </w:tcPr>
          <w:p w14:paraId="4735CD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B08ED3B" w14:textId="77777777">
        <w:trPr>
          <w:jc w:val="center"/>
        </w:trPr>
        <w:tc>
          <w:tcPr>
            <w:tcW w:w="3005" w:type="dxa"/>
          </w:tcPr>
          <w:p w14:paraId="4FCF04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5" w:type="dxa"/>
          </w:tcPr>
          <w:p w14:paraId="53EEC8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+4%</w:t>
            </w:r>
          </w:p>
        </w:tc>
        <w:tc>
          <w:tcPr>
            <w:tcW w:w="3005" w:type="dxa"/>
          </w:tcPr>
          <w:p w14:paraId="0AA0EF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CEDA5A8" w14:textId="77777777">
        <w:trPr>
          <w:jc w:val="center"/>
        </w:trPr>
        <w:tc>
          <w:tcPr>
            <w:tcW w:w="3005" w:type="dxa"/>
          </w:tcPr>
          <w:p w14:paraId="0081DA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05" w:type="dxa"/>
          </w:tcPr>
          <w:p w14:paraId="109DF5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+6%</w:t>
            </w:r>
          </w:p>
        </w:tc>
        <w:tc>
          <w:tcPr>
            <w:tcW w:w="3005" w:type="dxa"/>
          </w:tcPr>
          <w:p w14:paraId="16E226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FA097DA" w14:textId="77777777">
        <w:trPr>
          <w:jc w:val="center"/>
        </w:trPr>
        <w:tc>
          <w:tcPr>
            <w:tcW w:w="3005" w:type="dxa"/>
          </w:tcPr>
          <w:p w14:paraId="43F909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05" w:type="dxa"/>
          </w:tcPr>
          <w:p w14:paraId="43F1C9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+8%</w:t>
            </w:r>
          </w:p>
        </w:tc>
        <w:tc>
          <w:tcPr>
            <w:tcW w:w="3005" w:type="dxa"/>
          </w:tcPr>
          <w:p w14:paraId="2DBE11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A6FA7BF" w14:textId="77777777">
        <w:trPr>
          <w:jc w:val="center"/>
        </w:trPr>
        <w:tc>
          <w:tcPr>
            <w:tcW w:w="3005" w:type="dxa"/>
          </w:tcPr>
          <w:p w14:paraId="7EEE83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05" w:type="dxa"/>
          </w:tcPr>
          <w:p w14:paraId="1F3C6D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+10%</w:t>
            </w:r>
          </w:p>
        </w:tc>
        <w:tc>
          <w:tcPr>
            <w:tcW w:w="3005" w:type="dxa"/>
          </w:tcPr>
          <w:p w14:paraId="6C47D2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3DF133D" w14:textId="77777777">
        <w:trPr>
          <w:jc w:val="center"/>
        </w:trPr>
        <w:tc>
          <w:tcPr>
            <w:tcW w:w="3005" w:type="dxa"/>
          </w:tcPr>
          <w:p w14:paraId="4882FB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05" w:type="dxa"/>
          </w:tcPr>
          <w:p w14:paraId="64015C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+12%</w:t>
            </w:r>
          </w:p>
        </w:tc>
        <w:tc>
          <w:tcPr>
            <w:tcW w:w="3005" w:type="dxa"/>
          </w:tcPr>
          <w:p w14:paraId="234973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6CF49C3" w14:textId="77777777">
        <w:trPr>
          <w:jc w:val="center"/>
        </w:trPr>
        <w:tc>
          <w:tcPr>
            <w:tcW w:w="3005" w:type="dxa"/>
          </w:tcPr>
          <w:p w14:paraId="2FF1EC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05" w:type="dxa"/>
          </w:tcPr>
          <w:p w14:paraId="6F15F5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+14%</w:t>
            </w:r>
          </w:p>
        </w:tc>
        <w:tc>
          <w:tcPr>
            <w:tcW w:w="3005" w:type="dxa"/>
          </w:tcPr>
          <w:p w14:paraId="386D5E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3720DC6" w14:textId="77777777">
        <w:trPr>
          <w:jc w:val="center"/>
        </w:trPr>
        <w:tc>
          <w:tcPr>
            <w:tcW w:w="3005" w:type="dxa"/>
          </w:tcPr>
          <w:p w14:paraId="694DA1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005" w:type="dxa"/>
          </w:tcPr>
          <w:p w14:paraId="624A8E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+16%</w:t>
            </w:r>
          </w:p>
        </w:tc>
        <w:tc>
          <w:tcPr>
            <w:tcW w:w="3005" w:type="dxa"/>
          </w:tcPr>
          <w:p w14:paraId="613CC5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F82BB04" w14:textId="77777777">
        <w:trPr>
          <w:jc w:val="center"/>
        </w:trPr>
        <w:tc>
          <w:tcPr>
            <w:tcW w:w="3005" w:type="dxa"/>
          </w:tcPr>
          <w:p w14:paraId="798767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05" w:type="dxa"/>
          </w:tcPr>
          <w:p w14:paraId="5A92F7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3005" w:type="dxa"/>
          </w:tcPr>
          <w:p w14:paraId="53250D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66DD0DF" w14:textId="77777777">
        <w:trPr>
          <w:jc w:val="center"/>
        </w:trPr>
        <w:tc>
          <w:tcPr>
            <w:tcW w:w="3005" w:type="dxa"/>
          </w:tcPr>
          <w:p w14:paraId="654D5D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005" w:type="dxa"/>
          </w:tcPr>
          <w:p w14:paraId="63F771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+20%</w:t>
            </w:r>
          </w:p>
        </w:tc>
        <w:tc>
          <w:tcPr>
            <w:tcW w:w="3005" w:type="dxa"/>
          </w:tcPr>
          <w:p w14:paraId="26DC24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1DF2D71A" w14:textId="77777777" w:rsidR="00501161" w:rsidRDefault="00501161">
      <w:pPr>
        <w:spacing w:after="40"/>
      </w:pPr>
    </w:p>
    <w:p w14:paraId="0832BCFE" w14:textId="77777777" w:rsidR="00501161" w:rsidRDefault="00C637DA">
      <w:r>
        <w:rPr>
          <w:color w:val="555555"/>
          <w:sz w:val="26"/>
          <w:szCs w:val="26"/>
        </w:rPr>
        <w:t>สูตร: TEC × (1 + Bonus)</w:t>
      </w:r>
    </w:p>
    <w:p w14:paraId="1D8906C3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Stat Boost </w:t>
      </w:r>
      <w:r>
        <w:t>ของจอมขมังเวทย์</w:t>
      </w:r>
    </w:p>
    <w:p w14:paraId="2CD519F1" w14:textId="77777777" w:rsidR="00501161" w:rsidRDefault="00C637DA">
      <w:pPr>
        <w:ind w:firstLine="720"/>
      </w:pPr>
      <w:r>
        <w:rPr>
          <w:b/>
          <w:bCs/>
        </w:rPr>
        <w:t xml:space="preserve">5. </w:t>
      </w:r>
      <w:r>
        <w:rPr>
          <w:b/>
          <w:bCs/>
        </w:rPr>
        <w:t>คาถาวาโยพัด (Gale Incantation)</w:t>
      </w:r>
      <w:r>
        <w:t xml:space="preserve"> — Active · Tier 2 · </w:t>
      </w:r>
      <w:r>
        <w:t>เป้าหมาย: ศัตรูทั้งหมด · Prerequisite: -</w:t>
      </w:r>
    </w:p>
    <w:p w14:paraId="065107C0" w14:textId="77777777" w:rsidR="00501161" w:rsidRDefault="00C637DA">
      <w:pPr>
        <w:ind w:firstLine="720"/>
      </w:pPr>
      <w:r>
        <w:t>เรียกลมวาโยพัดใบมีดลม ดาเมจธาตุลมใส่ศัตรูทุกตัว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4142"/>
        <w:gridCol w:w="2436"/>
      </w:tblGrid>
      <w:tr w:rsidR="00501161" w14:paraId="680A5F54" w14:textId="77777777">
        <w:trPr>
          <w:tblHeader/>
          <w:jc w:val="center"/>
        </w:trPr>
        <w:tc>
          <w:tcPr>
            <w:tcW w:w="2436" w:type="dxa"/>
            <w:shd w:val="clear" w:color="auto" w:fill="F2F2F2"/>
          </w:tcPr>
          <w:p w14:paraId="6DA2F20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142" w:type="dxa"/>
            <w:shd w:val="clear" w:color="auto" w:fill="F2F2F2"/>
          </w:tcPr>
          <w:p w14:paraId="1F2B762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2436" w:type="dxa"/>
            <w:shd w:val="clear" w:color="auto" w:fill="F2F2F2"/>
          </w:tcPr>
          <w:p w14:paraId="61612D0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16228AD5" w14:textId="77777777">
        <w:trPr>
          <w:jc w:val="center"/>
        </w:trPr>
        <w:tc>
          <w:tcPr>
            <w:tcW w:w="2436" w:type="dxa"/>
          </w:tcPr>
          <w:p w14:paraId="70F813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14:paraId="780844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55%</w:t>
            </w:r>
          </w:p>
        </w:tc>
        <w:tc>
          <w:tcPr>
            <w:tcW w:w="2436" w:type="dxa"/>
          </w:tcPr>
          <w:p w14:paraId="703E03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54E321C2" w14:textId="77777777">
        <w:trPr>
          <w:jc w:val="center"/>
        </w:trPr>
        <w:tc>
          <w:tcPr>
            <w:tcW w:w="2436" w:type="dxa"/>
          </w:tcPr>
          <w:p w14:paraId="4634DC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14:paraId="74EDB4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63%</w:t>
            </w:r>
          </w:p>
        </w:tc>
        <w:tc>
          <w:tcPr>
            <w:tcW w:w="2436" w:type="dxa"/>
          </w:tcPr>
          <w:p w14:paraId="5E2538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25324BC0" w14:textId="77777777">
        <w:trPr>
          <w:jc w:val="center"/>
        </w:trPr>
        <w:tc>
          <w:tcPr>
            <w:tcW w:w="2436" w:type="dxa"/>
          </w:tcPr>
          <w:p w14:paraId="2892F8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2" w:type="dxa"/>
          </w:tcPr>
          <w:p w14:paraId="295ADF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71%</w:t>
            </w:r>
          </w:p>
        </w:tc>
        <w:tc>
          <w:tcPr>
            <w:tcW w:w="2436" w:type="dxa"/>
          </w:tcPr>
          <w:p w14:paraId="1E4056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410AC970" w14:textId="77777777">
        <w:trPr>
          <w:jc w:val="center"/>
        </w:trPr>
        <w:tc>
          <w:tcPr>
            <w:tcW w:w="2436" w:type="dxa"/>
          </w:tcPr>
          <w:p w14:paraId="1590D7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42" w:type="dxa"/>
          </w:tcPr>
          <w:p w14:paraId="70A704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78%</w:t>
            </w:r>
          </w:p>
        </w:tc>
        <w:tc>
          <w:tcPr>
            <w:tcW w:w="2436" w:type="dxa"/>
          </w:tcPr>
          <w:p w14:paraId="527080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00738BD7" w14:textId="77777777">
        <w:trPr>
          <w:jc w:val="center"/>
        </w:trPr>
        <w:tc>
          <w:tcPr>
            <w:tcW w:w="2436" w:type="dxa"/>
          </w:tcPr>
          <w:p w14:paraId="55DE9C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42" w:type="dxa"/>
          </w:tcPr>
          <w:p w14:paraId="582CEA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86%</w:t>
            </w:r>
          </w:p>
        </w:tc>
        <w:tc>
          <w:tcPr>
            <w:tcW w:w="2436" w:type="dxa"/>
          </w:tcPr>
          <w:p w14:paraId="4E2BC6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7B432E95" w14:textId="77777777">
        <w:trPr>
          <w:jc w:val="center"/>
        </w:trPr>
        <w:tc>
          <w:tcPr>
            <w:tcW w:w="2436" w:type="dxa"/>
          </w:tcPr>
          <w:p w14:paraId="6BC868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42" w:type="dxa"/>
          </w:tcPr>
          <w:p w14:paraId="025A4B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94%</w:t>
            </w:r>
          </w:p>
        </w:tc>
        <w:tc>
          <w:tcPr>
            <w:tcW w:w="2436" w:type="dxa"/>
          </w:tcPr>
          <w:p w14:paraId="5D1149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</w:tr>
      <w:tr w:rsidR="00501161" w14:paraId="7B6D009A" w14:textId="77777777">
        <w:trPr>
          <w:jc w:val="center"/>
        </w:trPr>
        <w:tc>
          <w:tcPr>
            <w:tcW w:w="2436" w:type="dxa"/>
          </w:tcPr>
          <w:p w14:paraId="5B5F13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42" w:type="dxa"/>
          </w:tcPr>
          <w:p w14:paraId="698380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102%</w:t>
            </w:r>
          </w:p>
        </w:tc>
        <w:tc>
          <w:tcPr>
            <w:tcW w:w="2436" w:type="dxa"/>
          </w:tcPr>
          <w:p w14:paraId="74E11E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</w:t>
            </w:r>
          </w:p>
        </w:tc>
      </w:tr>
      <w:tr w:rsidR="00501161" w14:paraId="0CA66ADD" w14:textId="77777777">
        <w:trPr>
          <w:jc w:val="center"/>
        </w:trPr>
        <w:tc>
          <w:tcPr>
            <w:tcW w:w="2436" w:type="dxa"/>
          </w:tcPr>
          <w:p w14:paraId="1FBD1A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42" w:type="dxa"/>
          </w:tcPr>
          <w:p w14:paraId="34A67C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109%</w:t>
            </w:r>
          </w:p>
        </w:tc>
        <w:tc>
          <w:tcPr>
            <w:tcW w:w="2436" w:type="dxa"/>
          </w:tcPr>
          <w:p w14:paraId="721437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</w:tr>
      <w:tr w:rsidR="00501161" w14:paraId="00110294" w14:textId="77777777">
        <w:trPr>
          <w:jc w:val="center"/>
        </w:trPr>
        <w:tc>
          <w:tcPr>
            <w:tcW w:w="2436" w:type="dxa"/>
          </w:tcPr>
          <w:p w14:paraId="675E58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42" w:type="dxa"/>
          </w:tcPr>
          <w:p w14:paraId="296CA9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117%</w:t>
            </w:r>
          </w:p>
        </w:tc>
        <w:tc>
          <w:tcPr>
            <w:tcW w:w="2436" w:type="dxa"/>
          </w:tcPr>
          <w:p w14:paraId="48B919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</w:tr>
      <w:tr w:rsidR="00501161" w14:paraId="26BDE941" w14:textId="77777777">
        <w:trPr>
          <w:jc w:val="center"/>
        </w:trPr>
        <w:tc>
          <w:tcPr>
            <w:tcW w:w="2436" w:type="dxa"/>
          </w:tcPr>
          <w:p w14:paraId="279CA0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42" w:type="dxa"/>
          </w:tcPr>
          <w:p w14:paraId="3EB462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125%</w:t>
            </w:r>
          </w:p>
        </w:tc>
        <w:tc>
          <w:tcPr>
            <w:tcW w:w="2436" w:type="dxa"/>
          </w:tcPr>
          <w:p w14:paraId="2943BD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</w:t>
            </w:r>
          </w:p>
        </w:tc>
      </w:tr>
    </w:tbl>
    <w:p w14:paraId="5EAA1E08" w14:textId="77777777" w:rsidR="00501161" w:rsidRDefault="00501161">
      <w:pPr>
        <w:spacing w:after="40"/>
      </w:pPr>
    </w:p>
    <w:p w14:paraId="3F4EF452" w14:textId="77777777" w:rsidR="00501161" w:rsidRDefault="00C637DA">
      <w:r>
        <w:rPr>
          <w:color w:val="555555"/>
          <w:sz w:val="26"/>
          <w:szCs w:val="26"/>
        </w:rPr>
        <w:t xml:space="preserve">สูตร: </w:t>
      </w:r>
      <w:r>
        <w:rPr>
          <w:color w:val="555555"/>
          <w:sz w:val="26"/>
          <w:szCs w:val="26"/>
        </w:rPr>
        <w:t>Damage = Magic Base × Multiplier × Element(</w:t>
      </w:r>
      <w:r>
        <w:rPr>
          <w:color w:val="555555"/>
          <w:sz w:val="26"/>
          <w:szCs w:val="26"/>
        </w:rPr>
        <w:t>ลม) × 100 / (100 + Magic DEF)</w:t>
      </w:r>
    </w:p>
    <w:p w14:paraId="52FFB858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ธาตุลมเป็นธาตุโจมตีกลุ่ม ทำให้การเลือกธาตุมีมิติเรื่องจำนวนศัตรูด้วย</w:t>
      </w:r>
    </w:p>
    <w:p w14:paraId="374FD78B" w14:textId="77777777" w:rsidR="00501161" w:rsidRDefault="00C637DA">
      <w:pPr>
        <w:ind w:firstLine="720"/>
      </w:pPr>
      <w:r>
        <w:rPr>
          <w:b/>
          <w:bCs/>
        </w:rPr>
        <w:t xml:space="preserve">6. </w:t>
      </w:r>
      <w:r>
        <w:rPr>
          <w:b/>
          <w:bCs/>
        </w:rPr>
        <w:t>เพ่งกสิณ (Kasina Gaze)</w:t>
      </w:r>
      <w:r>
        <w:t xml:space="preserve"> — Active · Tier 2 · </w:t>
      </w:r>
      <w:r>
        <w:t>เป้าหมาย: ศัตรูทั้งหมด · Prerequisite: -</w:t>
      </w:r>
    </w:p>
    <w:p w14:paraId="0D0CC598" w14:textId="77777777" w:rsidR="00501161" w:rsidRDefault="00C637DA">
      <w:pPr>
        <w:ind w:firstLine="720"/>
      </w:pPr>
      <w:r>
        <w:t>เพ่งกสิณดูธาตุ</w:t>
      </w:r>
      <w:r>
        <w:t>ของศัตรู เปิดเผยจุดอ่อนธาตุของศัตรูทุกตัวและบันทึกลงสมุดสัตว์ เพิ่มดาเมจใส่จุดอ่อนตลอดการต่อสู้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99"/>
        <w:gridCol w:w="4617"/>
        <w:gridCol w:w="2199"/>
      </w:tblGrid>
      <w:tr w:rsidR="00501161" w14:paraId="071C3776" w14:textId="77777777">
        <w:trPr>
          <w:tblHeader/>
          <w:jc w:val="center"/>
        </w:trPr>
        <w:tc>
          <w:tcPr>
            <w:tcW w:w="2199" w:type="dxa"/>
            <w:shd w:val="clear" w:color="auto" w:fill="F2F2F2"/>
          </w:tcPr>
          <w:p w14:paraId="3E05006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617" w:type="dxa"/>
            <w:shd w:val="clear" w:color="auto" w:fill="F2F2F2"/>
          </w:tcPr>
          <w:p w14:paraId="60EC70D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Weakness Damage Bonus</w:t>
            </w:r>
          </w:p>
        </w:tc>
        <w:tc>
          <w:tcPr>
            <w:tcW w:w="2199" w:type="dxa"/>
            <w:shd w:val="clear" w:color="auto" w:fill="F2F2F2"/>
          </w:tcPr>
          <w:p w14:paraId="69B2B02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13B711C6" w14:textId="77777777">
        <w:trPr>
          <w:jc w:val="center"/>
        </w:trPr>
        <w:tc>
          <w:tcPr>
            <w:tcW w:w="2199" w:type="dxa"/>
          </w:tcPr>
          <w:p w14:paraId="608870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17" w:type="dxa"/>
          </w:tcPr>
          <w:p w14:paraId="6D4909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+3%</w:t>
            </w:r>
          </w:p>
        </w:tc>
        <w:tc>
          <w:tcPr>
            <w:tcW w:w="2199" w:type="dxa"/>
          </w:tcPr>
          <w:p w14:paraId="260E75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</w:tr>
      <w:tr w:rsidR="00501161" w14:paraId="59B071C7" w14:textId="77777777">
        <w:trPr>
          <w:jc w:val="center"/>
        </w:trPr>
        <w:tc>
          <w:tcPr>
            <w:tcW w:w="2199" w:type="dxa"/>
          </w:tcPr>
          <w:p w14:paraId="713183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17" w:type="dxa"/>
          </w:tcPr>
          <w:p w14:paraId="1393F2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+6%</w:t>
            </w:r>
          </w:p>
        </w:tc>
        <w:tc>
          <w:tcPr>
            <w:tcW w:w="2199" w:type="dxa"/>
          </w:tcPr>
          <w:p w14:paraId="2DCE2D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</w:tr>
      <w:tr w:rsidR="00501161" w14:paraId="439104D7" w14:textId="77777777">
        <w:trPr>
          <w:jc w:val="center"/>
        </w:trPr>
        <w:tc>
          <w:tcPr>
            <w:tcW w:w="2199" w:type="dxa"/>
          </w:tcPr>
          <w:p w14:paraId="6109C3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17" w:type="dxa"/>
          </w:tcPr>
          <w:p w14:paraId="4E970D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+9%</w:t>
            </w:r>
          </w:p>
        </w:tc>
        <w:tc>
          <w:tcPr>
            <w:tcW w:w="2199" w:type="dxa"/>
          </w:tcPr>
          <w:p w14:paraId="13EB43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3331B8BD" w14:textId="77777777">
        <w:trPr>
          <w:jc w:val="center"/>
        </w:trPr>
        <w:tc>
          <w:tcPr>
            <w:tcW w:w="2199" w:type="dxa"/>
          </w:tcPr>
          <w:p w14:paraId="2D738B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17" w:type="dxa"/>
          </w:tcPr>
          <w:p w14:paraId="44C0DC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+12%</w:t>
            </w:r>
          </w:p>
        </w:tc>
        <w:tc>
          <w:tcPr>
            <w:tcW w:w="2199" w:type="dxa"/>
          </w:tcPr>
          <w:p w14:paraId="35E1D1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3E672E6A" w14:textId="77777777">
        <w:trPr>
          <w:jc w:val="center"/>
        </w:trPr>
        <w:tc>
          <w:tcPr>
            <w:tcW w:w="2199" w:type="dxa"/>
          </w:tcPr>
          <w:p w14:paraId="1588F7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17" w:type="dxa"/>
          </w:tcPr>
          <w:p w14:paraId="42848A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+15%</w:t>
            </w:r>
          </w:p>
        </w:tc>
        <w:tc>
          <w:tcPr>
            <w:tcW w:w="2199" w:type="dxa"/>
          </w:tcPr>
          <w:p w14:paraId="71D2C8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0BCA2971" w14:textId="77777777">
        <w:trPr>
          <w:jc w:val="center"/>
        </w:trPr>
        <w:tc>
          <w:tcPr>
            <w:tcW w:w="2199" w:type="dxa"/>
          </w:tcPr>
          <w:p w14:paraId="176C6A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17" w:type="dxa"/>
          </w:tcPr>
          <w:p w14:paraId="35351F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2199" w:type="dxa"/>
          </w:tcPr>
          <w:p w14:paraId="52185D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00021217" w14:textId="77777777">
        <w:trPr>
          <w:jc w:val="center"/>
        </w:trPr>
        <w:tc>
          <w:tcPr>
            <w:tcW w:w="2199" w:type="dxa"/>
          </w:tcPr>
          <w:p w14:paraId="65A49C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17" w:type="dxa"/>
          </w:tcPr>
          <w:p w14:paraId="7714F3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+21%</w:t>
            </w:r>
          </w:p>
        </w:tc>
        <w:tc>
          <w:tcPr>
            <w:tcW w:w="2199" w:type="dxa"/>
          </w:tcPr>
          <w:p w14:paraId="79CE72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7DE80698" w14:textId="77777777">
        <w:trPr>
          <w:jc w:val="center"/>
        </w:trPr>
        <w:tc>
          <w:tcPr>
            <w:tcW w:w="2199" w:type="dxa"/>
          </w:tcPr>
          <w:p w14:paraId="6A7CB4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617" w:type="dxa"/>
          </w:tcPr>
          <w:p w14:paraId="4D1908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+24%</w:t>
            </w:r>
          </w:p>
        </w:tc>
        <w:tc>
          <w:tcPr>
            <w:tcW w:w="2199" w:type="dxa"/>
          </w:tcPr>
          <w:p w14:paraId="5469E7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47EDAFE4" w14:textId="77777777">
        <w:trPr>
          <w:jc w:val="center"/>
        </w:trPr>
        <w:tc>
          <w:tcPr>
            <w:tcW w:w="2199" w:type="dxa"/>
          </w:tcPr>
          <w:p w14:paraId="4951DF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617" w:type="dxa"/>
          </w:tcPr>
          <w:p w14:paraId="650247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+27%</w:t>
            </w:r>
          </w:p>
        </w:tc>
        <w:tc>
          <w:tcPr>
            <w:tcW w:w="2199" w:type="dxa"/>
          </w:tcPr>
          <w:p w14:paraId="237B30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63DCECF2" w14:textId="77777777">
        <w:trPr>
          <w:jc w:val="center"/>
        </w:trPr>
        <w:tc>
          <w:tcPr>
            <w:tcW w:w="2199" w:type="dxa"/>
          </w:tcPr>
          <w:p w14:paraId="04819E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17" w:type="dxa"/>
          </w:tcPr>
          <w:p w14:paraId="7BAFA0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+30%</w:t>
            </w:r>
          </w:p>
        </w:tc>
        <w:tc>
          <w:tcPr>
            <w:tcW w:w="2199" w:type="dxa"/>
          </w:tcPr>
          <w:p w14:paraId="1BB758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</w:tbl>
    <w:p w14:paraId="2D7AEB5D" w14:textId="77777777" w:rsidR="00501161" w:rsidRDefault="00501161">
      <w:pPr>
        <w:spacing w:after="40"/>
      </w:pPr>
    </w:p>
    <w:p w14:paraId="5FA41464" w14:textId="77777777" w:rsidR="00501161" w:rsidRDefault="00C637DA">
      <w:r>
        <w:rPr>
          <w:color w:val="555555"/>
          <w:sz w:val="26"/>
          <w:szCs w:val="26"/>
        </w:rPr>
        <w:t xml:space="preserve">สูตร: Weak Modifier = 1.5 + </w:t>
      </w:r>
      <w:r>
        <w:rPr>
          <w:color w:val="555555"/>
          <w:sz w:val="26"/>
          <w:szCs w:val="26"/>
        </w:rPr>
        <w:t>Bonus (</w:t>
      </w:r>
      <w:r>
        <w:rPr>
          <w:color w:val="555555"/>
          <w:sz w:val="26"/>
          <w:szCs w:val="26"/>
        </w:rPr>
        <w:t>ดาเมจจากทุกคนในปาร์ตี้)</w:t>
      </w:r>
    </w:p>
    <w:p w14:paraId="34AF36B7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ตัวเชื่อมสมุดสัตว์กับการต่อสู้ จำเป็นมากใน Chapter 7 (ไกรสรจำแลง) กสิณคือการเพ่งธาตุ ดิน น้ำ ไฟ ลม ในการทำสมาธิ</w:t>
      </w:r>
    </w:p>
    <w:p w14:paraId="40D2E405" w14:textId="77777777" w:rsidR="00501161" w:rsidRDefault="00C637DA">
      <w:pPr>
        <w:ind w:firstLine="720"/>
      </w:pPr>
      <w:r>
        <w:rPr>
          <w:b/>
          <w:bCs/>
        </w:rPr>
        <w:t xml:space="preserve">7. </w:t>
      </w:r>
      <w:r>
        <w:rPr>
          <w:b/>
          <w:bCs/>
        </w:rPr>
        <w:t>มนต์สะกดวิญญาณ (Soul-Binding Spell)</w:t>
      </w:r>
      <w:r>
        <w:t xml:space="preserve"> — Active · Tier 2 · </w:t>
      </w:r>
      <w:r>
        <w:t>เป้าหมาย: ศัตรู 1 ตัว · Prerequisite: -</w:t>
      </w:r>
    </w:p>
    <w:p w14:paraId="75826FFA" w14:textId="77777777" w:rsidR="00501161" w:rsidRDefault="00C637DA">
      <w:pPr>
        <w:ind w:firstLine="720"/>
      </w:pPr>
      <w:r>
        <w:t>ร่ายมนต์สะกดวิญญาณ มีโอกาสติด Paralyze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75"/>
        <w:gridCol w:w="3863"/>
        <w:gridCol w:w="2575"/>
      </w:tblGrid>
      <w:tr w:rsidR="00501161" w14:paraId="0EAEEB30" w14:textId="77777777">
        <w:trPr>
          <w:tblHeader/>
          <w:jc w:val="center"/>
        </w:trPr>
        <w:tc>
          <w:tcPr>
            <w:tcW w:w="2575" w:type="dxa"/>
            <w:shd w:val="clear" w:color="auto" w:fill="F2F2F2"/>
          </w:tcPr>
          <w:p w14:paraId="280EB3B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863" w:type="dxa"/>
            <w:shd w:val="clear" w:color="auto" w:fill="F2F2F2"/>
          </w:tcPr>
          <w:p w14:paraId="5710807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Paralyze Chance</w:t>
            </w:r>
          </w:p>
        </w:tc>
        <w:tc>
          <w:tcPr>
            <w:tcW w:w="2575" w:type="dxa"/>
            <w:shd w:val="clear" w:color="auto" w:fill="F2F2F2"/>
          </w:tcPr>
          <w:p w14:paraId="2F1D360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47540EF8" w14:textId="77777777">
        <w:trPr>
          <w:jc w:val="center"/>
        </w:trPr>
        <w:tc>
          <w:tcPr>
            <w:tcW w:w="2575" w:type="dxa"/>
          </w:tcPr>
          <w:p w14:paraId="678143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63" w:type="dxa"/>
          </w:tcPr>
          <w:p w14:paraId="651459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2575" w:type="dxa"/>
          </w:tcPr>
          <w:p w14:paraId="58C637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5F73288C" w14:textId="77777777">
        <w:trPr>
          <w:jc w:val="center"/>
        </w:trPr>
        <w:tc>
          <w:tcPr>
            <w:tcW w:w="2575" w:type="dxa"/>
          </w:tcPr>
          <w:p w14:paraId="7ECF0F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63" w:type="dxa"/>
          </w:tcPr>
          <w:p w14:paraId="688D69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26%</w:t>
            </w:r>
          </w:p>
        </w:tc>
        <w:tc>
          <w:tcPr>
            <w:tcW w:w="2575" w:type="dxa"/>
          </w:tcPr>
          <w:p w14:paraId="141E0A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593213C2" w14:textId="77777777">
        <w:trPr>
          <w:jc w:val="center"/>
        </w:trPr>
        <w:tc>
          <w:tcPr>
            <w:tcW w:w="2575" w:type="dxa"/>
          </w:tcPr>
          <w:p w14:paraId="5FE76E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63" w:type="dxa"/>
          </w:tcPr>
          <w:p w14:paraId="4C8DF1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31%</w:t>
            </w:r>
          </w:p>
        </w:tc>
        <w:tc>
          <w:tcPr>
            <w:tcW w:w="2575" w:type="dxa"/>
          </w:tcPr>
          <w:p w14:paraId="7C7CC2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00BDE261" w14:textId="77777777">
        <w:trPr>
          <w:jc w:val="center"/>
        </w:trPr>
        <w:tc>
          <w:tcPr>
            <w:tcW w:w="2575" w:type="dxa"/>
          </w:tcPr>
          <w:p w14:paraId="712CEA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63" w:type="dxa"/>
          </w:tcPr>
          <w:p w14:paraId="6328F4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37%</w:t>
            </w:r>
          </w:p>
        </w:tc>
        <w:tc>
          <w:tcPr>
            <w:tcW w:w="2575" w:type="dxa"/>
          </w:tcPr>
          <w:p w14:paraId="352FAA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7AB5505D" w14:textId="77777777">
        <w:trPr>
          <w:jc w:val="center"/>
        </w:trPr>
        <w:tc>
          <w:tcPr>
            <w:tcW w:w="2575" w:type="dxa"/>
          </w:tcPr>
          <w:p w14:paraId="0FA25C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63" w:type="dxa"/>
          </w:tcPr>
          <w:p w14:paraId="62BA32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42%</w:t>
            </w:r>
          </w:p>
        </w:tc>
        <w:tc>
          <w:tcPr>
            <w:tcW w:w="2575" w:type="dxa"/>
          </w:tcPr>
          <w:p w14:paraId="1C3364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72F3B370" w14:textId="77777777">
        <w:trPr>
          <w:jc w:val="center"/>
        </w:trPr>
        <w:tc>
          <w:tcPr>
            <w:tcW w:w="2575" w:type="dxa"/>
          </w:tcPr>
          <w:p w14:paraId="18D8EA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63" w:type="dxa"/>
          </w:tcPr>
          <w:p w14:paraId="54AB43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48%</w:t>
            </w:r>
          </w:p>
        </w:tc>
        <w:tc>
          <w:tcPr>
            <w:tcW w:w="2575" w:type="dxa"/>
          </w:tcPr>
          <w:p w14:paraId="494EE6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5A5AA416" w14:textId="77777777">
        <w:trPr>
          <w:jc w:val="center"/>
        </w:trPr>
        <w:tc>
          <w:tcPr>
            <w:tcW w:w="2575" w:type="dxa"/>
          </w:tcPr>
          <w:p w14:paraId="0A37CB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63" w:type="dxa"/>
          </w:tcPr>
          <w:p w14:paraId="1996D6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53%</w:t>
            </w:r>
          </w:p>
        </w:tc>
        <w:tc>
          <w:tcPr>
            <w:tcW w:w="2575" w:type="dxa"/>
          </w:tcPr>
          <w:p w14:paraId="4AAFEE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4B964A7E" w14:textId="77777777">
        <w:trPr>
          <w:jc w:val="center"/>
        </w:trPr>
        <w:tc>
          <w:tcPr>
            <w:tcW w:w="2575" w:type="dxa"/>
          </w:tcPr>
          <w:p w14:paraId="6255CD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63" w:type="dxa"/>
          </w:tcPr>
          <w:p w14:paraId="10C0AF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59%</w:t>
            </w:r>
          </w:p>
        </w:tc>
        <w:tc>
          <w:tcPr>
            <w:tcW w:w="2575" w:type="dxa"/>
          </w:tcPr>
          <w:p w14:paraId="4B2453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1A0B2781" w14:textId="77777777">
        <w:trPr>
          <w:jc w:val="center"/>
        </w:trPr>
        <w:tc>
          <w:tcPr>
            <w:tcW w:w="2575" w:type="dxa"/>
          </w:tcPr>
          <w:p w14:paraId="5FB4A9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3863" w:type="dxa"/>
          </w:tcPr>
          <w:p w14:paraId="30D2AD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64%</w:t>
            </w:r>
          </w:p>
        </w:tc>
        <w:tc>
          <w:tcPr>
            <w:tcW w:w="2575" w:type="dxa"/>
          </w:tcPr>
          <w:p w14:paraId="1D5326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6C819B5C" w14:textId="77777777">
        <w:trPr>
          <w:jc w:val="center"/>
        </w:trPr>
        <w:tc>
          <w:tcPr>
            <w:tcW w:w="2575" w:type="dxa"/>
          </w:tcPr>
          <w:p w14:paraId="38F73B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863" w:type="dxa"/>
          </w:tcPr>
          <w:p w14:paraId="7FBE33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  <w:tc>
          <w:tcPr>
            <w:tcW w:w="2575" w:type="dxa"/>
          </w:tcPr>
          <w:p w14:paraId="3ED0D4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</w:tbl>
    <w:p w14:paraId="43320A2A" w14:textId="77777777" w:rsidR="00501161" w:rsidRDefault="00501161">
      <w:pPr>
        <w:spacing w:after="40"/>
      </w:pPr>
    </w:p>
    <w:p w14:paraId="71BCBCE7" w14:textId="77777777" w:rsidR="00501161" w:rsidRDefault="00C637DA">
      <w:r>
        <w:rPr>
          <w:color w:val="555555"/>
          <w:sz w:val="26"/>
          <w:szCs w:val="26"/>
        </w:rPr>
        <w:t>สูตร: Status Chance (Section 5.6)</w:t>
      </w:r>
    </w:p>
    <w:p w14:paraId="70A7ED57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ลดจำนวนครั้งที่ศัตรูได้ลงมือ</w:t>
      </w:r>
    </w:p>
    <w:p w14:paraId="75491385" w14:textId="77777777" w:rsidR="00501161" w:rsidRDefault="00C637DA">
      <w:pPr>
        <w:ind w:firstLine="720"/>
      </w:pPr>
      <w:r>
        <w:rPr>
          <w:b/>
          <w:bCs/>
        </w:rPr>
        <w:t xml:space="preserve">8. </w:t>
      </w:r>
      <w:r>
        <w:rPr>
          <w:b/>
          <w:bCs/>
        </w:rPr>
        <w:t>เป่ามนต์บังตา (Veiling Breath)</w:t>
      </w:r>
      <w:r>
        <w:t xml:space="preserve"> — Active · Tier 3 · </w:t>
      </w:r>
      <w:r>
        <w:t>เป้าหมาย: ศัตรูทั้งหมด · Prerequisite: -</w:t>
      </w:r>
    </w:p>
    <w:p w14:paraId="0F7ECB55" w14:textId="77777777" w:rsidR="00501161" w:rsidRDefault="00C637DA">
      <w:pPr>
        <w:ind w:firstLine="720"/>
      </w:pPr>
      <w:r>
        <w:t>เป่ามนต์บังตาศัตรู มีโอกาสติด Blind ทุกตัว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17"/>
        <w:gridCol w:w="3380"/>
        <w:gridCol w:w="2817"/>
      </w:tblGrid>
      <w:tr w:rsidR="00501161" w14:paraId="37C30960" w14:textId="77777777">
        <w:trPr>
          <w:tblHeader/>
          <w:jc w:val="center"/>
        </w:trPr>
        <w:tc>
          <w:tcPr>
            <w:tcW w:w="2817" w:type="dxa"/>
            <w:shd w:val="clear" w:color="auto" w:fill="F2F2F2"/>
          </w:tcPr>
          <w:p w14:paraId="0E4B32A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380" w:type="dxa"/>
            <w:shd w:val="clear" w:color="auto" w:fill="F2F2F2"/>
          </w:tcPr>
          <w:p w14:paraId="75E3020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Blind Chance</w:t>
            </w:r>
          </w:p>
        </w:tc>
        <w:tc>
          <w:tcPr>
            <w:tcW w:w="2817" w:type="dxa"/>
            <w:shd w:val="clear" w:color="auto" w:fill="F2F2F2"/>
          </w:tcPr>
          <w:p w14:paraId="20D21D8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678AB501" w14:textId="77777777">
        <w:trPr>
          <w:jc w:val="center"/>
        </w:trPr>
        <w:tc>
          <w:tcPr>
            <w:tcW w:w="2817" w:type="dxa"/>
          </w:tcPr>
          <w:p w14:paraId="504B79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80" w:type="dxa"/>
          </w:tcPr>
          <w:p w14:paraId="7A718A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15%</w:t>
            </w:r>
          </w:p>
        </w:tc>
        <w:tc>
          <w:tcPr>
            <w:tcW w:w="2817" w:type="dxa"/>
          </w:tcPr>
          <w:p w14:paraId="70C8EF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402C9B34" w14:textId="77777777">
        <w:trPr>
          <w:jc w:val="center"/>
        </w:trPr>
        <w:tc>
          <w:tcPr>
            <w:tcW w:w="2817" w:type="dxa"/>
          </w:tcPr>
          <w:p w14:paraId="4F4ED6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80" w:type="dxa"/>
          </w:tcPr>
          <w:p w14:paraId="1E8714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2817" w:type="dxa"/>
          </w:tcPr>
          <w:p w14:paraId="3F371B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5C68E8E8" w14:textId="77777777">
        <w:trPr>
          <w:jc w:val="center"/>
        </w:trPr>
        <w:tc>
          <w:tcPr>
            <w:tcW w:w="2817" w:type="dxa"/>
          </w:tcPr>
          <w:p w14:paraId="0A4AE2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80" w:type="dxa"/>
          </w:tcPr>
          <w:p w14:paraId="75F13B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25%</w:t>
            </w:r>
          </w:p>
        </w:tc>
        <w:tc>
          <w:tcPr>
            <w:tcW w:w="2817" w:type="dxa"/>
          </w:tcPr>
          <w:p w14:paraId="428752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7CB66956" w14:textId="77777777">
        <w:trPr>
          <w:jc w:val="center"/>
        </w:trPr>
        <w:tc>
          <w:tcPr>
            <w:tcW w:w="2817" w:type="dxa"/>
          </w:tcPr>
          <w:p w14:paraId="3FBBF4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80" w:type="dxa"/>
          </w:tcPr>
          <w:p w14:paraId="28A2CB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  <w:tc>
          <w:tcPr>
            <w:tcW w:w="2817" w:type="dxa"/>
          </w:tcPr>
          <w:p w14:paraId="0877F3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2DB1DCFB" w14:textId="77777777">
        <w:trPr>
          <w:jc w:val="center"/>
        </w:trPr>
        <w:tc>
          <w:tcPr>
            <w:tcW w:w="2817" w:type="dxa"/>
          </w:tcPr>
          <w:p w14:paraId="7CF405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380" w:type="dxa"/>
          </w:tcPr>
          <w:p w14:paraId="387934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35%</w:t>
            </w:r>
          </w:p>
        </w:tc>
        <w:tc>
          <w:tcPr>
            <w:tcW w:w="2817" w:type="dxa"/>
          </w:tcPr>
          <w:p w14:paraId="1CE58F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105443F9" w14:textId="77777777">
        <w:trPr>
          <w:jc w:val="center"/>
        </w:trPr>
        <w:tc>
          <w:tcPr>
            <w:tcW w:w="2817" w:type="dxa"/>
          </w:tcPr>
          <w:p w14:paraId="1B774E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80" w:type="dxa"/>
          </w:tcPr>
          <w:p w14:paraId="4B1691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  <w:tc>
          <w:tcPr>
            <w:tcW w:w="2817" w:type="dxa"/>
          </w:tcPr>
          <w:p w14:paraId="3BE30C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40C1C5BC" w14:textId="77777777">
        <w:trPr>
          <w:jc w:val="center"/>
        </w:trPr>
        <w:tc>
          <w:tcPr>
            <w:tcW w:w="2817" w:type="dxa"/>
          </w:tcPr>
          <w:p w14:paraId="0BC06A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380" w:type="dxa"/>
          </w:tcPr>
          <w:p w14:paraId="6FD478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45%</w:t>
            </w:r>
          </w:p>
        </w:tc>
        <w:tc>
          <w:tcPr>
            <w:tcW w:w="2817" w:type="dxa"/>
          </w:tcPr>
          <w:p w14:paraId="452BEA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3102C8ED" w14:textId="77777777">
        <w:trPr>
          <w:jc w:val="center"/>
        </w:trPr>
        <w:tc>
          <w:tcPr>
            <w:tcW w:w="2817" w:type="dxa"/>
          </w:tcPr>
          <w:p w14:paraId="64CB9D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380" w:type="dxa"/>
          </w:tcPr>
          <w:p w14:paraId="726C00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  <w:tc>
          <w:tcPr>
            <w:tcW w:w="2817" w:type="dxa"/>
          </w:tcPr>
          <w:p w14:paraId="344E0A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211B2497" w14:textId="77777777">
        <w:trPr>
          <w:jc w:val="center"/>
        </w:trPr>
        <w:tc>
          <w:tcPr>
            <w:tcW w:w="2817" w:type="dxa"/>
          </w:tcPr>
          <w:p w14:paraId="52E2F8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380" w:type="dxa"/>
          </w:tcPr>
          <w:p w14:paraId="685F51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55%</w:t>
            </w:r>
          </w:p>
        </w:tc>
        <w:tc>
          <w:tcPr>
            <w:tcW w:w="2817" w:type="dxa"/>
          </w:tcPr>
          <w:p w14:paraId="2BBD88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</w:tr>
      <w:tr w:rsidR="00501161" w14:paraId="0B4F7704" w14:textId="77777777">
        <w:trPr>
          <w:jc w:val="center"/>
        </w:trPr>
        <w:tc>
          <w:tcPr>
            <w:tcW w:w="2817" w:type="dxa"/>
          </w:tcPr>
          <w:p w14:paraId="295771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380" w:type="dxa"/>
          </w:tcPr>
          <w:p w14:paraId="1AB766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  <w:tc>
          <w:tcPr>
            <w:tcW w:w="2817" w:type="dxa"/>
          </w:tcPr>
          <w:p w14:paraId="08D5C0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</w:t>
            </w:r>
          </w:p>
        </w:tc>
      </w:tr>
    </w:tbl>
    <w:p w14:paraId="029586F5" w14:textId="77777777" w:rsidR="00501161" w:rsidRDefault="00501161">
      <w:pPr>
        <w:spacing w:after="40"/>
      </w:pPr>
    </w:p>
    <w:p w14:paraId="3D6728D1" w14:textId="77777777" w:rsidR="00501161" w:rsidRDefault="00C637DA">
      <w:r>
        <w:rPr>
          <w:color w:val="555555"/>
          <w:sz w:val="26"/>
          <w:szCs w:val="26"/>
        </w:rPr>
        <w:t>สูตร: Blind: Accuracy −30%</w:t>
      </w:r>
    </w:p>
    <w:p w14:paraId="39959C2A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ลดดาเมจที่ปาร์ตี้ได้รับโดยรวม</w:t>
      </w:r>
    </w:p>
    <w:p w14:paraId="3B94D79E" w14:textId="77777777" w:rsidR="00501161" w:rsidRDefault="00C637DA">
      <w:pPr>
        <w:ind w:firstLine="720"/>
      </w:pPr>
      <w:r>
        <w:rPr>
          <w:b/>
          <w:bCs/>
        </w:rPr>
        <w:t xml:space="preserve">9. </w:t>
      </w:r>
      <w:r>
        <w:rPr>
          <w:b/>
          <w:bCs/>
        </w:rPr>
        <w:t>ปล่อยคุณไสย (Black Magic Curse)</w:t>
      </w:r>
      <w:r>
        <w:t xml:space="preserve"> — Active · Tier 3 · </w:t>
      </w:r>
      <w:r>
        <w:t>เป้าหมาย: ศัตรู 1 ตัว · Prerequisite: มนต์สะกดวิญญาณ Rank 3</w:t>
      </w:r>
    </w:p>
    <w:p w14:paraId="58209280" w14:textId="77777777" w:rsidR="00501161" w:rsidRDefault="00C637DA">
      <w:pPr>
        <w:ind w:firstLine="720"/>
      </w:pPr>
      <w:r>
        <w:t>ปล่อยคุณไสยเข้าตัวศัตรู มีโอกาสติด Poison ที่แรงกว่าปกติ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60"/>
        <w:gridCol w:w="2547"/>
        <w:gridCol w:w="2547"/>
        <w:gridCol w:w="1960"/>
      </w:tblGrid>
      <w:tr w:rsidR="00501161" w14:paraId="37907B2B" w14:textId="77777777">
        <w:trPr>
          <w:tblHeader/>
          <w:jc w:val="center"/>
        </w:trPr>
        <w:tc>
          <w:tcPr>
            <w:tcW w:w="1960" w:type="dxa"/>
            <w:shd w:val="clear" w:color="auto" w:fill="F2F2F2"/>
          </w:tcPr>
          <w:p w14:paraId="74A12AF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547" w:type="dxa"/>
            <w:shd w:val="clear" w:color="auto" w:fill="F2F2F2"/>
          </w:tcPr>
          <w:p w14:paraId="65FB1AB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Poison Chance</w:t>
            </w:r>
          </w:p>
        </w:tc>
        <w:tc>
          <w:tcPr>
            <w:tcW w:w="2547" w:type="dxa"/>
            <w:shd w:val="clear" w:color="auto" w:fill="F2F2F2"/>
          </w:tcPr>
          <w:p w14:paraId="6D3D444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Poison Damage</w:t>
            </w:r>
          </w:p>
        </w:tc>
        <w:tc>
          <w:tcPr>
            <w:tcW w:w="1960" w:type="dxa"/>
            <w:shd w:val="clear" w:color="auto" w:fill="F2F2F2"/>
          </w:tcPr>
          <w:p w14:paraId="627181E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1EFAEC4E" w14:textId="77777777">
        <w:trPr>
          <w:jc w:val="center"/>
        </w:trPr>
        <w:tc>
          <w:tcPr>
            <w:tcW w:w="1960" w:type="dxa"/>
          </w:tcPr>
          <w:p w14:paraId="3CD1DF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47" w:type="dxa"/>
          </w:tcPr>
          <w:p w14:paraId="5A8020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25%</w:t>
            </w:r>
          </w:p>
        </w:tc>
        <w:tc>
          <w:tcPr>
            <w:tcW w:w="2547" w:type="dxa"/>
          </w:tcPr>
          <w:p w14:paraId="0073A6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10%</w:t>
            </w:r>
          </w:p>
        </w:tc>
        <w:tc>
          <w:tcPr>
            <w:tcW w:w="1960" w:type="dxa"/>
          </w:tcPr>
          <w:p w14:paraId="6FC977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6A2B1965" w14:textId="77777777">
        <w:trPr>
          <w:jc w:val="center"/>
        </w:trPr>
        <w:tc>
          <w:tcPr>
            <w:tcW w:w="1960" w:type="dxa"/>
          </w:tcPr>
          <w:p w14:paraId="1B483A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47" w:type="dxa"/>
          </w:tcPr>
          <w:p w14:paraId="3CED12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31%</w:t>
            </w:r>
          </w:p>
        </w:tc>
        <w:tc>
          <w:tcPr>
            <w:tcW w:w="2547" w:type="dxa"/>
          </w:tcPr>
          <w:p w14:paraId="6DF3B0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11%</w:t>
            </w:r>
          </w:p>
        </w:tc>
        <w:tc>
          <w:tcPr>
            <w:tcW w:w="1960" w:type="dxa"/>
          </w:tcPr>
          <w:p w14:paraId="38CEA2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2B628496" w14:textId="77777777">
        <w:trPr>
          <w:jc w:val="center"/>
        </w:trPr>
        <w:tc>
          <w:tcPr>
            <w:tcW w:w="1960" w:type="dxa"/>
          </w:tcPr>
          <w:p w14:paraId="127A27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47" w:type="dxa"/>
          </w:tcPr>
          <w:p w14:paraId="734F59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36%</w:t>
            </w:r>
          </w:p>
        </w:tc>
        <w:tc>
          <w:tcPr>
            <w:tcW w:w="2547" w:type="dxa"/>
          </w:tcPr>
          <w:p w14:paraId="4639BE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12%</w:t>
            </w:r>
          </w:p>
        </w:tc>
        <w:tc>
          <w:tcPr>
            <w:tcW w:w="1960" w:type="dxa"/>
          </w:tcPr>
          <w:p w14:paraId="304A3F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2F452433" w14:textId="77777777">
        <w:trPr>
          <w:jc w:val="center"/>
        </w:trPr>
        <w:tc>
          <w:tcPr>
            <w:tcW w:w="1960" w:type="dxa"/>
          </w:tcPr>
          <w:p w14:paraId="7D8529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47" w:type="dxa"/>
          </w:tcPr>
          <w:p w14:paraId="788EAC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42%</w:t>
            </w:r>
          </w:p>
        </w:tc>
        <w:tc>
          <w:tcPr>
            <w:tcW w:w="2547" w:type="dxa"/>
          </w:tcPr>
          <w:p w14:paraId="146CD9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13%</w:t>
            </w:r>
          </w:p>
        </w:tc>
        <w:tc>
          <w:tcPr>
            <w:tcW w:w="1960" w:type="dxa"/>
          </w:tcPr>
          <w:p w14:paraId="2EEF59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612C3D04" w14:textId="77777777">
        <w:trPr>
          <w:jc w:val="center"/>
        </w:trPr>
        <w:tc>
          <w:tcPr>
            <w:tcW w:w="1960" w:type="dxa"/>
          </w:tcPr>
          <w:p w14:paraId="0A8A8E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47" w:type="dxa"/>
          </w:tcPr>
          <w:p w14:paraId="0082B8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47%</w:t>
            </w:r>
          </w:p>
        </w:tc>
        <w:tc>
          <w:tcPr>
            <w:tcW w:w="2547" w:type="dxa"/>
          </w:tcPr>
          <w:p w14:paraId="31F888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14%</w:t>
            </w:r>
          </w:p>
        </w:tc>
        <w:tc>
          <w:tcPr>
            <w:tcW w:w="1960" w:type="dxa"/>
          </w:tcPr>
          <w:p w14:paraId="269C9C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308770F1" w14:textId="77777777">
        <w:trPr>
          <w:jc w:val="center"/>
        </w:trPr>
        <w:tc>
          <w:tcPr>
            <w:tcW w:w="1960" w:type="dxa"/>
          </w:tcPr>
          <w:p w14:paraId="792D9D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47" w:type="dxa"/>
          </w:tcPr>
          <w:p w14:paraId="65F5A9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53%</w:t>
            </w:r>
          </w:p>
        </w:tc>
        <w:tc>
          <w:tcPr>
            <w:tcW w:w="2547" w:type="dxa"/>
          </w:tcPr>
          <w:p w14:paraId="1C6B5E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16%</w:t>
            </w:r>
          </w:p>
        </w:tc>
        <w:tc>
          <w:tcPr>
            <w:tcW w:w="1960" w:type="dxa"/>
          </w:tcPr>
          <w:p w14:paraId="5E1396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04B63658" w14:textId="77777777">
        <w:trPr>
          <w:jc w:val="center"/>
        </w:trPr>
        <w:tc>
          <w:tcPr>
            <w:tcW w:w="1960" w:type="dxa"/>
          </w:tcPr>
          <w:p w14:paraId="570493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547" w:type="dxa"/>
          </w:tcPr>
          <w:p w14:paraId="658B7C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58%</w:t>
            </w:r>
          </w:p>
        </w:tc>
        <w:tc>
          <w:tcPr>
            <w:tcW w:w="2547" w:type="dxa"/>
          </w:tcPr>
          <w:p w14:paraId="3322B6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17%</w:t>
            </w:r>
          </w:p>
        </w:tc>
        <w:tc>
          <w:tcPr>
            <w:tcW w:w="1960" w:type="dxa"/>
          </w:tcPr>
          <w:p w14:paraId="55ADB9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7965FBAA" w14:textId="77777777">
        <w:trPr>
          <w:jc w:val="center"/>
        </w:trPr>
        <w:tc>
          <w:tcPr>
            <w:tcW w:w="1960" w:type="dxa"/>
          </w:tcPr>
          <w:p w14:paraId="5D4F88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47" w:type="dxa"/>
          </w:tcPr>
          <w:p w14:paraId="4F4537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64%</w:t>
            </w:r>
          </w:p>
        </w:tc>
        <w:tc>
          <w:tcPr>
            <w:tcW w:w="2547" w:type="dxa"/>
          </w:tcPr>
          <w:p w14:paraId="2D61B6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18%</w:t>
            </w:r>
          </w:p>
        </w:tc>
        <w:tc>
          <w:tcPr>
            <w:tcW w:w="1960" w:type="dxa"/>
          </w:tcPr>
          <w:p w14:paraId="18A127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02A6B94A" w14:textId="77777777">
        <w:trPr>
          <w:jc w:val="center"/>
        </w:trPr>
        <w:tc>
          <w:tcPr>
            <w:tcW w:w="1960" w:type="dxa"/>
          </w:tcPr>
          <w:p w14:paraId="5874A6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47" w:type="dxa"/>
          </w:tcPr>
          <w:p w14:paraId="0E185B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69%</w:t>
            </w:r>
          </w:p>
        </w:tc>
        <w:tc>
          <w:tcPr>
            <w:tcW w:w="2547" w:type="dxa"/>
          </w:tcPr>
          <w:p w14:paraId="578D45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19%</w:t>
            </w:r>
          </w:p>
        </w:tc>
        <w:tc>
          <w:tcPr>
            <w:tcW w:w="1960" w:type="dxa"/>
          </w:tcPr>
          <w:p w14:paraId="61BBF4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24DF1F3C" w14:textId="77777777">
        <w:trPr>
          <w:jc w:val="center"/>
        </w:trPr>
        <w:tc>
          <w:tcPr>
            <w:tcW w:w="1960" w:type="dxa"/>
          </w:tcPr>
          <w:p w14:paraId="511F0B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47" w:type="dxa"/>
          </w:tcPr>
          <w:p w14:paraId="2F1A28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75%</w:t>
            </w:r>
          </w:p>
        </w:tc>
        <w:tc>
          <w:tcPr>
            <w:tcW w:w="2547" w:type="dxa"/>
          </w:tcPr>
          <w:p w14:paraId="198B8C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1960" w:type="dxa"/>
          </w:tcPr>
          <w:p w14:paraId="19A332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</w:tbl>
    <w:p w14:paraId="1EBE03B6" w14:textId="77777777" w:rsidR="00501161" w:rsidRDefault="00501161">
      <w:pPr>
        <w:spacing w:after="40"/>
      </w:pPr>
    </w:p>
    <w:p w14:paraId="7AA11875" w14:textId="77777777" w:rsidR="00501161" w:rsidRDefault="00C637DA">
      <w:r>
        <w:rPr>
          <w:color w:val="555555"/>
          <w:sz w:val="26"/>
          <w:szCs w:val="26"/>
        </w:rPr>
        <w:t>สูตร: Poison Damage = Max HP × % ต่อเทิร์น</w:t>
      </w:r>
    </w:p>
    <w:p w14:paraId="11343B51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Poison </w:t>
      </w:r>
      <w:r>
        <w:t>ที่แรงที่สุดในเกม</w:t>
      </w:r>
    </w:p>
    <w:p w14:paraId="1BD43AD1" w14:textId="77777777" w:rsidR="00501161" w:rsidRDefault="00C637DA">
      <w:pPr>
        <w:ind w:firstLine="720"/>
      </w:pPr>
      <w:r>
        <w:rPr>
          <w:b/>
          <w:bCs/>
        </w:rPr>
        <w:t xml:space="preserve">10. </w:t>
      </w:r>
      <w:r>
        <w:rPr>
          <w:b/>
          <w:bCs/>
        </w:rPr>
        <w:t>ชักประคำ (Rosary Chant)</w:t>
      </w:r>
      <w:r>
        <w:t xml:space="preserve"> — Active · Tier 3 · </w:t>
      </w:r>
      <w:r>
        <w:t>เป้าหมาย: ตัวเอง · Prerequisite: ตะกรุดโทน Rank 5</w:t>
      </w:r>
    </w:p>
    <w:p w14:paraId="37E113BB" w14:textId="77777777" w:rsidR="00501161" w:rsidRDefault="00C637DA">
      <w:pPr>
        <w:ind w:firstLine="720"/>
      </w:pPr>
      <w:r>
        <w:t>ชักประคำสวดต่อมนต์ คาถาถัดไปไม่เสีย MP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501161" w14:paraId="5319A1B5" w14:textId="77777777">
        <w:trPr>
          <w:tblHeader/>
          <w:jc w:val="center"/>
        </w:trPr>
        <w:tc>
          <w:tcPr>
            <w:tcW w:w="3005" w:type="dxa"/>
            <w:shd w:val="clear" w:color="auto" w:fill="F2F2F2"/>
          </w:tcPr>
          <w:p w14:paraId="50BEC26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005" w:type="dxa"/>
            <w:shd w:val="clear" w:color="auto" w:fill="F2F2F2"/>
          </w:tcPr>
          <w:p w14:paraId="4135B31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3005" w:type="dxa"/>
            <w:shd w:val="clear" w:color="auto" w:fill="F2F2F2"/>
          </w:tcPr>
          <w:p w14:paraId="4424CEA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060681B" w14:textId="77777777">
        <w:trPr>
          <w:jc w:val="center"/>
        </w:trPr>
        <w:tc>
          <w:tcPr>
            <w:tcW w:w="3005" w:type="dxa"/>
          </w:tcPr>
          <w:p w14:paraId="195D74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05" w:type="dxa"/>
          </w:tcPr>
          <w:p w14:paraId="315C39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005" w:type="dxa"/>
          </w:tcPr>
          <w:p w14:paraId="3A1FC8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65215D74" w14:textId="77777777">
        <w:trPr>
          <w:jc w:val="center"/>
        </w:trPr>
        <w:tc>
          <w:tcPr>
            <w:tcW w:w="3005" w:type="dxa"/>
          </w:tcPr>
          <w:p w14:paraId="3D86C6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5" w:type="dxa"/>
          </w:tcPr>
          <w:p w14:paraId="76809F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005" w:type="dxa"/>
          </w:tcPr>
          <w:p w14:paraId="3F8179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481B027E" w14:textId="77777777">
        <w:trPr>
          <w:jc w:val="center"/>
        </w:trPr>
        <w:tc>
          <w:tcPr>
            <w:tcW w:w="3005" w:type="dxa"/>
          </w:tcPr>
          <w:p w14:paraId="4C0B2A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05" w:type="dxa"/>
          </w:tcPr>
          <w:p w14:paraId="6370C1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005" w:type="dxa"/>
          </w:tcPr>
          <w:p w14:paraId="77C7D3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2CFA1F85" w14:textId="77777777">
        <w:trPr>
          <w:jc w:val="center"/>
        </w:trPr>
        <w:tc>
          <w:tcPr>
            <w:tcW w:w="3005" w:type="dxa"/>
          </w:tcPr>
          <w:p w14:paraId="4F3B87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05" w:type="dxa"/>
          </w:tcPr>
          <w:p w14:paraId="39C23B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005" w:type="dxa"/>
          </w:tcPr>
          <w:p w14:paraId="6B656C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590FB036" w14:textId="77777777">
        <w:trPr>
          <w:jc w:val="center"/>
        </w:trPr>
        <w:tc>
          <w:tcPr>
            <w:tcW w:w="3005" w:type="dxa"/>
          </w:tcPr>
          <w:p w14:paraId="129809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05" w:type="dxa"/>
          </w:tcPr>
          <w:p w14:paraId="6DC2D1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005" w:type="dxa"/>
          </w:tcPr>
          <w:p w14:paraId="65E339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1D80784A" w14:textId="77777777">
        <w:trPr>
          <w:jc w:val="center"/>
        </w:trPr>
        <w:tc>
          <w:tcPr>
            <w:tcW w:w="3005" w:type="dxa"/>
          </w:tcPr>
          <w:p w14:paraId="49E7EC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05" w:type="dxa"/>
          </w:tcPr>
          <w:p w14:paraId="6161E4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005" w:type="dxa"/>
          </w:tcPr>
          <w:p w14:paraId="0384EC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73E9B8DA" w14:textId="77777777">
        <w:trPr>
          <w:jc w:val="center"/>
        </w:trPr>
        <w:tc>
          <w:tcPr>
            <w:tcW w:w="3005" w:type="dxa"/>
          </w:tcPr>
          <w:p w14:paraId="64936E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05" w:type="dxa"/>
          </w:tcPr>
          <w:p w14:paraId="070B7F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005" w:type="dxa"/>
          </w:tcPr>
          <w:p w14:paraId="5F30F3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607C1743" w14:textId="77777777">
        <w:trPr>
          <w:jc w:val="center"/>
        </w:trPr>
        <w:tc>
          <w:tcPr>
            <w:tcW w:w="3005" w:type="dxa"/>
          </w:tcPr>
          <w:p w14:paraId="68656F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005" w:type="dxa"/>
          </w:tcPr>
          <w:p w14:paraId="167AB3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005" w:type="dxa"/>
          </w:tcPr>
          <w:p w14:paraId="7C4E3C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2D021833" w14:textId="77777777">
        <w:trPr>
          <w:jc w:val="center"/>
        </w:trPr>
        <w:tc>
          <w:tcPr>
            <w:tcW w:w="3005" w:type="dxa"/>
          </w:tcPr>
          <w:p w14:paraId="13955D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05" w:type="dxa"/>
          </w:tcPr>
          <w:p w14:paraId="641DA5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005" w:type="dxa"/>
          </w:tcPr>
          <w:p w14:paraId="6072BE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2B0C6593" w14:textId="77777777">
        <w:trPr>
          <w:jc w:val="center"/>
        </w:trPr>
        <w:tc>
          <w:tcPr>
            <w:tcW w:w="3005" w:type="dxa"/>
          </w:tcPr>
          <w:p w14:paraId="44673A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005" w:type="dxa"/>
          </w:tcPr>
          <w:p w14:paraId="472D3F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005" w:type="dxa"/>
          </w:tcPr>
          <w:p w14:paraId="2DE451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</w:tbl>
    <w:p w14:paraId="15A193E5" w14:textId="77777777" w:rsidR="00501161" w:rsidRDefault="00501161">
      <w:pPr>
        <w:spacing w:after="40"/>
      </w:pPr>
    </w:p>
    <w:p w14:paraId="72B36359" w14:textId="77777777" w:rsidR="00501161" w:rsidRDefault="00C637DA">
      <w:r>
        <w:rPr>
          <w:color w:val="555555"/>
          <w:sz w:val="26"/>
          <w:szCs w:val="26"/>
        </w:rPr>
        <w:t>สูตร: ใช้กับ Ultimate ได้</w:t>
      </w:r>
    </w:p>
    <w:p w14:paraId="66F73F25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ประหยัด MP กับคาถาราคาแพง</w:t>
      </w:r>
    </w:p>
    <w:p w14:paraId="363E6B59" w14:textId="77777777" w:rsidR="00501161" w:rsidRDefault="00C637DA">
      <w:pPr>
        <w:ind w:firstLine="720"/>
      </w:pPr>
      <w:r>
        <w:rPr>
          <w:b/>
          <w:bCs/>
        </w:rPr>
        <w:t xml:space="preserve">11. </w:t>
      </w:r>
      <w:r>
        <w:rPr>
          <w:b/>
          <w:bCs/>
        </w:rPr>
        <w:t>สมาธิอาคม (Arcane Focus)</w:t>
      </w:r>
      <w:r>
        <w:t xml:space="preserve"> — Passive · Tier 3 · </w:t>
      </w:r>
      <w:r>
        <w:t>เป้าหมาย: - · Prerequisite: -</w:t>
      </w:r>
    </w:p>
    <w:p w14:paraId="13A9074E" w14:textId="77777777" w:rsidR="00501161" w:rsidRDefault="00C637DA">
      <w:pPr>
        <w:ind w:firstLine="720"/>
      </w:pPr>
      <w:r>
        <w:t>สมาธิสูง ลด MP ที่ใช้ร่ายทุกคาถา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4142"/>
        <w:gridCol w:w="2436"/>
      </w:tblGrid>
      <w:tr w:rsidR="00501161" w14:paraId="15FC0FE1" w14:textId="77777777">
        <w:trPr>
          <w:tblHeader/>
          <w:jc w:val="center"/>
        </w:trPr>
        <w:tc>
          <w:tcPr>
            <w:tcW w:w="2436" w:type="dxa"/>
            <w:shd w:val="clear" w:color="auto" w:fill="F2F2F2"/>
          </w:tcPr>
          <w:p w14:paraId="568A0A3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142" w:type="dxa"/>
            <w:shd w:val="clear" w:color="auto" w:fill="F2F2F2"/>
          </w:tcPr>
          <w:p w14:paraId="08B783E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 Cost Reduction</w:t>
            </w:r>
          </w:p>
        </w:tc>
        <w:tc>
          <w:tcPr>
            <w:tcW w:w="2436" w:type="dxa"/>
            <w:shd w:val="clear" w:color="auto" w:fill="F2F2F2"/>
          </w:tcPr>
          <w:p w14:paraId="034C022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4ACD41C3" w14:textId="77777777">
        <w:trPr>
          <w:jc w:val="center"/>
        </w:trPr>
        <w:tc>
          <w:tcPr>
            <w:tcW w:w="2436" w:type="dxa"/>
          </w:tcPr>
          <w:p w14:paraId="01F9DF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14:paraId="6A028A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-3%</w:t>
            </w:r>
          </w:p>
        </w:tc>
        <w:tc>
          <w:tcPr>
            <w:tcW w:w="2436" w:type="dxa"/>
          </w:tcPr>
          <w:p w14:paraId="7E818B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D613F4F" w14:textId="77777777">
        <w:trPr>
          <w:jc w:val="center"/>
        </w:trPr>
        <w:tc>
          <w:tcPr>
            <w:tcW w:w="2436" w:type="dxa"/>
          </w:tcPr>
          <w:p w14:paraId="3F60A5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14:paraId="79C508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-6%</w:t>
            </w:r>
          </w:p>
        </w:tc>
        <w:tc>
          <w:tcPr>
            <w:tcW w:w="2436" w:type="dxa"/>
          </w:tcPr>
          <w:p w14:paraId="16F558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AA3D611" w14:textId="77777777">
        <w:trPr>
          <w:jc w:val="center"/>
        </w:trPr>
        <w:tc>
          <w:tcPr>
            <w:tcW w:w="2436" w:type="dxa"/>
          </w:tcPr>
          <w:p w14:paraId="76C690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2" w:type="dxa"/>
          </w:tcPr>
          <w:p w14:paraId="3AB24B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-9%</w:t>
            </w:r>
          </w:p>
        </w:tc>
        <w:tc>
          <w:tcPr>
            <w:tcW w:w="2436" w:type="dxa"/>
          </w:tcPr>
          <w:p w14:paraId="6500CC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4037C53" w14:textId="77777777">
        <w:trPr>
          <w:jc w:val="center"/>
        </w:trPr>
        <w:tc>
          <w:tcPr>
            <w:tcW w:w="2436" w:type="dxa"/>
          </w:tcPr>
          <w:p w14:paraId="2A5840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42" w:type="dxa"/>
          </w:tcPr>
          <w:p w14:paraId="16A90E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-12%</w:t>
            </w:r>
          </w:p>
        </w:tc>
        <w:tc>
          <w:tcPr>
            <w:tcW w:w="2436" w:type="dxa"/>
          </w:tcPr>
          <w:p w14:paraId="6E9422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8065314" w14:textId="77777777">
        <w:trPr>
          <w:jc w:val="center"/>
        </w:trPr>
        <w:tc>
          <w:tcPr>
            <w:tcW w:w="2436" w:type="dxa"/>
          </w:tcPr>
          <w:p w14:paraId="54C553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42" w:type="dxa"/>
          </w:tcPr>
          <w:p w14:paraId="3124C7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-15%</w:t>
            </w:r>
          </w:p>
        </w:tc>
        <w:tc>
          <w:tcPr>
            <w:tcW w:w="2436" w:type="dxa"/>
          </w:tcPr>
          <w:p w14:paraId="6AF65A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EB9BF71" w14:textId="77777777">
        <w:trPr>
          <w:jc w:val="center"/>
        </w:trPr>
        <w:tc>
          <w:tcPr>
            <w:tcW w:w="2436" w:type="dxa"/>
          </w:tcPr>
          <w:p w14:paraId="75ADC9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4142" w:type="dxa"/>
          </w:tcPr>
          <w:p w14:paraId="270EBC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-18%</w:t>
            </w:r>
          </w:p>
        </w:tc>
        <w:tc>
          <w:tcPr>
            <w:tcW w:w="2436" w:type="dxa"/>
          </w:tcPr>
          <w:p w14:paraId="7B54C9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897A104" w14:textId="77777777">
        <w:trPr>
          <w:jc w:val="center"/>
        </w:trPr>
        <w:tc>
          <w:tcPr>
            <w:tcW w:w="2436" w:type="dxa"/>
          </w:tcPr>
          <w:p w14:paraId="36F243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42" w:type="dxa"/>
          </w:tcPr>
          <w:p w14:paraId="0716F2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-21%</w:t>
            </w:r>
          </w:p>
        </w:tc>
        <w:tc>
          <w:tcPr>
            <w:tcW w:w="2436" w:type="dxa"/>
          </w:tcPr>
          <w:p w14:paraId="1669EC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FCA36D6" w14:textId="77777777">
        <w:trPr>
          <w:jc w:val="center"/>
        </w:trPr>
        <w:tc>
          <w:tcPr>
            <w:tcW w:w="2436" w:type="dxa"/>
          </w:tcPr>
          <w:p w14:paraId="6C0908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42" w:type="dxa"/>
          </w:tcPr>
          <w:p w14:paraId="319D74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-24%</w:t>
            </w:r>
          </w:p>
        </w:tc>
        <w:tc>
          <w:tcPr>
            <w:tcW w:w="2436" w:type="dxa"/>
          </w:tcPr>
          <w:p w14:paraId="009A05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3D9C1A0" w14:textId="77777777">
        <w:trPr>
          <w:jc w:val="center"/>
        </w:trPr>
        <w:tc>
          <w:tcPr>
            <w:tcW w:w="2436" w:type="dxa"/>
          </w:tcPr>
          <w:p w14:paraId="7BA67D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42" w:type="dxa"/>
          </w:tcPr>
          <w:p w14:paraId="3D32CA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-27%</w:t>
            </w:r>
          </w:p>
        </w:tc>
        <w:tc>
          <w:tcPr>
            <w:tcW w:w="2436" w:type="dxa"/>
          </w:tcPr>
          <w:p w14:paraId="609875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80610F1" w14:textId="77777777">
        <w:trPr>
          <w:jc w:val="center"/>
        </w:trPr>
        <w:tc>
          <w:tcPr>
            <w:tcW w:w="2436" w:type="dxa"/>
          </w:tcPr>
          <w:p w14:paraId="63E5F4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42" w:type="dxa"/>
          </w:tcPr>
          <w:p w14:paraId="07D2BF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-30%</w:t>
            </w:r>
          </w:p>
        </w:tc>
        <w:tc>
          <w:tcPr>
            <w:tcW w:w="2436" w:type="dxa"/>
          </w:tcPr>
          <w:p w14:paraId="3B1B79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0BC4BEDA" w14:textId="77777777" w:rsidR="00501161" w:rsidRDefault="00501161">
      <w:pPr>
        <w:spacing w:after="40"/>
      </w:pPr>
    </w:p>
    <w:p w14:paraId="15DA67BF" w14:textId="77777777" w:rsidR="00501161" w:rsidRDefault="00C637DA">
      <w:r>
        <w:rPr>
          <w:color w:val="555555"/>
          <w:sz w:val="26"/>
          <w:szCs w:val="26"/>
        </w:rPr>
        <w:t>สูตร: MP ที่ใช้ = MP × (1 − Reduction) ปัดขึ้น</w:t>
      </w:r>
    </w:p>
    <w:p w14:paraId="76CAC6DA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ยืดเวลาที่อยู่ในป่าได้</w:t>
      </w:r>
    </w:p>
    <w:p w14:paraId="5C3B8970" w14:textId="77777777" w:rsidR="00501161" w:rsidRDefault="00C637DA">
      <w:pPr>
        <w:ind w:firstLine="720"/>
      </w:pPr>
      <w:r>
        <w:rPr>
          <w:b/>
          <w:bCs/>
        </w:rPr>
        <w:t xml:space="preserve">12. </w:t>
      </w:r>
      <w:r>
        <w:rPr>
          <w:b/>
          <w:bCs/>
        </w:rPr>
        <w:t>มหาเพลิงประลัยกัลป์ (Cataclysm of the Kalpa)</w:t>
      </w:r>
      <w:r>
        <w:t xml:space="preserve"> — Ultimate · Ultimate · </w:t>
      </w:r>
      <w:r>
        <w:t>เป้าหมาย: ศัตรูทั้งหมด · Prerequisite: Lv40 + คาถาไฟกาฬ, คาถาวารีพิฆาต Rank 10</w:t>
      </w:r>
    </w:p>
    <w:p w14:paraId="73146B6C" w14:textId="77777777" w:rsidR="00501161" w:rsidRDefault="00C637DA">
      <w:pPr>
        <w:ind w:firstLine="720"/>
      </w:pPr>
      <w:r>
        <w:t>ไฟ น้ำ ลม ประลัยกัลป์พร้อมกัน ใช้ธาตุที่ศัตรูแต่ละตัวแพ้ที่สุดโดยอัตโนมัติ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4142"/>
        <w:gridCol w:w="2436"/>
      </w:tblGrid>
      <w:tr w:rsidR="00501161" w14:paraId="5B3F97C0" w14:textId="77777777">
        <w:trPr>
          <w:tblHeader/>
          <w:jc w:val="center"/>
        </w:trPr>
        <w:tc>
          <w:tcPr>
            <w:tcW w:w="2436" w:type="dxa"/>
            <w:shd w:val="clear" w:color="auto" w:fill="F2F2F2"/>
          </w:tcPr>
          <w:p w14:paraId="7169F0F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142" w:type="dxa"/>
            <w:shd w:val="clear" w:color="auto" w:fill="F2F2F2"/>
          </w:tcPr>
          <w:p w14:paraId="084F035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2436" w:type="dxa"/>
            <w:shd w:val="clear" w:color="auto" w:fill="F2F2F2"/>
          </w:tcPr>
          <w:p w14:paraId="5A3FC39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0D97391B" w14:textId="77777777">
        <w:trPr>
          <w:jc w:val="center"/>
        </w:trPr>
        <w:tc>
          <w:tcPr>
            <w:tcW w:w="2436" w:type="dxa"/>
          </w:tcPr>
          <w:p w14:paraId="31AD92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14:paraId="6AD6DB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150%</w:t>
            </w:r>
          </w:p>
        </w:tc>
        <w:tc>
          <w:tcPr>
            <w:tcW w:w="2436" w:type="dxa"/>
          </w:tcPr>
          <w:p w14:paraId="4FABD1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45</w:t>
            </w:r>
          </w:p>
        </w:tc>
      </w:tr>
      <w:tr w:rsidR="00501161" w14:paraId="349C5995" w14:textId="77777777">
        <w:trPr>
          <w:jc w:val="center"/>
        </w:trPr>
        <w:tc>
          <w:tcPr>
            <w:tcW w:w="2436" w:type="dxa"/>
          </w:tcPr>
          <w:p w14:paraId="7D768C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14:paraId="47ECDC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200%</w:t>
            </w:r>
          </w:p>
        </w:tc>
        <w:tc>
          <w:tcPr>
            <w:tcW w:w="2436" w:type="dxa"/>
          </w:tcPr>
          <w:p w14:paraId="64E4B2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</w:tr>
      <w:tr w:rsidR="00501161" w14:paraId="58FEBB83" w14:textId="77777777">
        <w:trPr>
          <w:jc w:val="center"/>
        </w:trPr>
        <w:tc>
          <w:tcPr>
            <w:tcW w:w="2436" w:type="dxa"/>
          </w:tcPr>
          <w:p w14:paraId="6D2565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2" w:type="dxa"/>
          </w:tcPr>
          <w:p w14:paraId="4EC2E7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250%</w:t>
            </w:r>
          </w:p>
        </w:tc>
        <w:tc>
          <w:tcPr>
            <w:tcW w:w="2436" w:type="dxa"/>
          </w:tcPr>
          <w:p w14:paraId="2648FC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56</w:t>
            </w:r>
          </w:p>
        </w:tc>
      </w:tr>
    </w:tbl>
    <w:p w14:paraId="3F6C6BC7" w14:textId="77777777" w:rsidR="00501161" w:rsidRDefault="00501161">
      <w:pPr>
        <w:spacing w:after="40"/>
      </w:pPr>
    </w:p>
    <w:p w14:paraId="3D6F8D4E" w14:textId="77777777" w:rsidR="00501161" w:rsidRDefault="00C637DA">
      <w:r>
        <w:rPr>
          <w:color w:val="555555"/>
          <w:sz w:val="26"/>
          <w:szCs w:val="26"/>
        </w:rPr>
        <w:t xml:space="preserve">สูตร: </w:t>
      </w:r>
      <w:r>
        <w:rPr>
          <w:color w:val="555555"/>
          <w:sz w:val="26"/>
          <w:szCs w:val="26"/>
        </w:rPr>
        <w:t>Damage = Magic Base × Multiplier × Best Element × 100 / (100 + Magic DEF)</w:t>
      </w:r>
    </w:p>
    <w:p w14:paraId="7B8CC545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ถ้ายังไม่เปิดจุดอ่อน ระบบใช้ธาตุที่ดีที่สุดอยู่ดี แต่ไม่บันทึกลงสมุดสัตว์</w:t>
      </w:r>
    </w:p>
    <w:p w14:paraId="6278E366" w14:textId="77777777" w:rsidR="00501161" w:rsidRDefault="00C637DA">
      <w:pPr>
        <w:pStyle w:val="Heading3"/>
      </w:pPr>
      <w:r>
        <w:t xml:space="preserve">4.7.6 </w:t>
      </w:r>
      <w:r>
        <w:t>สัตว์อสูร (Beast) — สัตว์หิมพานต์ที่ร่วมทาง (Bruiser / Raw Physical)</w:t>
      </w:r>
    </w:p>
    <w:p w14:paraId="52B8994B" w14:textId="77777777" w:rsidR="00501161" w:rsidRDefault="00C637DA">
      <w:pPr>
        <w:ind w:firstLine="720"/>
      </w:pPr>
      <w:r>
        <w:t>สัตว์อสูรคือสัตว์หิมพานต์ที่ยอมร่วมเดินทางกับคณะ ปลดล็อกหลังผ่านเนื้อเรื่องช่วงหนึ่ง มีพลังกายภาพและ HP สูงที่สุดในเกม แต่ MP น้อยมาก แต่ละตัวมี Bloodline Passive ตามเผ่าพันธุ์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39"/>
        <w:gridCol w:w="7375"/>
      </w:tblGrid>
      <w:tr w:rsidR="00501161" w14:paraId="255FA374" w14:textId="77777777">
        <w:trPr>
          <w:tblHeader/>
          <w:jc w:val="center"/>
        </w:trPr>
        <w:tc>
          <w:tcPr>
            <w:tcW w:w="1639" w:type="dxa"/>
            <w:shd w:val="clear" w:color="auto" w:fill="F2F2F2"/>
          </w:tcPr>
          <w:p w14:paraId="0EDDB8E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375" w:type="dxa"/>
            <w:shd w:val="clear" w:color="auto" w:fill="F2F2F2"/>
          </w:tcPr>
          <w:p w14:paraId="6B0B238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54371E5F" w14:textId="77777777">
        <w:trPr>
          <w:jc w:val="center"/>
        </w:trPr>
        <w:tc>
          <w:tcPr>
            <w:tcW w:w="1639" w:type="dxa"/>
          </w:tcPr>
          <w:p w14:paraId="610E5A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อาวุธ</w:t>
            </w:r>
          </w:p>
        </w:tc>
        <w:tc>
          <w:tcPr>
            <w:tcW w:w="7375" w:type="dxa"/>
          </w:tcPr>
          <w:p w14:paraId="7EBA82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กรงเล็บ เขี้ยว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สวมเครื่องประดับอสูรแทนอาวุธ)</w:t>
            </w:r>
          </w:p>
        </w:tc>
      </w:tr>
      <w:tr w:rsidR="00501161" w14:paraId="02A07795" w14:textId="77777777">
        <w:trPr>
          <w:jc w:val="center"/>
        </w:trPr>
        <w:tc>
          <w:tcPr>
            <w:tcW w:w="1639" w:type="dxa"/>
          </w:tcPr>
          <w:p w14:paraId="619510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ชุด</w:t>
            </w:r>
          </w:p>
        </w:tc>
        <w:tc>
          <w:tcPr>
            <w:tcW w:w="7375" w:type="dxa"/>
          </w:tcPr>
          <w:p w14:paraId="2EB576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เกราะอสูร</w:t>
            </w:r>
          </w:p>
        </w:tc>
      </w:tr>
      <w:tr w:rsidR="00501161" w14:paraId="7A3B5FB1" w14:textId="77777777">
        <w:trPr>
          <w:jc w:val="center"/>
        </w:trPr>
        <w:tc>
          <w:tcPr>
            <w:tcW w:w="1639" w:type="dxa"/>
          </w:tcPr>
          <w:p w14:paraId="611850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Stat </w:t>
            </w:r>
            <w:r>
              <w:rPr>
                <w:sz w:val="28"/>
                <w:szCs w:val="28"/>
              </w:rPr>
              <w:t>หลัก</w:t>
            </w:r>
          </w:p>
        </w:tc>
        <w:tc>
          <w:tcPr>
            <w:tcW w:w="7375" w:type="dxa"/>
          </w:tcPr>
          <w:p w14:paraId="7CE50D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STR, HP</w:t>
            </w:r>
          </w:p>
        </w:tc>
      </w:tr>
      <w:tr w:rsidR="00501161" w14:paraId="192ED5A5" w14:textId="77777777">
        <w:trPr>
          <w:jc w:val="center"/>
        </w:trPr>
        <w:tc>
          <w:tcPr>
            <w:tcW w:w="1639" w:type="dxa"/>
          </w:tcPr>
          <w:p w14:paraId="52D2EF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ปลดล็อก</w:t>
            </w:r>
          </w:p>
        </w:tc>
        <w:tc>
          <w:tcPr>
            <w:tcW w:w="7375" w:type="dxa"/>
          </w:tcPr>
          <w:p w14:paraId="014398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Story Progress</w:t>
            </w:r>
          </w:p>
        </w:tc>
      </w:tr>
    </w:tbl>
    <w:p w14:paraId="34C6D743" w14:textId="77777777" w:rsidR="00501161" w:rsidRDefault="00501161">
      <w:pPr>
        <w:spacing w:after="40"/>
      </w:pPr>
    </w:p>
    <w:p w14:paraId="4B3CECC9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สัตว์อสูรปลดล็อกช้าเพื่อเป็นรางวัลกลางเกม และเปลี่ยนวิธีจัดทีมหลังผู้เล่นชินกับ 5 อาชีพแรก MP ที่น้อยมากทำให้ใช้สกิลได้ไม่กี่ครั้งต่อการเข้าป่า ต้องพึ่ง</w:t>
      </w:r>
      <w:r>
        <w:t>การโจมตีปกติและพาสซีฟ กันไม่ให้สัตว์อสูรแรงทุกเทิร์นจนอาชีพอื่นหมดความหมาย</w:t>
      </w:r>
    </w:p>
    <w:p w14:paraId="7B54A921" w14:textId="77777777" w:rsidR="00501161" w:rsidRDefault="00C637DA">
      <w:pPr>
        <w:ind w:firstLine="720"/>
      </w:pPr>
      <w:r>
        <w:rPr>
          <w:b/>
          <w:bCs/>
        </w:rPr>
        <w:lastRenderedPageBreak/>
        <w:t xml:space="preserve">1. </w:t>
      </w:r>
      <w:r>
        <w:rPr>
          <w:b/>
          <w:bCs/>
        </w:rPr>
        <w:t>ตะปบเล็บเพชร (Diamond Claw)</w:t>
      </w:r>
      <w:r>
        <w:t xml:space="preserve"> — Active · Tier 1 · </w:t>
      </w:r>
      <w:r>
        <w:t>เป้าหมาย: ศัตรู 1 ตัว · Prerequisite: -</w:t>
      </w:r>
    </w:p>
    <w:p w14:paraId="79E951DE" w14:textId="77777777" w:rsidR="00501161" w:rsidRDefault="00C637DA">
      <w:pPr>
        <w:ind w:firstLine="720"/>
      </w:pPr>
      <w:r>
        <w:t>ตะปบด้วยกรงเล็บแข็งดังเพชร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6"/>
        <w:gridCol w:w="4142"/>
        <w:gridCol w:w="2436"/>
      </w:tblGrid>
      <w:tr w:rsidR="00501161" w14:paraId="3833E365" w14:textId="77777777">
        <w:trPr>
          <w:tblHeader/>
          <w:jc w:val="center"/>
        </w:trPr>
        <w:tc>
          <w:tcPr>
            <w:tcW w:w="2436" w:type="dxa"/>
            <w:shd w:val="clear" w:color="auto" w:fill="F2F2F2"/>
          </w:tcPr>
          <w:p w14:paraId="06F6ADA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4142" w:type="dxa"/>
            <w:shd w:val="clear" w:color="auto" w:fill="F2F2F2"/>
          </w:tcPr>
          <w:p w14:paraId="4070D12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Multiplier</w:t>
            </w:r>
          </w:p>
        </w:tc>
        <w:tc>
          <w:tcPr>
            <w:tcW w:w="2436" w:type="dxa"/>
            <w:shd w:val="clear" w:color="auto" w:fill="F2F2F2"/>
          </w:tcPr>
          <w:p w14:paraId="4315D90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3B5F6BF" w14:textId="77777777">
        <w:trPr>
          <w:jc w:val="center"/>
        </w:trPr>
        <w:tc>
          <w:tcPr>
            <w:tcW w:w="2436" w:type="dxa"/>
          </w:tcPr>
          <w:p w14:paraId="39A76B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2" w:type="dxa"/>
          </w:tcPr>
          <w:p w14:paraId="66C8E8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130%</w:t>
            </w:r>
          </w:p>
        </w:tc>
        <w:tc>
          <w:tcPr>
            <w:tcW w:w="2436" w:type="dxa"/>
          </w:tcPr>
          <w:p w14:paraId="4489C0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4187A519" w14:textId="77777777">
        <w:trPr>
          <w:jc w:val="center"/>
        </w:trPr>
        <w:tc>
          <w:tcPr>
            <w:tcW w:w="2436" w:type="dxa"/>
          </w:tcPr>
          <w:p w14:paraId="26C7F6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2" w:type="dxa"/>
          </w:tcPr>
          <w:p w14:paraId="6052C7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141%</w:t>
            </w:r>
          </w:p>
        </w:tc>
        <w:tc>
          <w:tcPr>
            <w:tcW w:w="2436" w:type="dxa"/>
          </w:tcPr>
          <w:p w14:paraId="62B47F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0B871BCB" w14:textId="77777777">
        <w:trPr>
          <w:jc w:val="center"/>
        </w:trPr>
        <w:tc>
          <w:tcPr>
            <w:tcW w:w="2436" w:type="dxa"/>
          </w:tcPr>
          <w:p w14:paraId="0BD589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2" w:type="dxa"/>
          </w:tcPr>
          <w:p w14:paraId="1A04D5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152%</w:t>
            </w:r>
          </w:p>
        </w:tc>
        <w:tc>
          <w:tcPr>
            <w:tcW w:w="2436" w:type="dxa"/>
          </w:tcPr>
          <w:p w14:paraId="46782D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6C96974D" w14:textId="77777777">
        <w:trPr>
          <w:jc w:val="center"/>
        </w:trPr>
        <w:tc>
          <w:tcPr>
            <w:tcW w:w="2436" w:type="dxa"/>
          </w:tcPr>
          <w:p w14:paraId="5941F8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42" w:type="dxa"/>
          </w:tcPr>
          <w:p w14:paraId="52F220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163%</w:t>
            </w:r>
          </w:p>
        </w:tc>
        <w:tc>
          <w:tcPr>
            <w:tcW w:w="2436" w:type="dxa"/>
          </w:tcPr>
          <w:p w14:paraId="2DC7FF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19FE8D3E" w14:textId="77777777">
        <w:trPr>
          <w:jc w:val="center"/>
        </w:trPr>
        <w:tc>
          <w:tcPr>
            <w:tcW w:w="2436" w:type="dxa"/>
          </w:tcPr>
          <w:p w14:paraId="683759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42" w:type="dxa"/>
          </w:tcPr>
          <w:p w14:paraId="2E6835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174%</w:t>
            </w:r>
          </w:p>
        </w:tc>
        <w:tc>
          <w:tcPr>
            <w:tcW w:w="2436" w:type="dxa"/>
          </w:tcPr>
          <w:p w14:paraId="6EDC71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2EC44687" w14:textId="77777777">
        <w:trPr>
          <w:jc w:val="center"/>
        </w:trPr>
        <w:tc>
          <w:tcPr>
            <w:tcW w:w="2436" w:type="dxa"/>
          </w:tcPr>
          <w:p w14:paraId="557D3F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42" w:type="dxa"/>
          </w:tcPr>
          <w:p w14:paraId="4106FD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186%</w:t>
            </w:r>
          </w:p>
        </w:tc>
        <w:tc>
          <w:tcPr>
            <w:tcW w:w="2436" w:type="dxa"/>
          </w:tcPr>
          <w:p w14:paraId="44348A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1A686556" w14:textId="77777777">
        <w:trPr>
          <w:jc w:val="center"/>
        </w:trPr>
        <w:tc>
          <w:tcPr>
            <w:tcW w:w="2436" w:type="dxa"/>
          </w:tcPr>
          <w:p w14:paraId="3AD27B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42" w:type="dxa"/>
          </w:tcPr>
          <w:p w14:paraId="37CEB6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197%</w:t>
            </w:r>
          </w:p>
        </w:tc>
        <w:tc>
          <w:tcPr>
            <w:tcW w:w="2436" w:type="dxa"/>
          </w:tcPr>
          <w:p w14:paraId="104DF9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5E59C1C9" w14:textId="77777777">
        <w:trPr>
          <w:jc w:val="center"/>
        </w:trPr>
        <w:tc>
          <w:tcPr>
            <w:tcW w:w="2436" w:type="dxa"/>
          </w:tcPr>
          <w:p w14:paraId="320447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42" w:type="dxa"/>
          </w:tcPr>
          <w:p w14:paraId="693A6F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208%</w:t>
            </w:r>
          </w:p>
        </w:tc>
        <w:tc>
          <w:tcPr>
            <w:tcW w:w="2436" w:type="dxa"/>
          </w:tcPr>
          <w:p w14:paraId="01DEE0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42BD7A16" w14:textId="77777777">
        <w:trPr>
          <w:jc w:val="center"/>
        </w:trPr>
        <w:tc>
          <w:tcPr>
            <w:tcW w:w="2436" w:type="dxa"/>
          </w:tcPr>
          <w:p w14:paraId="346C35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42" w:type="dxa"/>
          </w:tcPr>
          <w:p w14:paraId="36410B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219%</w:t>
            </w:r>
          </w:p>
        </w:tc>
        <w:tc>
          <w:tcPr>
            <w:tcW w:w="2436" w:type="dxa"/>
          </w:tcPr>
          <w:p w14:paraId="786481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5853F5EE" w14:textId="77777777">
        <w:trPr>
          <w:jc w:val="center"/>
        </w:trPr>
        <w:tc>
          <w:tcPr>
            <w:tcW w:w="2436" w:type="dxa"/>
          </w:tcPr>
          <w:p w14:paraId="7A0181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42" w:type="dxa"/>
          </w:tcPr>
          <w:p w14:paraId="26E026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230%</w:t>
            </w:r>
          </w:p>
        </w:tc>
        <w:tc>
          <w:tcPr>
            <w:tcW w:w="2436" w:type="dxa"/>
          </w:tcPr>
          <w:p w14:paraId="003A51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</w:tbl>
    <w:p w14:paraId="280E920B" w14:textId="77777777" w:rsidR="00501161" w:rsidRDefault="00501161">
      <w:pPr>
        <w:spacing w:after="40"/>
      </w:pPr>
    </w:p>
    <w:p w14:paraId="5205650B" w14:textId="77777777" w:rsidR="00501161" w:rsidRDefault="00C637DA">
      <w:r>
        <w:rPr>
          <w:color w:val="555555"/>
          <w:sz w:val="26"/>
          <w:szCs w:val="26"/>
        </w:rPr>
        <w:t>สูตร: Damage = Physical Base × Multiplier × 100 / (100 + DEF)</w:t>
      </w:r>
    </w:p>
    <w:p w14:paraId="340247EA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Physical Base </w:t>
      </w:r>
      <w:r>
        <w:t>ของสัตว์อสูรใช้ ATK ของเครื่องประดับอสูร</w:t>
      </w:r>
    </w:p>
    <w:p w14:paraId="568DAB95" w14:textId="77777777" w:rsidR="00501161" w:rsidRDefault="00C637DA">
      <w:pPr>
        <w:ind w:firstLine="720"/>
      </w:pPr>
      <w:r>
        <w:rPr>
          <w:b/>
          <w:bCs/>
        </w:rPr>
        <w:t xml:space="preserve">2. </w:t>
      </w:r>
      <w:r>
        <w:rPr>
          <w:b/>
          <w:bCs/>
        </w:rPr>
        <w:t>หนังเหนียวอสูร (Demon Hide)</w:t>
      </w:r>
      <w:r>
        <w:t xml:space="preserve"> — Passive · Tier 1 · </w:t>
      </w:r>
      <w:r>
        <w:t>เป้าหมาย: - · Prerequisite: -</w:t>
      </w:r>
    </w:p>
    <w:p w14:paraId="13FC4939" w14:textId="77777777" w:rsidR="00501161" w:rsidRDefault="00C637DA">
      <w:pPr>
        <w:ind w:firstLine="720"/>
      </w:pPr>
      <w:r>
        <w:t>หนังหนาตามธรรมชาติ เพิ่ม DEF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501161" w14:paraId="03DCDCB9" w14:textId="77777777">
        <w:trPr>
          <w:tblHeader/>
          <w:jc w:val="center"/>
        </w:trPr>
        <w:tc>
          <w:tcPr>
            <w:tcW w:w="3005" w:type="dxa"/>
            <w:shd w:val="clear" w:color="auto" w:fill="F2F2F2"/>
          </w:tcPr>
          <w:p w14:paraId="5091DE3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005" w:type="dxa"/>
            <w:shd w:val="clear" w:color="auto" w:fill="F2F2F2"/>
          </w:tcPr>
          <w:p w14:paraId="0707651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DEF Bonus</w:t>
            </w:r>
          </w:p>
        </w:tc>
        <w:tc>
          <w:tcPr>
            <w:tcW w:w="3005" w:type="dxa"/>
            <w:shd w:val="clear" w:color="auto" w:fill="F2F2F2"/>
          </w:tcPr>
          <w:p w14:paraId="41BCD24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68BB8A80" w14:textId="77777777">
        <w:trPr>
          <w:jc w:val="center"/>
        </w:trPr>
        <w:tc>
          <w:tcPr>
            <w:tcW w:w="3005" w:type="dxa"/>
          </w:tcPr>
          <w:p w14:paraId="4B0C45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05" w:type="dxa"/>
          </w:tcPr>
          <w:p w14:paraId="30CA84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+5%</w:t>
            </w:r>
          </w:p>
        </w:tc>
        <w:tc>
          <w:tcPr>
            <w:tcW w:w="3005" w:type="dxa"/>
          </w:tcPr>
          <w:p w14:paraId="64533F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EF8618C" w14:textId="77777777">
        <w:trPr>
          <w:jc w:val="center"/>
        </w:trPr>
        <w:tc>
          <w:tcPr>
            <w:tcW w:w="3005" w:type="dxa"/>
          </w:tcPr>
          <w:p w14:paraId="7DBD39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5" w:type="dxa"/>
          </w:tcPr>
          <w:p w14:paraId="5F66E2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+9%</w:t>
            </w:r>
          </w:p>
        </w:tc>
        <w:tc>
          <w:tcPr>
            <w:tcW w:w="3005" w:type="dxa"/>
          </w:tcPr>
          <w:p w14:paraId="090279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537EF61" w14:textId="77777777">
        <w:trPr>
          <w:jc w:val="center"/>
        </w:trPr>
        <w:tc>
          <w:tcPr>
            <w:tcW w:w="3005" w:type="dxa"/>
          </w:tcPr>
          <w:p w14:paraId="59C31E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05" w:type="dxa"/>
          </w:tcPr>
          <w:p w14:paraId="2D7EFB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+14%</w:t>
            </w:r>
          </w:p>
        </w:tc>
        <w:tc>
          <w:tcPr>
            <w:tcW w:w="3005" w:type="dxa"/>
          </w:tcPr>
          <w:p w14:paraId="7B7792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927071D" w14:textId="77777777">
        <w:trPr>
          <w:jc w:val="center"/>
        </w:trPr>
        <w:tc>
          <w:tcPr>
            <w:tcW w:w="3005" w:type="dxa"/>
          </w:tcPr>
          <w:p w14:paraId="3DE729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05" w:type="dxa"/>
          </w:tcPr>
          <w:p w14:paraId="682405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3005" w:type="dxa"/>
          </w:tcPr>
          <w:p w14:paraId="48E7A1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556042B" w14:textId="77777777">
        <w:trPr>
          <w:jc w:val="center"/>
        </w:trPr>
        <w:tc>
          <w:tcPr>
            <w:tcW w:w="3005" w:type="dxa"/>
          </w:tcPr>
          <w:p w14:paraId="6948CD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05" w:type="dxa"/>
          </w:tcPr>
          <w:p w14:paraId="2902C1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+23%</w:t>
            </w:r>
          </w:p>
        </w:tc>
        <w:tc>
          <w:tcPr>
            <w:tcW w:w="3005" w:type="dxa"/>
          </w:tcPr>
          <w:p w14:paraId="69CD55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FA6FDFA" w14:textId="77777777">
        <w:trPr>
          <w:jc w:val="center"/>
        </w:trPr>
        <w:tc>
          <w:tcPr>
            <w:tcW w:w="3005" w:type="dxa"/>
          </w:tcPr>
          <w:p w14:paraId="4FEA91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05" w:type="dxa"/>
          </w:tcPr>
          <w:p w14:paraId="74EF12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+27%</w:t>
            </w:r>
          </w:p>
        </w:tc>
        <w:tc>
          <w:tcPr>
            <w:tcW w:w="3005" w:type="dxa"/>
          </w:tcPr>
          <w:p w14:paraId="1293EA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D5DF681" w14:textId="77777777">
        <w:trPr>
          <w:jc w:val="center"/>
        </w:trPr>
        <w:tc>
          <w:tcPr>
            <w:tcW w:w="3005" w:type="dxa"/>
          </w:tcPr>
          <w:p w14:paraId="546A2E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05" w:type="dxa"/>
          </w:tcPr>
          <w:p w14:paraId="08920C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+32%</w:t>
            </w:r>
          </w:p>
        </w:tc>
        <w:tc>
          <w:tcPr>
            <w:tcW w:w="3005" w:type="dxa"/>
          </w:tcPr>
          <w:p w14:paraId="66029D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0111D6B" w14:textId="77777777">
        <w:trPr>
          <w:jc w:val="center"/>
        </w:trPr>
        <w:tc>
          <w:tcPr>
            <w:tcW w:w="3005" w:type="dxa"/>
          </w:tcPr>
          <w:p w14:paraId="68C664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005" w:type="dxa"/>
          </w:tcPr>
          <w:p w14:paraId="1DFD8D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+36%</w:t>
            </w:r>
          </w:p>
        </w:tc>
        <w:tc>
          <w:tcPr>
            <w:tcW w:w="3005" w:type="dxa"/>
          </w:tcPr>
          <w:p w14:paraId="231823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211A88F" w14:textId="77777777">
        <w:trPr>
          <w:jc w:val="center"/>
        </w:trPr>
        <w:tc>
          <w:tcPr>
            <w:tcW w:w="3005" w:type="dxa"/>
          </w:tcPr>
          <w:p w14:paraId="5BA277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05" w:type="dxa"/>
          </w:tcPr>
          <w:p w14:paraId="02BD03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+41%</w:t>
            </w:r>
          </w:p>
        </w:tc>
        <w:tc>
          <w:tcPr>
            <w:tcW w:w="3005" w:type="dxa"/>
          </w:tcPr>
          <w:p w14:paraId="2838B2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F6CDB49" w14:textId="77777777">
        <w:trPr>
          <w:jc w:val="center"/>
        </w:trPr>
        <w:tc>
          <w:tcPr>
            <w:tcW w:w="3005" w:type="dxa"/>
          </w:tcPr>
          <w:p w14:paraId="1A7C38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005" w:type="dxa"/>
          </w:tcPr>
          <w:p w14:paraId="2A8CF2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+45%</w:t>
            </w:r>
          </w:p>
        </w:tc>
        <w:tc>
          <w:tcPr>
            <w:tcW w:w="3005" w:type="dxa"/>
          </w:tcPr>
          <w:p w14:paraId="7C3C46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7E253D7B" w14:textId="77777777" w:rsidR="00501161" w:rsidRDefault="00501161">
      <w:pPr>
        <w:spacing w:after="40"/>
      </w:pPr>
    </w:p>
    <w:p w14:paraId="75B4A033" w14:textId="77777777" w:rsidR="00501161" w:rsidRDefault="00C637DA">
      <w:r>
        <w:rPr>
          <w:color w:val="555555"/>
          <w:sz w:val="26"/>
          <w:szCs w:val="26"/>
        </w:rPr>
        <w:t>สูตร: DEF × (1 + Bonus)</w:t>
      </w:r>
    </w:p>
    <w:p w14:paraId="2D72C2EF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ให้สัตว์อสูรยืนรับดาเมจได้แม้ไม่มีโล่</w:t>
      </w:r>
    </w:p>
    <w:p w14:paraId="26AD0EC9" w14:textId="77777777" w:rsidR="00501161" w:rsidRDefault="00C637DA">
      <w:pPr>
        <w:ind w:firstLine="720"/>
      </w:pPr>
      <w:r>
        <w:rPr>
          <w:b/>
          <w:bCs/>
        </w:rPr>
        <w:lastRenderedPageBreak/>
        <w:t xml:space="preserve">3. </w:t>
      </w:r>
      <w:r>
        <w:rPr>
          <w:b/>
          <w:bCs/>
        </w:rPr>
        <w:t>บันลือสีหนาท (Lion's Roar)</w:t>
      </w:r>
      <w:r>
        <w:t xml:space="preserve"> — Active · Tier 1 · </w:t>
      </w:r>
      <w:r>
        <w:t>เป้าหมาย: ศัตรูทั้งหมด · Prerequisite: -</w:t>
      </w:r>
    </w:p>
    <w:p w14:paraId="581D0531" w14:textId="77777777" w:rsidR="00501161" w:rsidRDefault="00C637DA">
      <w:pPr>
        <w:ind w:firstLine="720"/>
      </w:pPr>
      <w:r>
        <w:t>บันลือเสียงคำรามดังราชสีห์ ลด ATK ศัตรูทุกตัว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01161" w14:paraId="412C8FBF" w14:textId="77777777">
        <w:trPr>
          <w:tblHeader/>
          <w:jc w:val="center"/>
        </w:trPr>
        <w:tc>
          <w:tcPr>
            <w:tcW w:w="2254" w:type="dxa"/>
            <w:shd w:val="clear" w:color="auto" w:fill="F2F2F2"/>
          </w:tcPr>
          <w:p w14:paraId="6C5D104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254" w:type="dxa"/>
            <w:shd w:val="clear" w:color="auto" w:fill="F2F2F2"/>
          </w:tcPr>
          <w:p w14:paraId="494647B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ATK Down</w:t>
            </w:r>
          </w:p>
        </w:tc>
        <w:tc>
          <w:tcPr>
            <w:tcW w:w="2254" w:type="dxa"/>
            <w:shd w:val="clear" w:color="auto" w:fill="F2F2F2"/>
          </w:tcPr>
          <w:p w14:paraId="2839FBB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2254" w:type="dxa"/>
            <w:shd w:val="clear" w:color="auto" w:fill="F2F2F2"/>
          </w:tcPr>
          <w:p w14:paraId="537B6DB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6B695D47" w14:textId="77777777">
        <w:trPr>
          <w:jc w:val="center"/>
        </w:trPr>
        <w:tc>
          <w:tcPr>
            <w:tcW w:w="2254" w:type="dxa"/>
          </w:tcPr>
          <w:p w14:paraId="659367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54" w:type="dxa"/>
          </w:tcPr>
          <w:p w14:paraId="630226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-8%</w:t>
            </w:r>
          </w:p>
        </w:tc>
        <w:tc>
          <w:tcPr>
            <w:tcW w:w="2254" w:type="dxa"/>
          </w:tcPr>
          <w:p w14:paraId="6486F0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27D32C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4B048CE4" w14:textId="77777777">
        <w:trPr>
          <w:jc w:val="center"/>
        </w:trPr>
        <w:tc>
          <w:tcPr>
            <w:tcW w:w="2254" w:type="dxa"/>
          </w:tcPr>
          <w:p w14:paraId="442C53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14:paraId="738170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-11%</w:t>
            </w:r>
          </w:p>
        </w:tc>
        <w:tc>
          <w:tcPr>
            <w:tcW w:w="2254" w:type="dxa"/>
          </w:tcPr>
          <w:p w14:paraId="47D3F9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2A1A38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6CE797C0" w14:textId="77777777">
        <w:trPr>
          <w:jc w:val="center"/>
        </w:trPr>
        <w:tc>
          <w:tcPr>
            <w:tcW w:w="2254" w:type="dxa"/>
          </w:tcPr>
          <w:p w14:paraId="089DE4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54" w:type="dxa"/>
          </w:tcPr>
          <w:p w14:paraId="2C508B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-14%</w:t>
            </w:r>
          </w:p>
        </w:tc>
        <w:tc>
          <w:tcPr>
            <w:tcW w:w="2254" w:type="dxa"/>
          </w:tcPr>
          <w:p w14:paraId="28FDE0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2EA0E1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5C217FF1" w14:textId="77777777">
        <w:trPr>
          <w:jc w:val="center"/>
        </w:trPr>
        <w:tc>
          <w:tcPr>
            <w:tcW w:w="2254" w:type="dxa"/>
          </w:tcPr>
          <w:p w14:paraId="0BB598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54" w:type="dxa"/>
          </w:tcPr>
          <w:p w14:paraId="50AD70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-17%</w:t>
            </w:r>
          </w:p>
        </w:tc>
        <w:tc>
          <w:tcPr>
            <w:tcW w:w="2254" w:type="dxa"/>
          </w:tcPr>
          <w:p w14:paraId="28C826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217D39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268D230C" w14:textId="77777777">
        <w:trPr>
          <w:jc w:val="center"/>
        </w:trPr>
        <w:tc>
          <w:tcPr>
            <w:tcW w:w="2254" w:type="dxa"/>
          </w:tcPr>
          <w:p w14:paraId="0C3624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54" w:type="dxa"/>
          </w:tcPr>
          <w:p w14:paraId="141AAE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-20%</w:t>
            </w:r>
          </w:p>
        </w:tc>
        <w:tc>
          <w:tcPr>
            <w:tcW w:w="2254" w:type="dxa"/>
          </w:tcPr>
          <w:p w14:paraId="5EB5B2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7B9F3A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7976DDA0" w14:textId="77777777">
        <w:trPr>
          <w:jc w:val="center"/>
        </w:trPr>
        <w:tc>
          <w:tcPr>
            <w:tcW w:w="2254" w:type="dxa"/>
          </w:tcPr>
          <w:p w14:paraId="0F8653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54" w:type="dxa"/>
          </w:tcPr>
          <w:p w14:paraId="2F36D0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-23%</w:t>
            </w:r>
          </w:p>
        </w:tc>
        <w:tc>
          <w:tcPr>
            <w:tcW w:w="2254" w:type="dxa"/>
          </w:tcPr>
          <w:p w14:paraId="64E0C7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1E4C8A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55CA0FF8" w14:textId="77777777">
        <w:trPr>
          <w:jc w:val="center"/>
        </w:trPr>
        <w:tc>
          <w:tcPr>
            <w:tcW w:w="2254" w:type="dxa"/>
          </w:tcPr>
          <w:p w14:paraId="602131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54" w:type="dxa"/>
          </w:tcPr>
          <w:p w14:paraId="74777D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-26%</w:t>
            </w:r>
          </w:p>
        </w:tc>
        <w:tc>
          <w:tcPr>
            <w:tcW w:w="2254" w:type="dxa"/>
          </w:tcPr>
          <w:p w14:paraId="272925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708FC0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779AC2A9" w14:textId="77777777">
        <w:trPr>
          <w:jc w:val="center"/>
        </w:trPr>
        <w:tc>
          <w:tcPr>
            <w:tcW w:w="2254" w:type="dxa"/>
          </w:tcPr>
          <w:p w14:paraId="43D38B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54" w:type="dxa"/>
          </w:tcPr>
          <w:p w14:paraId="259FDC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-29%</w:t>
            </w:r>
          </w:p>
        </w:tc>
        <w:tc>
          <w:tcPr>
            <w:tcW w:w="2254" w:type="dxa"/>
          </w:tcPr>
          <w:p w14:paraId="00E68B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277CBE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45920DE8" w14:textId="77777777">
        <w:trPr>
          <w:jc w:val="center"/>
        </w:trPr>
        <w:tc>
          <w:tcPr>
            <w:tcW w:w="2254" w:type="dxa"/>
          </w:tcPr>
          <w:p w14:paraId="072AC1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4" w:type="dxa"/>
          </w:tcPr>
          <w:p w14:paraId="0E5F3C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-32%</w:t>
            </w:r>
          </w:p>
        </w:tc>
        <w:tc>
          <w:tcPr>
            <w:tcW w:w="2254" w:type="dxa"/>
          </w:tcPr>
          <w:p w14:paraId="769D0C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020645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7280C082" w14:textId="77777777">
        <w:trPr>
          <w:jc w:val="center"/>
        </w:trPr>
        <w:tc>
          <w:tcPr>
            <w:tcW w:w="2254" w:type="dxa"/>
          </w:tcPr>
          <w:p w14:paraId="0F2C4F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54" w:type="dxa"/>
          </w:tcPr>
          <w:p w14:paraId="31E956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-35%</w:t>
            </w:r>
          </w:p>
        </w:tc>
        <w:tc>
          <w:tcPr>
            <w:tcW w:w="2254" w:type="dxa"/>
          </w:tcPr>
          <w:p w14:paraId="5FA8E0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6CCC3E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</w:tbl>
    <w:p w14:paraId="506635E2" w14:textId="77777777" w:rsidR="00501161" w:rsidRDefault="00501161">
      <w:pPr>
        <w:spacing w:after="40"/>
      </w:pPr>
    </w:p>
    <w:p w14:paraId="7C2E0646" w14:textId="77777777" w:rsidR="00501161" w:rsidRDefault="00C637DA">
      <w:r>
        <w:rPr>
          <w:color w:val="555555"/>
          <w:sz w:val="26"/>
          <w:szCs w:val="26"/>
        </w:rPr>
        <w:t>สูตร: Enemy ATK × (1 − Down)</w:t>
      </w:r>
    </w:p>
    <w:p w14:paraId="0CB3B035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ดีบัฟกลุ่มตัวเดียวของสัตว์อสูร</w:t>
      </w:r>
    </w:p>
    <w:p w14:paraId="647B8FA2" w14:textId="77777777" w:rsidR="00501161" w:rsidRDefault="00C637DA">
      <w:pPr>
        <w:ind w:firstLine="720"/>
      </w:pPr>
      <w:r>
        <w:rPr>
          <w:b/>
          <w:bCs/>
        </w:rPr>
        <w:t xml:space="preserve">4. </w:t>
      </w:r>
      <w:r>
        <w:rPr>
          <w:b/>
          <w:bCs/>
        </w:rPr>
        <w:t xml:space="preserve">กายาอสูร (Demon </w:t>
      </w:r>
      <w:r>
        <w:rPr>
          <w:b/>
          <w:bCs/>
        </w:rPr>
        <w:t>Physique)</w:t>
      </w:r>
      <w:r>
        <w:t xml:space="preserve"> — Passive · Tier 1 · </w:t>
      </w:r>
      <w:r>
        <w:t>เป้าหมาย: - · Prerequisite: -</w:t>
      </w:r>
    </w:p>
    <w:p w14:paraId="73422466" w14:textId="77777777" w:rsidR="00501161" w:rsidRDefault="00C637DA">
      <w:pPr>
        <w:ind w:firstLine="720"/>
      </w:pPr>
      <w:r>
        <w:t>ร่างกายอสูร เพิ่ม Max HP (Stat Boost แบบ Etrian Odyssey)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17"/>
        <w:gridCol w:w="3380"/>
        <w:gridCol w:w="2817"/>
      </w:tblGrid>
      <w:tr w:rsidR="00501161" w14:paraId="6A349E60" w14:textId="77777777">
        <w:trPr>
          <w:tblHeader/>
          <w:jc w:val="center"/>
        </w:trPr>
        <w:tc>
          <w:tcPr>
            <w:tcW w:w="2817" w:type="dxa"/>
            <w:shd w:val="clear" w:color="auto" w:fill="F2F2F2"/>
          </w:tcPr>
          <w:p w14:paraId="4B7B422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380" w:type="dxa"/>
            <w:shd w:val="clear" w:color="auto" w:fill="F2F2F2"/>
          </w:tcPr>
          <w:p w14:paraId="52A4ED8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Max HP Bonus</w:t>
            </w:r>
          </w:p>
        </w:tc>
        <w:tc>
          <w:tcPr>
            <w:tcW w:w="2817" w:type="dxa"/>
            <w:shd w:val="clear" w:color="auto" w:fill="F2F2F2"/>
          </w:tcPr>
          <w:p w14:paraId="1C39A32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26C34BAF" w14:textId="77777777">
        <w:trPr>
          <w:jc w:val="center"/>
        </w:trPr>
        <w:tc>
          <w:tcPr>
            <w:tcW w:w="2817" w:type="dxa"/>
          </w:tcPr>
          <w:p w14:paraId="7FACC4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80" w:type="dxa"/>
          </w:tcPr>
          <w:p w14:paraId="21EFFE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+3%</w:t>
            </w:r>
          </w:p>
        </w:tc>
        <w:tc>
          <w:tcPr>
            <w:tcW w:w="2817" w:type="dxa"/>
          </w:tcPr>
          <w:p w14:paraId="0EFD4E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C9532F4" w14:textId="77777777">
        <w:trPr>
          <w:jc w:val="center"/>
        </w:trPr>
        <w:tc>
          <w:tcPr>
            <w:tcW w:w="2817" w:type="dxa"/>
          </w:tcPr>
          <w:p w14:paraId="2D3B3E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80" w:type="dxa"/>
          </w:tcPr>
          <w:p w14:paraId="54EA1F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+6%</w:t>
            </w:r>
          </w:p>
        </w:tc>
        <w:tc>
          <w:tcPr>
            <w:tcW w:w="2817" w:type="dxa"/>
          </w:tcPr>
          <w:p w14:paraId="34D2F8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1510618" w14:textId="77777777">
        <w:trPr>
          <w:jc w:val="center"/>
        </w:trPr>
        <w:tc>
          <w:tcPr>
            <w:tcW w:w="2817" w:type="dxa"/>
          </w:tcPr>
          <w:p w14:paraId="22D081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80" w:type="dxa"/>
          </w:tcPr>
          <w:p w14:paraId="33FD25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+9%</w:t>
            </w:r>
          </w:p>
        </w:tc>
        <w:tc>
          <w:tcPr>
            <w:tcW w:w="2817" w:type="dxa"/>
          </w:tcPr>
          <w:p w14:paraId="11930C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3B1642E" w14:textId="77777777">
        <w:trPr>
          <w:jc w:val="center"/>
        </w:trPr>
        <w:tc>
          <w:tcPr>
            <w:tcW w:w="2817" w:type="dxa"/>
          </w:tcPr>
          <w:p w14:paraId="2C63A5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80" w:type="dxa"/>
          </w:tcPr>
          <w:p w14:paraId="05D6D6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+12%</w:t>
            </w:r>
          </w:p>
        </w:tc>
        <w:tc>
          <w:tcPr>
            <w:tcW w:w="2817" w:type="dxa"/>
          </w:tcPr>
          <w:p w14:paraId="1DFC50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99BB2AB" w14:textId="77777777">
        <w:trPr>
          <w:jc w:val="center"/>
        </w:trPr>
        <w:tc>
          <w:tcPr>
            <w:tcW w:w="2817" w:type="dxa"/>
          </w:tcPr>
          <w:p w14:paraId="775D21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380" w:type="dxa"/>
          </w:tcPr>
          <w:p w14:paraId="4ADC63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+15%</w:t>
            </w:r>
          </w:p>
        </w:tc>
        <w:tc>
          <w:tcPr>
            <w:tcW w:w="2817" w:type="dxa"/>
          </w:tcPr>
          <w:p w14:paraId="03D2D0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08651A8" w14:textId="77777777">
        <w:trPr>
          <w:jc w:val="center"/>
        </w:trPr>
        <w:tc>
          <w:tcPr>
            <w:tcW w:w="2817" w:type="dxa"/>
          </w:tcPr>
          <w:p w14:paraId="75222A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80" w:type="dxa"/>
          </w:tcPr>
          <w:p w14:paraId="3ACD1A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2817" w:type="dxa"/>
          </w:tcPr>
          <w:p w14:paraId="697AA1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358D5AA" w14:textId="77777777">
        <w:trPr>
          <w:jc w:val="center"/>
        </w:trPr>
        <w:tc>
          <w:tcPr>
            <w:tcW w:w="2817" w:type="dxa"/>
          </w:tcPr>
          <w:p w14:paraId="5BF75B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380" w:type="dxa"/>
          </w:tcPr>
          <w:p w14:paraId="3B876D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+21%</w:t>
            </w:r>
          </w:p>
        </w:tc>
        <w:tc>
          <w:tcPr>
            <w:tcW w:w="2817" w:type="dxa"/>
          </w:tcPr>
          <w:p w14:paraId="5579F9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EC6FE75" w14:textId="77777777">
        <w:trPr>
          <w:jc w:val="center"/>
        </w:trPr>
        <w:tc>
          <w:tcPr>
            <w:tcW w:w="2817" w:type="dxa"/>
          </w:tcPr>
          <w:p w14:paraId="4209BB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380" w:type="dxa"/>
          </w:tcPr>
          <w:p w14:paraId="0A7BD6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+24%</w:t>
            </w:r>
          </w:p>
        </w:tc>
        <w:tc>
          <w:tcPr>
            <w:tcW w:w="2817" w:type="dxa"/>
          </w:tcPr>
          <w:p w14:paraId="4BE3D7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B3DD150" w14:textId="77777777">
        <w:trPr>
          <w:jc w:val="center"/>
        </w:trPr>
        <w:tc>
          <w:tcPr>
            <w:tcW w:w="2817" w:type="dxa"/>
          </w:tcPr>
          <w:p w14:paraId="331CC0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380" w:type="dxa"/>
          </w:tcPr>
          <w:p w14:paraId="711C1F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+27%</w:t>
            </w:r>
          </w:p>
        </w:tc>
        <w:tc>
          <w:tcPr>
            <w:tcW w:w="2817" w:type="dxa"/>
          </w:tcPr>
          <w:p w14:paraId="5EF36A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84819B6" w14:textId="77777777">
        <w:trPr>
          <w:jc w:val="center"/>
        </w:trPr>
        <w:tc>
          <w:tcPr>
            <w:tcW w:w="2817" w:type="dxa"/>
          </w:tcPr>
          <w:p w14:paraId="4D93B9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380" w:type="dxa"/>
          </w:tcPr>
          <w:p w14:paraId="372E79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+30%</w:t>
            </w:r>
          </w:p>
        </w:tc>
        <w:tc>
          <w:tcPr>
            <w:tcW w:w="2817" w:type="dxa"/>
          </w:tcPr>
          <w:p w14:paraId="0CF1EE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410F32C9" w14:textId="77777777" w:rsidR="00501161" w:rsidRDefault="00501161">
      <w:pPr>
        <w:spacing w:after="40"/>
      </w:pPr>
    </w:p>
    <w:p w14:paraId="7F1C106C" w14:textId="77777777" w:rsidR="00501161" w:rsidRDefault="00C637DA">
      <w:r>
        <w:rPr>
          <w:color w:val="555555"/>
          <w:sz w:val="26"/>
          <w:szCs w:val="26"/>
        </w:rPr>
        <w:t xml:space="preserve">สูตร: Max HP × </w:t>
      </w:r>
      <w:r>
        <w:rPr>
          <w:color w:val="555555"/>
          <w:sz w:val="26"/>
          <w:szCs w:val="26"/>
        </w:rPr>
        <w:t>(1 + Bonus)</w:t>
      </w:r>
    </w:p>
    <w:p w14:paraId="72AF0368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Stat Boost </w:t>
      </w:r>
      <w:r>
        <w:t>ของสัตว์อสูร</w:t>
      </w:r>
    </w:p>
    <w:p w14:paraId="3F229681" w14:textId="77777777" w:rsidR="00501161" w:rsidRDefault="00C637DA">
      <w:pPr>
        <w:ind w:firstLine="720"/>
      </w:pPr>
      <w:r>
        <w:rPr>
          <w:b/>
          <w:bCs/>
        </w:rPr>
        <w:lastRenderedPageBreak/>
        <w:t xml:space="preserve">5. </w:t>
      </w:r>
      <w:r>
        <w:rPr>
          <w:b/>
          <w:bCs/>
        </w:rPr>
        <w:t>กระหน่ำอสุรา (Asura Onslaught)</w:t>
      </w:r>
      <w:r>
        <w:t xml:space="preserve"> — Active · Tier 2 · </w:t>
      </w:r>
      <w:r>
        <w:t>เป้าหมาย: ศัตรู 1 ตัว · Prerequisite: ตะปบเล็บเพชร Rank 3</w:t>
      </w:r>
    </w:p>
    <w:p w14:paraId="2CF4B818" w14:textId="77777777" w:rsidR="00501161" w:rsidRDefault="00C637DA">
      <w:pPr>
        <w:ind w:firstLine="720"/>
      </w:pPr>
      <w:r>
        <w:t>ขย้ำรัว 3 ครั้ง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69"/>
        <w:gridCol w:w="2504"/>
        <w:gridCol w:w="3172"/>
        <w:gridCol w:w="1669"/>
      </w:tblGrid>
      <w:tr w:rsidR="00501161" w14:paraId="3DC3C16D" w14:textId="77777777">
        <w:trPr>
          <w:tblHeader/>
          <w:jc w:val="center"/>
        </w:trPr>
        <w:tc>
          <w:tcPr>
            <w:tcW w:w="1669" w:type="dxa"/>
            <w:shd w:val="clear" w:color="auto" w:fill="F2F2F2"/>
          </w:tcPr>
          <w:p w14:paraId="4347336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504" w:type="dxa"/>
            <w:shd w:val="clear" w:color="auto" w:fill="F2F2F2"/>
          </w:tcPr>
          <w:p w14:paraId="1D8BE99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Damage </w:t>
            </w:r>
            <w:r>
              <w:rPr>
                <w:b/>
                <w:bCs/>
                <w:sz w:val="28"/>
                <w:szCs w:val="28"/>
              </w:rPr>
              <w:t>ต่อครั้ง</w:t>
            </w:r>
          </w:p>
        </w:tc>
        <w:tc>
          <w:tcPr>
            <w:tcW w:w="3172" w:type="dxa"/>
            <w:shd w:val="clear" w:color="auto" w:fill="F2F2F2"/>
          </w:tcPr>
          <w:p w14:paraId="1B8CD9F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Hit Chance </w:t>
            </w:r>
            <w:r>
              <w:rPr>
                <w:b/>
                <w:bCs/>
                <w:sz w:val="28"/>
                <w:szCs w:val="28"/>
              </w:rPr>
              <w:t>ต่อครั้ง</w:t>
            </w:r>
          </w:p>
        </w:tc>
        <w:tc>
          <w:tcPr>
            <w:tcW w:w="1669" w:type="dxa"/>
            <w:shd w:val="clear" w:color="auto" w:fill="F2F2F2"/>
          </w:tcPr>
          <w:p w14:paraId="059199B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0A49D5C0" w14:textId="77777777">
        <w:trPr>
          <w:jc w:val="center"/>
        </w:trPr>
        <w:tc>
          <w:tcPr>
            <w:tcW w:w="1669" w:type="dxa"/>
          </w:tcPr>
          <w:p w14:paraId="19E03D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04" w:type="dxa"/>
          </w:tcPr>
          <w:p w14:paraId="4A9C90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3172" w:type="dxa"/>
          </w:tcPr>
          <w:p w14:paraId="735FB2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55%</w:t>
            </w:r>
          </w:p>
        </w:tc>
        <w:tc>
          <w:tcPr>
            <w:tcW w:w="1669" w:type="dxa"/>
          </w:tcPr>
          <w:p w14:paraId="395EF0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50335525" w14:textId="77777777">
        <w:trPr>
          <w:jc w:val="center"/>
        </w:trPr>
        <w:tc>
          <w:tcPr>
            <w:tcW w:w="1669" w:type="dxa"/>
          </w:tcPr>
          <w:p w14:paraId="4D99ED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04" w:type="dxa"/>
          </w:tcPr>
          <w:p w14:paraId="2532B3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3172" w:type="dxa"/>
          </w:tcPr>
          <w:p w14:paraId="2527308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59%</w:t>
            </w:r>
          </w:p>
        </w:tc>
        <w:tc>
          <w:tcPr>
            <w:tcW w:w="1669" w:type="dxa"/>
          </w:tcPr>
          <w:p w14:paraId="6B7DB2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27038ED6" w14:textId="77777777">
        <w:trPr>
          <w:jc w:val="center"/>
        </w:trPr>
        <w:tc>
          <w:tcPr>
            <w:tcW w:w="1669" w:type="dxa"/>
          </w:tcPr>
          <w:p w14:paraId="5C5639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4" w:type="dxa"/>
          </w:tcPr>
          <w:p w14:paraId="72FB9F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3172" w:type="dxa"/>
          </w:tcPr>
          <w:p w14:paraId="3A110D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64%</w:t>
            </w:r>
          </w:p>
        </w:tc>
        <w:tc>
          <w:tcPr>
            <w:tcW w:w="1669" w:type="dxa"/>
          </w:tcPr>
          <w:p w14:paraId="3B3979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43572805" w14:textId="77777777">
        <w:trPr>
          <w:jc w:val="center"/>
        </w:trPr>
        <w:tc>
          <w:tcPr>
            <w:tcW w:w="1669" w:type="dxa"/>
          </w:tcPr>
          <w:p w14:paraId="4E8B72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04" w:type="dxa"/>
          </w:tcPr>
          <w:p w14:paraId="56C39C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3172" w:type="dxa"/>
          </w:tcPr>
          <w:p w14:paraId="294A39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68%</w:t>
            </w:r>
          </w:p>
        </w:tc>
        <w:tc>
          <w:tcPr>
            <w:tcW w:w="1669" w:type="dxa"/>
          </w:tcPr>
          <w:p w14:paraId="1F84C3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58C4AA67" w14:textId="77777777">
        <w:trPr>
          <w:jc w:val="center"/>
        </w:trPr>
        <w:tc>
          <w:tcPr>
            <w:tcW w:w="1669" w:type="dxa"/>
          </w:tcPr>
          <w:p w14:paraId="01A71E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04" w:type="dxa"/>
          </w:tcPr>
          <w:p w14:paraId="0341A1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3172" w:type="dxa"/>
          </w:tcPr>
          <w:p w14:paraId="07DE64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73%</w:t>
            </w:r>
          </w:p>
        </w:tc>
        <w:tc>
          <w:tcPr>
            <w:tcW w:w="1669" w:type="dxa"/>
          </w:tcPr>
          <w:p w14:paraId="79CA16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5313E9ED" w14:textId="77777777">
        <w:trPr>
          <w:jc w:val="center"/>
        </w:trPr>
        <w:tc>
          <w:tcPr>
            <w:tcW w:w="1669" w:type="dxa"/>
          </w:tcPr>
          <w:p w14:paraId="0BCA1C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04" w:type="dxa"/>
          </w:tcPr>
          <w:p w14:paraId="63BF56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3172" w:type="dxa"/>
          </w:tcPr>
          <w:p w14:paraId="3E61E8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77%</w:t>
            </w:r>
          </w:p>
        </w:tc>
        <w:tc>
          <w:tcPr>
            <w:tcW w:w="1669" w:type="dxa"/>
          </w:tcPr>
          <w:p w14:paraId="4D1253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4CB9AAF7" w14:textId="77777777">
        <w:trPr>
          <w:jc w:val="center"/>
        </w:trPr>
        <w:tc>
          <w:tcPr>
            <w:tcW w:w="1669" w:type="dxa"/>
          </w:tcPr>
          <w:p w14:paraId="3E0201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04" w:type="dxa"/>
          </w:tcPr>
          <w:p w14:paraId="6DF565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3172" w:type="dxa"/>
          </w:tcPr>
          <w:p w14:paraId="7A5087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82%</w:t>
            </w:r>
          </w:p>
        </w:tc>
        <w:tc>
          <w:tcPr>
            <w:tcW w:w="1669" w:type="dxa"/>
          </w:tcPr>
          <w:p w14:paraId="7E7795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77997F83" w14:textId="77777777">
        <w:trPr>
          <w:jc w:val="center"/>
        </w:trPr>
        <w:tc>
          <w:tcPr>
            <w:tcW w:w="1669" w:type="dxa"/>
          </w:tcPr>
          <w:p w14:paraId="09E09E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04" w:type="dxa"/>
          </w:tcPr>
          <w:p w14:paraId="091CF8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3172" w:type="dxa"/>
          </w:tcPr>
          <w:p w14:paraId="376E5A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86%</w:t>
            </w:r>
          </w:p>
        </w:tc>
        <w:tc>
          <w:tcPr>
            <w:tcW w:w="1669" w:type="dxa"/>
          </w:tcPr>
          <w:p w14:paraId="1F9A25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23BD95DD" w14:textId="77777777">
        <w:trPr>
          <w:jc w:val="center"/>
        </w:trPr>
        <w:tc>
          <w:tcPr>
            <w:tcW w:w="1669" w:type="dxa"/>
          </w:tcPr>
          <w:p w14:paraId="56BDAD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04" w:type="dxa"/>
          </w:tcPr>
          <w:p w14:paraId="45A43A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3172" w:type="dxa"/>
          </w:tcPr>
          <w:p w14:paraId="48678F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91%</w:t>
            </w:r>
          </w:p>
        </w:tc>
        <w:tc>
          <w:tcPr>
            <w:tcW w:w="1669" w:type="dxa"/>
          </w:tcPr>
          <w:p w14:paraId="47FF2F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</w:t>
            </w:r>
          </w:p>
        </w:tc>
      </w:tr>
      <w:tr w:rsidR="00501161" w14:paraId="3F296CA2" w14:textId="77777777">
        <w:trPr>
          <w:jc w:val="center"/>
        </w:trPr>
        <w:tc>
          <w:tcPr>
            <w:tcW w:w="1669" w:type="dxa"/>
          </w:tcPr>
          <w:p w14:paraId="3B2B0E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04" w:type="dxa"/>
          </w:tcPr>
          <w:p w14:paraId="7DD1C4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3172" w:type="dxa"/>
          </w:tcPr>
          <w:p w14:paraId="737C56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95%</w:t>
            </w:r>
          </w:p>
        </w:tc>
        <w:tc>
          <w:tcPr>
            <w:tcW w:w="1669" w:type="dxa"/>
          </w:tcPr>
          <w:p w14:paraId="04189C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</w:t>
            </w:r>
          </w:p>
        </w:tc>
      </w:tr>
    </w:tbl>
    <w:p w14:paraId="33395EDD" w14:textId="77777777" w:rsidR="00501161" w:rsidRDefault="00501161">
      <w:pPr>
        <w:spacing w:after="40"/>
      </w:pPr>
    </w:p>
    <w:p w14:paraId="3AF92039" w14:textId="77777777" w:rsidR="00501161" w:rsidRDefault="00C637DA">
      <w:r>
        <w:rPr>
          <w:color w:val="555555"/>
          <w:sz w:val="26"/>
          <w:szCs w:val="26"/>
        </w:rPr>
        <w:t>สูตร: Damage ต่อครั้ง = Physical Base × 0.8 · ทอย Hit แยกทุกครั้ง</w:t>
      </w:r>
    </w:p>
    <w:p w14:paraId="0255FFAE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ค่าเฉลี่ย Rank 10 = 228%</w:t>
      </w:r>
    </w:p>
    <w:p w14:paraId="383E68F0" w14:textId="77777777" w:rsidR="00501161" w:rsidRDefault="00C637DA">
      <w:pPr>
        <w:ind w:firstLine="720"/>
      </w:pPr>
      <w:r>
        <w:rPr>
          <w:b/>
          <w:bCs/>
        </w:rPr>
        <w:t xml:space="preserve">6. </w:t>
      </w:r>
      <w:r>
        <w:rPr>
          <w:b/>
          <w:bCs/>
        </w:rPr>
        <w:t>โทสะเดือดดาล (Boiling Wrath)</w:t>
      </w:r>
      <w:r>
        <w:t xml:space="preserve"> — Active · Tier 2 · </w:t>
      </w:r>
      <w:r>
        <w:t>เป้าหมาย: ตัวเอง · Prerequisite: -</w:t>
      </w:r>
    </w:p>
    <w:p w14:paraId="4D4C97E8" w14:textId="77777777" w:rsidR="00501161" w:rsidRDefault="00C637DA">
      <w:pPr>
        <w:ind w:firstLine="720"/>
      </w:pPr>
      <w:r>
        <w:t>ปลุกโทสะ ATK เพิ่มตาม HP ที่หายไป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60"/>
        <w:gridCol w:w="3135"/>
        <w:gridCol w:w="1960"/>
        <w:gridCol w:w="1960"/>
      </w:tblGrid>
      <w:tr w:rsidR="00501161" w14:paraId="2C4D1F2C" w14:textId="77777777">
        <w:trPr>
          <w:tblHeader/>
          <w:jc w:val="center"/>
        </w:trPr>
        <w:tc>
          <w:tcPr>
            <w:tcW w:w="1960" w:type="dxa"/>
            <w:shd w:val="clear" w:color="auto" w:fill="F2F2F2"/>
          </w:tcPr>
          <w:p w14:paraId="0E6C6C2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135" w:type="dxa"/>
            <w:shd w:val="clear" w:color="auto" w:fill="F2F2F2"/>
          </w:tcPr>
          <w:p w14:paraId="707E224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ATK Bonus </w:t>
            </w:r>
            <w:r>
              <w:rPr>
                <w:b/>
                <w:bCs/>
                <w:sz w:val="28"/>
                <w:szCs w:val="28"/>
              </w:rPr>
              <w:t>สูงสุด</w:t>
            </w:r>
          </w:p>
        </w:tc>
        <w:tc>
          <w:tcPr>
            <w:tcW w:w="1960" w:type="dxa"/>
            <w:shd w:val="clear" w:color="auto" w:fill="F2F2F2"/>
          </w:tcPr>
          <w:p w14:paraId="31F6FA2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1960" w:type="dxa"/>
            <w:shd w:val="clear" w:color="auto" w:fill="F2F2F2"/>
          </w:tcPr>
          <w:p w14:paraId="6AE69E2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654D614D" w14:textId="77777777">
        <w:trPr>
          <w:jc w:val="center"/>
        </w:trPr>
        <w:tc>
          <w:tcPr>
            <w:tcW w:w="1960" w:type="dxa"/>
          </w:tcPr>
          <w:p w14:paraId="25B1A4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35" w:type="dxa"/>
          </w:tcPr>
          <w:p w14:paraId="2AEEF1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+15%</w:t>
            </w:r>
          </w:p>
        </w:tc>
        <w:tc>
          <w:tcPr>
            <w:tcW w:w="1960" w:type="dxa"/>
          </w:tcPr>
          <w:p w14:paraId="2BABA6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730D6E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1DDFD495" w14:textId="77777777">
        <w:trPr>
          <w:jc w:val="center"/>
        </w:trPr>
        <w:tc>
          <w:tcPr>
            <w:tcW w:w="1960" w:type="dxa"/>
          </w:tcPr>
          <w:p w14:paraId="649AC5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35" w:type="dxa"/>
          </w:tcPr>
          <w:p w14:paraId="2092DE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+21%</w:t>
            </w:r>
          </w:p>
        </w:tc>
        <w:tc>
          <w:tcPr>
            <w:tcW w:w="1960" w:type="dxa"/>
          </w:tcPr>
          <w:p w14:paraId="3D603A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2FBDC2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4D08223D" w14:textId="77777777">
        <w:trPr>
          <w:jc w:val="center"/>
        </w:trPr>
        <w:tc>
          <w:tcPr>
            <w:tcW w:w="1960" w:type="dxa"/>
          </w:tcPr>
          <w:p w14:paraId="2EEB1F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35" w:type="dxa"/>
          </w:tcPr>
          <w:p w14:paraId="0D3407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+26%</w:t>
            </w:r>
          </w:p>
        </w:tc>
        <w:tc>
          <w:tcPr>
            <w:tcW w:w="1960" w:type="dxa"/>
          </w:tcPr>
          <w:p w14:paraId="202130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345F74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525D7C32" w14:textId="77777777">
        <w:trPr>
          <w:jc w:val="center"/>
        </w:trPr>
        <w:tc>
          <w:tcPr>
            <w:tcW w:w="1960" w:type="dxa"/>
          </w:tcPr>
          <w:p w14:paraId="4C165B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35" w:type="dxa"/>
          </w:tcPr>
          <w:p w14:paraId="10B384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+32%</w:t>
            </w:r>
          </w:p>
        </w:tc>
        <w:tc>
          <w:tcPr>
            <w:tcW w:w="1960" w:type="dxa"/>
          </w:tcPr>
          <w:p w14:paraId="51E504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59E21C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4356D8A5" w14:textId="77777777">
        <w:trPr>
          <w:jc w:val="center"/>
        </w:trPr>
        <w:tc>
          <w:tcPr>
            <w:tcW w:w="1960" w:type="dxa"/>
          </w:tcPr>
          <w:p w14:paraId="677267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35" w:type="dxa"/>
          </w:tcPr>
          <w:p w14:paraId="2AE926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+37%</w:t>
            </w:r>
          </w:p>
        </w:tc>
        <w:tc>
          <w:tcPr>
            <w:tcW w:w="1960" w:type="dxa"/>
          </w:tcPr>
          <w:p w14:paraId="4D7FC4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3995CF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3CE55470" w14:textId="77777777">
        <w:trPr>
          <w:jc w:val="center"/>
        </w:trPr>
        <w:tc>
          <w:tcPr>
            <w:tcW w:w="1960" w:type="dxa"/>
          </w:tcPr>
          <w:p w14:paraId="75C1FD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35" w:type="dxa"/>
          </w:tcPr>
          <w:p w14:paraId="2E1762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+43%</w:t>
            </w:r>
          </w:p>
        </w:tc>
        <w:tc>
          <w:tcPr>
            <w:tcW w:w="1960" w:type="dxa"/>
          </w:tcPr>
          <w:p w14:paraId="523162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4B9C0E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664BA1FF" w14:textId="77777777">
        <w:trPr>
          <w:jc w:val="center"/>
        </w:trPr>
        <w:tc>
          <w:tcPr>
            <w:tcW w:w="1960" w:type="dxa"/>
          </w:tcPr>
          <w:p w14:paraId="44E523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35" w:type="dxa"/>
          </w:tcPr>
          <w:p w14:paraId="259F3F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+48%</w:t>
            </w:r>
          </w:p>
        </w:tc>
        <w:tc>
          <w:tcPr>
            <w:tcW w:w="1960" w:type="dxa"/>
          </w:tcPr>
          <w:p w14:paraId="6949FD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56967D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726F2BBC" w14:textId="77777777">
        <w:trPr>
          <w:jc w:val="center"/>
        </w:trPr>
        <w:tc>
          <w:tcPr>
            <w:tcW w:w="1960" w:type="dxa"/>
          </w:tcPr>
          <w:p w14:paraId="7E929E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35" w:type="dxa"/>
          </w:tcPr>
          <w:p w14:paraId="59CE36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+54%</w:t>
            </w:r>
          </w:p>
        </w:tc>
        <w:tc>
          <w:tcPr>
            <w:tcW w:w="1960" w:type="dxa"/>
          </w:tcPr>
          <w:p w14:paraId="56FB5B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03EB3C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4FDE1DA9" w14:textId="77777777">
        <w:trPr>
          <w:jc w:val="center"/>
        </w:trPr>
        <w:tc>
          <w:tcPr>
            <w:tcW w:w="1960" w:type="dxa"/>
          </w:tcPr>
          <w:p w14:paraId="2DEDB2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35" w:type="dxa"/>
          </w:tcPr>
          <w:p w14:paraId="12E1CA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+59%</w:t>
            </w:r>
          </w:p>
        </w:tc>
        <w:tc>
          <w:tcPr>
            <w:tcW w:w="1960" w:type="dxa"/>
          </w:tcPr>
          <w:p w14:paraId="7B2243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6C7141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0CF81923" w14:textId="77777777">
        <w:trPr>
          <w:jc w:val="center"/>
        </w:trPr>
        <w:tc>
          <w:tcPr>
            <w:tcW w:w="1960" w:type="dxa"/>
          </w:tcPr>
          <w:p w14:paraId="1724AC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35" w:type="dxa"/>
          </w:tcPr>
          <w:p w14:paraId="7505BD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+65%</w:t>
            </w:r>
          </w:p>
        </w:tc>
        <w:tc>
          <w:tcPr>
            <w:tcW w:w="1960" w:type="dxa"/>
          </w:tcPr>
          <w:p w14:paraId="784DCF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5C2831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</w:tbl>
    <w:p w14:paraId="24E9161A" w14:textId="77777777" w:rsidR="00501161" w:rsidRDefault="00501161">
      <w:pPr>
        <w:spacing w:after="40"/>
      </w:pPr>
    </w:p>
    <w:p w14:paraId="1D01BABD" w14:textId="77777777" w:rsidR="00501161" w:rsidRDefault="00C637DA">
      <w:r>
        <w:rPr>
          <w:color w:val="555555"/>
          <w:sz w:val="26"/>
          <w:szCs w:val="26"/>
        </w:rPr>
        <w:t>สูตร: ATK Bonus = ค่าสูงสุด × (1 − HP ปัจจุบัน / Max HP)</w:t>
      </w:r>
    </w:p>
    <w:p w14:paraId="6665AF96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ยิ่งเลือดน้อยยิ่งแรง ความเสี่ยงที่ผู้เล่นเลือกเอง</w:t>
      </w:r>
    </w:p>
    <w:p w14:paraId="660DFFE8" w14:textId="77777777" w:rsidR="00501161" w:rsidRDefault="00C637DA">
      <w:pPr>
        <w:ind w:firstLine="720"/>
      </w:pPr>
      <w:r>
        <w:rPr>
          <w:b/>
          <w:bCs/>
        </w:rPr>
        <w:lastRenderedPageBreak/>
        <w:t xml:space="preserve">7. </w:t>
      </w:r>
      <w:r>
        <w:rPr>
          <w:b/>
          <w:bCs/>
        </w:rPr>
        <w:t>สัญชาตญาณนักล่า (Predator's Instinct)</w:t>
      </w:r>
      <w:r>
        <w:t xml:space="preserve"> — Passive · Tier 2 · </w:t>
      </w:r>
      <w:r>
        <w:t>เป้าหมาย: - · Prerequisite: -</w:t>
      </w:r>
    </w:p>
    <w:p w14:paraId="421F4F22" w14:textId="77777777" w:rsidR="00501161" w:rsidRDefault="00C637DA">
      <w:pPr>
        <w:ind w:firstLine="720"/>
      </w:pPr>
      <w:r>
        <w:t>ล่าเหยื่อที่ขยับไม่ได้ เพิ่มดาเมจใส่ศัตรูที่ติด Bind / Paralyze / Stun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17"/>
        <w:gridCol w:w="3380"/>
        <w:gridCol w:w="2817"/>
      </w:tblGrid>
      <w:tr w:rsidR="00501161" w14:paraId="21E94403" w14:textId="77777777">
        <w:trPr>
          <w:tblHeader/>
          <w:jc w:val="center"/>
        </w:trPr>
        <w:tc>
          <w:tcPr>
            <w:tcW w:w="2817" w:type="dxa"/>
            <w:shd w:val="clear" w:color="auto" w:fill="F2F2F2"/>
          </w:tcPr>
          <w:p w14:paraId="462B9BC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380" w:type="dxa"/>
            <w:shd w:val="clear" w:color="auto" w:fill="F2F2F2"/>
          </w:tcPr>
          <w:p w14:paraId="1202EAC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Damage Bonus</w:t>
            </w:r>
          </w:p>
        </w:tc>
        <w:tc>
          <w:tcPr>
            <w:tcW w:w="2817" w:type="dxa"/>
            <w:shd w:val="clear" w:color="auto" w:fill="F2F2F2"/>
          </w:tcPr>
          <w:p w14:paraId="14F54F2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1347BD31" w14:textId="77777777">
        <w:trPr>
          <w:jc w:val="center"/>
        </w:trPr>
        <w:tc>
          <w:tcPr>
            <w:tcW w:w="2817" w:type="dxa"/>
          </w:tcPr>
          <w:p w14:paraId="0CE2E2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80" w:type="dxa"/>
          </w:tcPr>
          <w:p w14:paraId="770CF1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+5%</w:t>
            </w:r>
          </w:p>
        </w:tc>
        <w:tc>
          <w:tcPr>
            <w:tcW w:w="2817" w:type="dxa"/>
          </w:tcPr>
          <w:p w14:paraId="468C66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A5E97D3" w14:textId="77777777">
        <w:trPr>
          <w:jc w:val="center"/>
        </w:trPr>
        <w:tc>
          <w:tcPr>
            <w:tcW w:w="2817" w:type="dxa"/>
          </w:tcPr>
          <w:p w14:paraId="4231C5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80" w:type="dxa"/>
          </w:tcPr>
          <w:p w14:paraId="0A75DB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+9%</w:t>
            </w:r>
          </w:p>
        </w:tc>
        <w:tc>
          <w:tcPr>
            <w:tcW w:w="2817" w:type="dxa"/>
          </w:tcPr>
          <w:p w14:paraId="667610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C4DC956" w14:textId="77777777">
        <w:trPr>
          <w:jc w:val="center"/>
        </w:trPr>
        <w:tc>
          <w:tcPr>
            <w:tcW w:w="2817" w:type="dxa"/>
          </w:tcPr>
          <w:p w14:paraId="79F363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80" w:type="dxa"/>
          </w:tcPr>
          <w:p w14:paraId="094C5E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+14%</w:t>
            </w:r>
          </w:p>
        </w:tc>
        <w:tc>
          <w:tcPr>
            <w:tcW w:w="2817" w:type="dxa"/>
          </w:tcPr>
          <w:p w14:paraId="51C3B6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D7919CE" w14:textId="77777777">
        <w:trPr>
          <w:jc w:val="center"/>
        </w:trPr>
        <w:tc>
          <w:tcPr>
            <w:tcW w:w="2817" w:type="dxa"/>
          </w:tcPr>
          <w:p w14:paraId="2F31D2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80" w:type="dxa"/>
          </w:tcPr>
          <w:p w14:paraId="255C55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+18%</w:t>
            </w:r>
          </w:p>
        </w:tc>
        <w:tc>
          <w:tcPr>
            <w:tcW w:w="2817" w:type="dxa"/>
          </w:tcPr>
          <w:p w14:paraId="6243C8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0A37B98" w14:textId="77777777">
        <w:trPr>
          <w:jc w:val="center"/>
        </w:trPr>
        <w:tc>
          <w:tcPr>
            <w:tcW w:w="2817" w:type="dxa"/>
          </w:tcPr>
          <w:p w14:paraId="09DFEC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380" w:type="dxa"/>
          </w:tcPr>
          <w:p w14:paraId="6E8282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+23%</w:t>
            </w:r>
          </w:p>
        </w:tc>
        <w:tc>
          <w:tcPr>
            <w:tcW w:w="2817" w:type="dxa"/>
          </w:tcPr>
          <w:p w14:paraId="1FCB2D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91F934A" w14:textId="77777777">
        <w:trPr>
          <w:jc w:val="center"/>
        </w:trPr>
        <w:tc>
          <w:tcPr>
            <w:tcW w:w="2817" w:type="dxa"/>
          </w:tcPr>
          <w:p w14:paraId="2AC94F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80" w:type="dxa"/>
          </w:tcPr>
          <w:p w14:paraId="080881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+27%</w:t>
            </w:r>
          </w:p>
        </w:tc>
        <w:tc>
          <w:tcPr>
            <w:tcW w:w="2817" w:type="dxa"/>
          </w:tcPr>
          <w:p w14:paraId="495D3D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97C38BE" w14:textId="77777777">
        <w:trPr>
          <w:jc w:val="center"/>
        </w:trPr>
        <w:tc>
          <w:tcPr>
            <w:tcW w:w="2817" w:type="dxa"/>
          </w:tcPr>
          <w:p w14:paraId="6B622D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380" w:type="dxa"/>
          </w:tcPr>
          <w:p w14:paraId="30854E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+32%</w:t>
            </w:r>
          </w:p>
        </w:tc>
        <w:tc>
          <w:tcPr>
            <w:tcW w:w="2817" w:type="dxa"/>
          </w:tcPr>
          <w:p w14:paraId="0514C9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0BF2179" w14:textId="77777777">
        <w:trPr>
          <w:jc w:val="center"/>
        </w:trPr>
        <w:tc>
          <w:tcPr>
            <w:tcW w:w="2817" w:type="dxa"/>
          </w:tcPr>
          <w:p w14:paraId="7D997E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380" w:type="dxa"/>
          </w:tcPr>
          <w:p w14:paraId="04913E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+36%</w:t>
            </w:r>
          </w:p>
        </w:tc>
        <w:tc>
          <w:tcPr>
            <w:tcW w:w="2817" w:type="dxa"/>
          </w:tcPr>
          <w:p w14:paraId="53222A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3C662836" w14:textId="77777777">
        <w:trPr>
          <w:jc w:val="center"/>
        </w:trPr>
        <w:tc>
          <w:tcPr>
            <w:tcW w:w="2817" w:type="dxa"/>
          </w:tcPr>
          <w:p w14:paraId="1F73FE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380" w:type="dxa"/>
          </w:tcPr>
          <w:p w14:paraId="400831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+41%</w:t>
            </w:r>
          </w:p>
        </w:tc>
        <w:tc>
          <w:tcPr>
            <w:tcW w:w="2817" w:type="dxa"/>
          </w:tcPr>
          <w:p w14:paraId="15536C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53FEDD5" w14:textId="77777777">
        <w:trPr>
          <w:jc w:val="center"/>
        </w:trPr>
        <w:tc>
          <w:tcPr>
            <w:tcW w:w="2817" w:type="dxa"/>
          </w:tcPr>
          <w:p w14:paraId="36217D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380" w:type="dxa"/>
          </w:tcPr>
          <w:p w14:paraId="3DD888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+45%</w:t>
            </w:r>
          </w:p>
        </w:tc>
        <w:tc>
          <w:tcPr>
            <w:tcW w:w="2817" w:type="dxa"/>
          </w:tcPr>
          <w:p w14:paraId="36EDA0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1093F825" w14:textId="77777777" w:rsidR="00501161" w:rsidRDefault="00501161">
      <w:pPr>
        <w:spacing w:after="40"/>
      </w:pPr>
    </w:p>
    <w:p w14:paraId="17A36F46" w14:textId="77777777" w:rsidR="00501161" w:rsidRDefault="00C637DA">
      <w:r>
        <w:rPr>
          <w:color w:val="555555"/>
          <w:sz w:val="26"/>
          <w:szCs w:val="26"/>
        </w:rPr>
        <w:t xml:space="preserve">สูตร: </w:t>
      </w:r>
      <w:r>
        <w:rPr>
          <w:color w:val="555555"/>
          <w:sz w:val="26"/>
          <w:szCs w:val="26"/>
        </w:rPr>
        <w:t>Damage × (1 + Bonus)</w:t>
      </w:r>
    </w:p>
    <w:p w14:paraId="73F07D02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Synergy </w:t>
      </w:r>
      <w:r>
        <w:t>กับพราน (Bind) และจอมขมังเวทย์ (Paralyze)</w:t>
      </w:r>
    </w:p>
    <w:p w14:paraId="6BF8B8D9" w14:textId="77777777" w:rsidR="00501161" w:rsidRDefault="00C637DA">
      <w:pPr>
        <w:ind w:firstLine="720"/>
      </w:pPr>
      <w:r>
        <w:rPr>
          <w:b/>
          <w:bCs/>
        </w:rPr>
        <w:t xml:space="preserve">8. </w:t>
      </w:r>
      <w:r>
        <w:rPr>
          <w:b/>
          <w:bCs/>
        </w:rPr>
        <w:t>กระโจนขย้ำ (Pouncing Maul)</w:t>
      </w:r>
      <w:r>
        <w:t xml:space="preserve"> — Active · Tier 3 · </w:t>
      </w:r>
      <w:r>
        <w:t>เป้าหมาย: ศัตรู 1 ตัว · Prerequisite: -</w:t>
      </w:r>
    </w:p>
    <w:p w14:paraId="3FD8583D" w14:textId="77777777" w:rsidR="00501161" w:rsidRDefault="00C637DA">
      <w:pPr>
        <w:ind w:firstLine="720"/>
      </w:pPr>
      <w:r>
        <w:t>กระโจนกัดคอ Crit การันตีถ้าเป้าหมาย HP ต่ำกว่าเกณฑ์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0"/>
        <w:gridCol w:w="3127"/>
        <w:gridCol w:w="2208"/>
        <w:gridCol w:w="1840"/>
      </w:tblGrid>
      <w:tr w:rsidR="00501161" w14:paraId="4F2ACFB1" w14:textId="77777777">
        <w:trPr>
          <w:tblHeader/>
          <w:jc w:val="center"/>
        </w:trPr>
        <w:tc>
          <w:tcPr>
            <w:tcW w:w="1840" w:type="dxa"/>
            <w:shd w:val="clear" w:color="auto" w:fill="F2F2F2"/>
          </w:tcPr>
          <w:p w14:paraId="69BDFC4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127" w:type="dxa"/>
            <w:shd w:val="clear" w:color="auto" w:fill="F2F2F2"/>
          </w:tcPr>
          <w:p w14:paraId="3884A4C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Damage </w:t>
            </w:r>
            <w:r>
              <w:rPr>
                <w:b/>
                <w:bCs/>
                <w:sz w:val="28"/>
                <w:szCs w:val="28"/>
              </w:rPr>
              <w:t>Multiplier</w:t>
            </w:r>
          </w:p>
        </w:tc>
        <w:tc>
          <w:tcPr>
            <w:tcW w:w="2208" w:type="dxa"/>
            <w:shd w:val="clear" w:color="auto" w:fill="F2F2F2"/>
          </w:tcPr>
          <w:p w14:paraId="53B371B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HP Threshold</w:t>
            </w:r>
          </w:p>
        </w:tc>
        <w:tc>
          <w:tcPr>
            <w:tcW w:w="1840" w:type="dxa"/>
            <w:shd w:val="clear" w:color="auto" w:fill="F2F2F2"/>
          </w:tcPr>
          <w:p w14:paraId="261D5AA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00E8A9C" w14:textId="77777777">
        <w:trPr>
          <w:jc w:val="center"/>
        </w:trPr>
        <w:tc>
          <w:tcPr>
            <w:tcW w:w="1840" w:type="dxa"/>
          </w:tcPr>
          <w:p w14:paraId="386EA7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27" w:type="dxa"/>
          </w:tcPr>
          <w:p w14:paraId="080F1B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150%</w:t>
            </w:r>
          </w:p>
        </w:tc>
        <w:tc>
          <w:tcPr>
            <w:tcW w:w="2208" w:type="dxa"/>
          </w:tcPr>
          <w:p w14:paraId="469418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&lt;15%</w:t>
            </w:r>
          </w:p>
        </w:tc>
        <w:tc>
          <w:tcPr>
            <w:tcW w:w="1840" w:type="dxa"/>
          </w:tcPr>
          <w:p w14:paraId="3A8DE1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6CD68A48" w14:textId="77777777">
        <w:trPr>
          <w:jc w:val="center"/>
        </w:trPr>
        <w:tc>
          <w:tcPr>
            <w:tcW w:w="1840" w:type="dxa"/>
          </w:tcPr>
          <w:p w14:paraId="78E865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27" w:type="dxa"/>
          </w:tcPr>
          <w:p w14:paraId="068510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150%</w:t>
            </w:r>
          </w:p>
        </w:tc>
        <w:tc>
          <w:tcPr>
            <w:tcW w:w="2208" w:type="dxa"/>
          </w:tcPr>
          <w:p w14:paraId="39C695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&lt;18%</w:t>
            </w:r>
          </w:p>
        </w:tc>
        <w:tc>
          <w:tcPr>
            <w:tcW w:w="1840" w:type="dxa"/>
          </w:tcPr>
          <w:p w14:paraId="126CA3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14FE25C2" w14:textId="77777777">
        <w:trPr>
          <w:jc w:val="center"/>
        </w:trPr>
        <w:tc>
          <w:tcPr>
            <w:tcW w:w="1840" w:type="dxa"/>
          </w:tcPr>
          <w:p w14:paraId="7D83CC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27" w:type="dxa"/>
          </w:tcPr>
          <w:p w14:paraId="44552D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150%</w:t>
            </w:r>
          </w:p>
        </w:tc>
        <w:tc>
          <w:tcPr>
            <w:tcW w:w="2208" w:type="dxa"/>
          </w:tcPr>
          <w:p w14:paraId="12C6A8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&lt;22%</w:t>
            </w:r>
          </w:p>
        </w:tc>
        <w:tc>
          <w:tcPr>
            <w:tcW w:w="1840" w:type="dxa"/>
          </w:tcPr>
          <w:p w14:paraId="6A4C87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266BFBDC" w14:textId="77777777">
        <w:trPr>
          <w:jc w:val="center"/>
        </w:trPr>
        <w:tc>
          <w:tcPr>
            <w:tcW w:w="1840" w:type="dxa"/>
          </w:tcPr>
          <w:p w14:paraId="74FB4D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27" w:type="dxa"/>
          </w:tcPr>
          <w:p w14:paraId="67D939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150%</w:t>
            </w:r>
          </w:p>
        </w:tc>
        <w:tc>
          <w:tcPr>
            <w:tcW w:w="2208" w:type="dxa"/>
          </w:tcPr>
          <w:p w14:paraId="137B57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&lt;25%</w:t>
            </w:r>
          </w:p>
        </w:tc>
        <w:tc>
          <w:tcPr>
            <w:tcW w:w="1840" w:type="dxa"/>
          </w:tcPr>
          <w:p w14:paraId="7DDD1B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5807D927" w14:textId="77777777">
        <w:trPr>
          <w:jc w:val="center"/>
        </w:trPr>
        <w:tc>
          <w:tcPr>
            <w:tcW w:w="1840" w:type="dxa"/>
          </w:tcPr>
          <w:p w14:paraId="17AA00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27" w:type="dxa"/>
          </w:tcPr>
          <w:p w14:paraId="6FCF4B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150%</w:t>
            </w:r>
          </w:p>
        </w:tc>
        <w:tc>
          <w:tcPr>
            <w:tcW w:w="2208" w:type="dxa"/>
          </w:tcPr>
          <w:p w14:paraId="7E9BFA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&lt;28%</w:t>
            </w:r>
          </w:p>
        </w:tc>
        <w:tc>
          <w:tcPr>
            <w:tcW w:w="1840" w:type="dxa"/>
          </w:tcPr>
          <w:p w14:paraId="40D575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0F1A8247" w14:textId="77777777">
        <w:trPr>
          <w:jc w:val="center"/>
        </w:trPr>
        <w:tc>
          <w:tcPr>
            <w:tcW w:w="1840" w:type="dxa"/>
          </w:tcPr>
          <w:p w14:paraId="40228A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27" w:type="dxa"/>
          </w:tcPr>
          <w:p w14:paraId="081DC3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150%</w:t>
            </w:r>
          </w:p>
        </w:tc>
        <w:tc>
          <w:tcPr>
            <w:tcW w:w="2208" w:type="dxa"/>
          </w:tcPr>
          <w:p w14:paraId="78EED0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&lt;32%</w:t>
            </w:r>
          </w:p>
        </w:tc>
        <w:tc>
          <w:tcPr>
            <w:tcW w:w="1840" w:type="dxa"/>
          </w:tcPr>
          <w:p w14:paraId="7CCAE7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54ABE35F" w14:textId="77777777">
        <w:trPr>
          <w:jc w:val="center"/>
        </w:trPr>
        <w:tc>
          <w:tcPr>
            <w:tcW w:w="1840" w:type="dxa"/>
          </w:tcPr>
          <w:p w14:paraId="070486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27" w:type="dxa"/>
          </w:tcPr>
          <w:p w14:paraId="53B367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150%</w:t>
            </w:r>
          </w:p>
        </w:tc>
        <w:tc>
          <w:tcPr>
            <w:tcW w:w="2208" w:type="dxa"/>
          </w:tcPr>
          <w:p w14:paraId="24A3A4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&lt;35%</w:t>
            </w:r>
          </w:p>
        </w:tc>
        <w:tc>
          <w:tcPr>
            <w:tcW w:w="1840" w:type="dxa"/>
          </w:tcPr>
          <w:p w14:paraId="34E51D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441D68E2" w14:textId="77777777">
        <w:trPr>
          <w:jc w:val="center"/>
        </w:trPr>
        <w:tc>
          <w:tcPr>
            <w:tcW w:w="1840" w:type="dxa"/>
          </w:tcPr>
          <w:p w14:paraId="613E86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27" w:type="dxa"/>
          </w:tcPr>
          <w:p w14:paraId="36CD32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150%</w:t>
            </w:r>
          </w:p>
        </w:tc>
        <w:tc>
          <w:tcPr>
            <w:tcW w:w="2208" w:type="dxa"/>
          </w:tcPr>
          <w:p w14:paraId="7911D1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&lt;38%</w:t>
            </w:r>
          </w:p>
        </w:tc>
        <w:tc>
          <w:tcPr>
            <w:tcW w:w="1840" w:type="dxa"/>
          </w:tcPr>
          <w:p w14:paraId="3BABAD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</w:t>
            </w:r>
          </w:p>
        </w:tc>
      </w:tr>
      <w:tr w:rsidR="00501161" w14:paraId="4E60281E" w14:textId="77777777">
        <w:trPr>
          <w:jc w:val="center"/>
        </w:trPr>
        <w:tc>
          <w:tcPr>
            <w:tcW w:w="1840" w:type="dxa"/>
          </w:tcPr>
          <w:p w14:paraId="374D92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27" w:type="dxa"/>
          </w:tcPr>
          <w:p w14:paraId="35EC92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150%</w:t>
            </w:r>
          </w:p>
        </w:tc>
        <w:tc>
          <w:tcPr>
            <w:tcW w:w="2208" w:type="dxa"/>
          </w:tcPr>
          <w:p w14:paraId="4FC871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&lt;42%</w:t>
            </w:r>
          </w:p>
        </w:tc>
        <w:tc>
          <w:tcPr>
            <w:tcW w:w="1840" w:type="dxa"/>
          </w:tcPr>
          <w:p w14:paraId="57B824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</w:tr>
      <w:tr w:rsidR="00501161" w14:paraId="59AAFCE0" w14:textId="77777777">
        <w:trPr>
          <w:jc w:val="center"/>
        </w:trPr>
        <w:tc>
          <w:tcPr>
            <w:tcW w:w="1840" w:type="dxa"/>
          </w:tcPr>
          <w:p w14:paraId="59EFE5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27" w:type="dxa"/>
          </w:tcPr>
          <w:p w14:paraId="633FBC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150%</w:t>
            </w:r>
          </w:p>
        </w:tc>
        <w:tc>
          <w:tcPr>
            <w:tcW w:w="2208" w:type="dxa"/>
          </w:tcPr>
          <w:p w14:paraId="1F282F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&lt;45%</w:t>
            </w:r>
          </w:p>
        </w:tc>
        <w:tc>
          <w:tcPr>
            <w:tcW w:w="1840" w:type="dxa"/>
          </w:tcPr>
          <w:p w14:paraId="63B2B3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</w:t>
            </w:r>
          </w:p>
        </w:tc>
      </w:tr>
    </w:tbl>
    <w:p w14:paraId="0FB4042E" w14:textId="77777777" w:rsidR="00501161" w:rsidRDefault="00501161">
      <w:pPr>
        <w:spacing w:after="40"/>
      </w:pPr>
    </w:p>
    <w:p w14:paraId="08111448" w14:textId="77777777" w:rsidR="00501161" w:rsidRDefault="00C637DA">
      <w:r>
        <w:rPr>
          <w:color w:val="555555"/>
          <w:sz w:val="26"/>
          <w:szCs w:val="26"/>
        </w:rPr>
        <w:t xml:space="preserve">สูตร: Damage = Physical Base × 1.5 × (Crit ถ้าถึงเกณฑ์) × 100 / </w:t>
      </w:r>
      <w:r>
        <w:rPr>
          <w:color w:val="555555"/>
          <w:sz w:val="26"/>
          <w:szCs w:val="26"/>
        </w:rPr>
        <w:t>(100 + DEF)</w:t>
      </w:r>
    </w:p>
    <w:p w14:paraId="1243D125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ตัวปิดจ๊อบ</w:t>
      </w:r>
    </w:p>
    <w:p w14:paraId="4EBB3AC1" w14:textId="77777777" w:rsidR="00501161" w:rsidRDefault="00C637DA">
      <w:pPr>
        <w:ind w:firstLine="720"/>
      </w:pPr>
      <w:r>
        <w:rPr>
          <w:b/>
          <w:bCs/>
        </w:rPr>
        <w:lastRenderedPageBreak/>
        <w:t xml:space="preserve">9. </w:t>
      </w:r>
      <w:r>
        <w:rPr>
          <w:b/>
          <w:bCs/>
        </w:rPr>
        <w:t>กลืนกิน (Devour)</w:t>
      </w:r>
      <w:r>
        <w:t xml:space="preserve"> — Passive · Tier 3 · </w:t>
      </w:r>
      <w:r>
        <w:t>เป้าหมาย: - · Prerequisite: -</w:t>
      </w:r>
    </w:p>
    <w:p w14:paraId="7FC9CE6F" w14:textId="77777777" w:rsidR="00501161" w:rsidRDefault="00C637DA">
      <w:pPr>
        <w:ind w:firstLine="720"/>
      </w:pPr>
      <w:r>
        <w:t>เมื่อปิดจ๊อบศัตรู กินเนื้อศัตรู ฟื้น HP ตัวเองและ Hunger ของปาร์ตี้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01161" w14:paraId="287F9ADF" w14:textId="77777777">
        <w:trPr>
          <w:tblHeader/>
          <w:jc w:val="center"/>
        </w:trPr>
        <w:tc>
          <w:tcPr>
            <w:tcW w:w="2254" w:type="dxa"/>
            <w:shd w:val="clear" w:color="auto" w:fill="F2F2F2"/>
          </w:tcPr>
          <w:p w14:paraId="7C016DB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254" w:type="dxa"/>
            <w:shd w:val="clear" w:color="auto" w:fill="F2F2F2"/>
          </w:tcPr>
          <w:p w14:paraId="5DDBB76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HP Heal</w:t>
            </w:r>
          </w:p>
        </w:tc>
        <w:tc>
          <w:tcPr>
            <w:tcW w:w="2254" w:type="dxa"/>
            <w:shd w:val="clear" w:color="auto" w:fill="F2F2F2"/>
          </w:tcPr>
          <w:p w14:paraId="5118298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Hunger +</w:t>
            </w:r>
          </w:p>
        </w:tc>
        <w:tc>
          <w:tcPr>
            <w:tcW w:w="2254" w:type="dxa"/>
            <w:shd w:val="clear" w:color="auto" w:fill="F2F2F2"/>
          </w:tcPr>
          <w:p w14:paraId="26FF3AC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43CE4DA" w14:textId="77777777">
        <w:trPr>
          <w:jc w:val="center"/>
        </w:trPr>
        <w:tc>
          <w:tcPr>
            <w:tcW w:w="2254" w:type="dxa"/>
          </w:tcPr>
          <w:p w14:paraId="426533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54" w:type="dxa"/>
          </w:tcPr>
          <w:p w14:paraId="3F6381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3%</w:t>
            </w:r>
          </w:p>
        </w:tc>
        <w:tc>
          <w:tcPr>
            <w:tcW w:w="2254" w:type="dxa"/>
          </w:tcPr>
          <w:p w14:paraId="676A77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</w:t>
            </w:r>
          </w:p>
        </w:tc>
        <w:tc>
          <w:tcPr>
            <w:tcW w:w="2254" w:type="dxa"/>
          </w:tcPr>
          <w:p w14:paraId="7A7BA3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97C2128" w14:textId="77777777">
        <w:trPr>
          <w:jc w:val="center"/>
        </w:trPr>
        <w:tc>
          <w:tcPr>
            <w:tcW w:w="2254" w:type="dxa"/>
          </w:tcPr>
          <w:p w14:paraId="5F2480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14:paraId="16663B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5%</w:t>
            </w:r>
          </w:p>
        </w:tc>
        <w:tc>
          <w:tcPr>
            <w:tcW w:w="2254" w:type="dxa"/>
          </w:tcPr>
          <w:p w14:paraId="6B0E60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</w:t>
            </w:r>
          </w:p>
        </w:tc>
        <w:tc>
          <w:tcPr>
            <w:tcW w:w="2254" w:type="dxa"/>
          </w:tcPr>
          <w:p w14:paraId="2188D5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8FCC989" w14:textId="77777777">
        <w:trPr>
          <w:jc w:val="center"/>
        </w:trPr>
        <w:tc>
          <w:tcPr>
            <w:tcW w:w="2254" w:type="dxa"/>
          </w:tcPr>
          <w:p w14:paraId="4A10B4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54" w:type="dxa"/>
          </w:tcPr>
          <w:p w14:paraId="7DDD08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7%</w:t>
            </w:r>
          </w:p>
        </w:tc>
        <w:tc>
          <w:tcPr>
            <w:tcW w:w="2254" w:type="dxa"/>
          </w:tcPr>
          <w:p w14:paraId="239AF9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</w:t>
            </w:r>
          </w:p>
        </w:tc>
        <w:tc>
          <w:tcPr>
            <w:tcW w:w="2254" w:type="dxa"/>
          </w:tcPr>
          <w:p w14:paraId="0B71D4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92A95C4" w14:textId="77777777">
        <w:trPr>
          <w:jc w:val="center"/>
        </w:trPr>
        <w:tc>
          <w:tcPr>
            <w:tcW w:w="2254" w:type="dxa"/>
          </w:tcPr>
          <w:p w14:paraId="04CC4E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54" w:type="dxa"/>
          </w:tcPr>
          <w:p w14:paraId="2CE02A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9%</w:t>
            </w:r>
          </w:p>
        </w:tc>
        <w:tc>
          <w:tcPr>
            <w:tcW w:w="2254" w:type="dxa"/>
          </w:tcPr>
          <w:p w14:paraId="2ECB71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</w:t>
            </w:r>
          </w:p>
        </w:tc>
        <w:tc>
          <w:tcPr>
            <w:tcW w:w="2254" w:type="dxa"/>
          </w:tcPr>
          <w:p w14:paraId="4DBAFA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2A6ABDD" w14:textId="77777777">
        <w:trPr>
          <w:jc w:val="center"/>
        </w:trPr>
        <w:tc>
          <w:tcPr>
            <w:tcW w:w="2254" w:type="dxa"/>
          </w:tcPr>
          <w:p w14:paraId="11C04F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54" w:type="dxa"/>
          </w:tcPr>
          <w:p w14:paraId="19C71B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11%</w:t>
            </w:r>
          </w:p>
        </w:tc>
        <w:tc>
          <w:tcPr>
            <w:tcW w:w="2254" w:type="dxa"/>
          </w:tcPr>
          <w:p w14:paraId="066887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</w:t>
            </w:r>
          </w:p>
        </w:tc>
        <w:tc>
          <w:tcPr>
            <w:tcW w:w="2254" w:type="dxa"/>
          </w:tcPr>
          <w:p w14:paraId="731A4A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F50FFDD" w14:textId="77777777">
        <w:trPr>
          <w:jc w:val="center"/>
        </w:trPr>
        <w:tc>
          <w:tcPr>
            <w:tcW w:w="2254" w:type="dxa"/>
          </w:tcPr>
          <w:p w14:paraId="5F1C1C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54" w:type="dxa"/>
          </w:tcPr>
          <w:p w14:paraId="548A6E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14%</w:t>
            </w:r>
          </w:p>
        </w:tc>
        <w:tc>
          <w:tcPr>
            <w:tcW w:w="2254" w:type="dxa"/>
          </w:tcPr>
          <w:p w14:paraId="5DBCC4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</w:t>
            </w:r>
          </w:p>
        </w:tc>
        <w:tc>
          <w:tcPr>
            <w:tcW w:w="2254" w:type="dxa"/>
          </w:tcPr>
          <w:p w14:paraId="2DD27E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EC9F3D6" w14:textId="77777777">
        <w:trPr>
          <w:jc w:val="center"/>
        </w:trPr>
        <w:tc>
          <w:tcPr>
            <w:tcW w:w="2254" w:type="dxa"/>
          </w:tcPr>
          <w:p w14:paraId="6174BA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54" w:type="dxa"/>
          </w:tcPr>
          <w:p w14:paraId="562456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16%</w:t>
            </w:r>
          </w:p>
        </w:tc>
        <w:tc>
          <w:tcPr>
            <w:tcW w:w="2254" w:type="dxa"/>
          </w:tcPr>
          <w:p w14:paraId="4B0E08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+7</w:t>
            </w:r>
          </w:p>
        </w:tc>
        <w:tc>
          <w:tcPr>
            <w:tcW w:w="2254" w:type="dxa"/>
          </w:tcPr>
          <w:p w14:paraId="74795B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74EDA4D" w14:textId="77777777">
        <w:trPr>
          <w:jc w:val="center"/>
        </w:trPr>
        <w:tc>
          <w:tcPr>
            <w:tcW w:w="2254" w:type="dxa"/>
          </w:tcPr>
          <w:p w14:paraId="549C42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54" w:type="dxa"/>
          </w:tcPr>
          <w:p w14:paraId="09A334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18%</w:t>
            </w:r>
          </w:p>
        </w:tc>
        <w:tc>
          <w:tcPr>
            <w:tcW w:w="2254" w:type="dxa"/>
          </w:tcPr>
          <w:p w14:paraId="55342D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+8</w:t>
            </w:r>
          </w:p>
        </w:tc>
        <w:tc>
          <w:tcPr>
            <w:tcW w:w="2254" w:type="dxa"/>
          </w:tcPr>
          <w:p w14:paraId="4DD534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D125BE6" w14:textId="77777777">
        <w:trPr>
          <w:jc w:val="center"/>
        </w:trPr>
        <w:tc>
          <w:tcPr>
            <w:tcW w:w="2254" w:type="dxa"/>
          </w:tcPr>
          <w:p w14:paraId="771968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4" w:type="dxa"/>
          </w:tcPr>
          <w:p w14:paraId="24D86B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2254" w:type="dxa"/>
          </w:tcPr>
          <w:p w14:paraId="1DAD8E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+9</w:t>
            </w:r>
          </w:p>
        </w:tc>
        <w:tc>
          <w:tcPr>
            <w:tcW w:w="2254" w:type="dxa"/>
          </w:tcPr>
          <w:p w14:paraId="26516E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D7817D7" w14:textId="77777777">
        <w:trPr>
          <w:jc w:val="center"/>
        </w:trPr>
        <w:tc>
          <w:tcPr>
            <w:tcW w:w="2254" w:type="dxa"/>
          </w:tcPr>
          <w:p w14:paraId="645C37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54" w:type="dxa"/>
          </w:tcPr>
          <w:p w14:paraId="40BAFB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22%</w:t>
            </w:r>
          </w:p>
        </w:tc>
        <w:tc>
          <w:tcPr>
            <w:tcW w:w="2254" w:type="dxa"/>
          </w:tcPr>
          <w:p w14:paraId="6053E3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</w:t>
            </w:r>
          </w:p>
        </w:tc>
        <w:tc>
          <w:tcPr>
            <w:tcW w:w="2254" w:type="dxa"/>
          </w:tcPr>
          <w:p w14:paraId="0D4865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73375D0F" w14:textId="77777777" w:rsidR="00501161" w:rsidRDefault="00501161">
      <w:pPr>
        <w:spacing w:after="40"/>
      </w:pPr>
    </w:p>
    <w:p w14:paraId="2DF9ED01" w14:textId="77777777" w:rsidR="00501161" w:rsidRDefault="00C637DA">
      <w:r>
        <w:rPr>
          <w:color w:val="555555"/>
          <w:sz w:val="26"/>
          <w:szCs w:val="26"/>
        </w:rPr>
        <w:t>สูตร: ทำงานเมื่อสัตว์อสูรปิดจ๊อบ (ไม่ทำงานกับบอส)</w:t>
      </w:r>
    </w:p>
    <w:p w14:paraId="68061035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Synergy </w:t>
      </w:r>
      <w:r>
        <w:t>กับระบบ Survival</w:t>
      </w:r>
    </w:p>
    <w:p w14:paraId="4BA8C115" w14:textId="77777777" w:rsidR="00501161" w:rsidRDefault="00C637DA">
      <w:pPr>
        <w:ind w:firstLine="720"/>
      </w:pPr>
      <w:r>
        <w:rPr>
          <w:b/>
          <w:bCs/>
        </w:rPr>
        <w:t xml:space="preserve">10. </w:t>
      </w:r>
      <w:r>
        <w:rPr>
          <w:b/>
          <w:bCs/>
        </w:rPr>
        <w:t>เลือดหิมพานต์ (Himmaphan Blood)</w:t>
      </w:r>
      <w:r>
        <w:t xml:space="preserve"> — Passive · Tier 3 · </w:t>
      </w:r>
      <w:r>
        <w:t>เป้าหมาย: - · Prerequisite: -</w:t>
      </w:r>
    </w:p>
    <w:p w14:paraId="240417D3" w14:textId="77777777" w:rsidR="00501161" w:rsidRDefault="00C637DA">
      <w:pPr>
        <w:ind w:firstLine="720"/>
      </w:pPr>
      <w:r>
        <w:t>เลือดสัตว์หิมพานต์ เมื่อ HP ต่ำกว่า 50% ฟื้น HP ทุกเทิร์น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75"/>
        <w:gridCol w:w="3863"/>
        <w:gridCol w:w="2575"/>
      </w:tblGrid>
      <w:tr w:rsidR="00501161" w14:paraId="1F2FABCB" w14:textId="77777777">
        <w:trPr>
          <w:tblHeader/>
          <w:jc w:val="center"/>
        </w:trPr>
        <w:tc>
          <w:tcPr>
            <w:tcW w:w="2575" w:type="dxa"/>
            <w:shd w:val="clear" w:color="auto" w:fill="F2F2F2"/>
          </w:tcPr>
          <w:p w14:paraId="4C12C14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863" w:type="dxa"/>
            <w:shd w:val="clear" w:color="auto" w:fill="F2F2F2"/>
          </w:tcPr>
          <w:p w14:paraId="068DD9E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Regen </w:t>
            </w:r>
            <w:r>
              <w:rPr>
                <w:b/>
                <w:bCs/>
                <w:sz w:val="28"/>
                <w:szCs w:val="28"/>
              </w:rPr>
              <w:t>ต่อเทิร์น</w:t>
            </w:r>
          </w:p>
        </w:tc>
        <w:tc>
          <w:tcPr>
            <w:tcW w:w="2575" w:type="dxa"/>
            <w:shd w:val="clear" w:color="auto" w:fill="F2F2F2"/>
          </w:tcPr>
          <w:p w14:paraId="0AEC1D6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13DE5B6F" w14:textId="77777777">
        <w:trPr>
          <w:jc w:val="center"/>
        </w:trPr>
        <w:tc>
          <w:tcPr>
            <w:tcW w:w="2575" w:type="dxa"/>
          </w:tcPr>
          <w:p w14:paraId="02DE3B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63" w:type="dxa"/>
          </w:tcPr>
          <w:p w14:paraId="22ACC6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1%</w:t>
            </w:r>
          </w:p>
        </w:tc>
        <w:tc>
          <w:tcPr>
            <w:tcW w:w="2575" w:type="dxa"/>
          </w:tcPr>
          <w:p w14:paraId="5943AA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4DB34D2" w14:textId="77777777">
        <w:trPr>
          <w:jc w:val="center"/>
        </w:trPr>
        <w:tc>
          <w:tcPr>
            <w:tcW w:w="2575" w:type="dxa"/>
          </w:tcPr>
          <w:p w14:paraId="54666E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63" w:type="dxa"/>
          </w:tcPr>
          <w:p w14:paraId="789A4E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2%</w:t>
            </w:r>
          </w:p>
        </w:tc>
        <w:tc>
          <w:tcPr>
            <w:tcW w:w="2575" w:type="dxa"/>
          </w:tcPr>
          <w:p w14:paraId="52B355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D2A4F0D" w14:textId="77777777">
        <w:trPr>
          <w:jc w:val="center"/>
        </w:trPr>
        <w:tc>
          <w:tcPr>
            <w:tcW w:w="2575" w:type="dxa"/>
          </w:tcPr>
          <w:p w14:paraId="288646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63" w:type="dxa"/>
          </w:tcPr>
          <w:p w14:paraId="4252A5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2%</w:t>
            </w:r>
          </w:p>
        </w:tc>
        <w:tc>
          <w:tcPr>
            <w:tcW w:w="2575" w:type="dxa"/>
          </w:tcPr>
          <w:p w14:paraId="7793D3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F41CF37" w14:textId="77777777">
        <w:trPr>
          <w:jc w:val="center"/>
        </w:trPr>
        <w:tc>
          <w:tcPr>
            <w:tcW w:w="2575" w:type="dxa"/>
          </w:tcPr>
          <w:p w14:paraId="5B27B3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63" w:type="dxa"/>
          </w:tcPr>
          <w:p w14:paraId="1D14EF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3%</w:t>
            </w:r>
          </w:p>
        </w:tc>
        <w:tc>
          <w:tcPr>
            <w:tcW w:w="2575" w:type="dxa"/>
          </w:tcPr>
          <w:p w14:paraId="47414D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7DFE951" w14:textId="77777777">
        <w:trPr>
          <w:jc w:val="center"/>
        </w:trPr>
        <w:tc>
          <w:tcPr>
            <w:tcW w:w="2575" w:type="dxa"/>
          </w:tcPr>
          <w:p w14:paraId="0AB730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63" w:type="dxa"/>
          </w:tcPr>
          <w:p w14:paraId="30BBFA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4%</w:t>
            </w:r>
          </w:p>
        </w:tc>
        <w:tc>
          <w:tcPr>
            <w:tcW w:w="2575" w:type="dxa"/>
          </w:tcPr>
          <w:p w14:paraId="3677AA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933F916" w14:textId="77777777">
        <w:trPr>
          <w:jc w:val="center"/>
        </w:trPr>
        <w:tc>
          <w:tcPr>
            <w:tcW w:w="2575" w:type="dxa"/>
          </w:tcPr>
          <w:p w14:paraId="54068B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63" w:type="dxa"/>
          </w:tcPr>
          <w:p w14:paraId="1A1F23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4%</w:t>
            </w:r>
          </w:p>
        </w:tc>
        <w:tc>
          <w:tcPr>
            <w:tcW w:w="2575" w:type="dxa"/>
          </w:tcPr>
          <w:p w14:paraId="37ADFF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62E17370" w14:textId="77777777">
        <w:trPr>
          <w:jc w:val="center"/>
        </w:trPr>
        <w:tc>
          <w:tcPr>
            <w:tcW w:w="2575" w:type="dxa"/>
          </w:tcPr>
          <w:p w14:paraId="49E78C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63" w:type="dxa"/>
          </w:tcPr>
          <w:p w14:paraId="530C67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5%</w:t>
            </w:r>
          </w:p>
        </w:tc>
        <w:tc>
          <w:tcPr>
            <w:tcW w:w="2575" w:type="dxa"/>
          </w:tcPr>
          <w:p w14:paraId="1DEB31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FA7D147" w14:textId="77777777">
        <w:trPr>
          <w:jc w:val="center"/>
        </w:trPr>
        <w:tc>
          <w:tcPr>
            <w:tcW w:w="2575" w:type="dxa"/>
          </w:tcPr>
          <w:p w14:paraId="7E1668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63" w:type="dxa"/>
          </w:tcPr>
          <w:p w14:paraId="3CC152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6%</w:t>
            </w:r>
          </w:p>
        </w:tc>
        <w:tc>
          <w:tcPr>
            <w:tcW w:w="2575" w:type="dxa"/>
          </w:tcPr>
          <w:p w14:paraId="5F9559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11F716F9" w14:textId="77777777">
        <w:trPr>
          <w:jc w:val="center"/>
        </w:trPr>
        <w:tc>
          <w:tcPr>
            <w:tcW w:w="2575" w:type="dxa"/>
          </w:tcPr>
          <w:p w14:paraId="64149E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863" w:type="dxa"/>
          </w:tcPr>
          <w:p w14:paraId="0610C1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6%</w:t>
            </w:r>
          </w:p>
        </w:tc>
        <w:tc>
          <w:tcPr>
            <w:tcW w:w="2575" w:type="dxa"/>
          </w:tcPr>
          <w:p w14:paraId="4BCCFC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0F919A4" w14:textId="77777777">
        <w:trPr>
          <w:jc w:val="center"/>
        </w:trPr>
        <w:tc>
          <w:tcPr>
            <w:tcW w:w="2575" w:type="dxa"/>
          </w:tcPr>
          <w:p w14:paraId="4F3906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863" w:type="dxa"/>
          </w:tcPr>
          <w:p w14:paraId="59BB57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7%</w:t>
            </w:r>
          </w:p>
        </w:tc>
        <w:tc>
          <w:tcPr>
            <w:tcW w:w="2575" w:type="dxa"/>
          </w:tcPr>
          <w:p w14:paraId="031CBF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6F595D54" w14:textId="77777777" w:rsidR="00501161" w:rsidRDefault="00501161">
      <w:pPr>
        <w:spacing w:after="40"/>
      </w:pPr>
    </w:p>
    <w:p w14:paraId="525E4B8E" w14:textId="77777777" w:rsidR="00501161" w:rsidRDefault="00C637DA">
      <w:r>
        <w:rPr>
          <w:color w:val="555555"/>
          <w:sz w:val="26"/>
          <w:szCs w:val="26"/>
        </w:rPr>
        <w:t>สูตร: Regen = Max HP × %</w:t>
      </w:r>
    </w:p>
    <w:p w14:paraId="068570EA" w14:textId="77777777" w:rsidR="00501161" w:rsidRDefault="00C637DA">
      <w:pPr>
        <w:pStyle w:val="ListBullet"/>
        <w:ind w:left="720"/>
      </w:pPr>
      <w:r>
        <w:rPr>
          <w:b/>
          <w:bCs/>
        </w:rPr>
        <w:t xml:space="preserve">Design </w:t>
      </w:r>
      <w:r>
        <w:rPr>
          <w:b/>
          <w:bCs/>
        </w:rPr>
        <w:t>Note:</w:t>
      </w:r>
      <w:r>
        <w:t xml:space="preserve"> </w:t>
      </w:r>
      <w:r>
        <w:t>เข้าคู่กับโทสะเดือดดาล</w:t>
      </w:r>
    </w:p>
    <w:p w14:paraId="48496AD1" w14:textId="77777777" w:rsidR="00501161" w:rsidRDefault="00C637DA">
      <w:pPr>
        <w:ind w:firstLine="720"/>
      </w:pPr>
      <w:r>
        <w:rPr>
          <w:b/>
          <w:bCs/>
        </w:rPr>
        <w:lastRenderedPageBreak/>
        <w:t xml:space="preserve">11. </w:t>
      </w:r>
      <w:r>
        <w:rPr>
          <w:b/>
          <w:bCs/>
        </w:rPr>
        <w:t>แยกเขี้ยวข่มขวัญ (Baring Fangs)</w:t>
      </w:r>
      <w:r>
        <w:t xml:space="preserve"> — Active · Tier 3 · </w:t>
      </w:r>
      <w:r>
        <w:t>เป้าหมาย: ศัตรู 1 ตัว · Prerequisite: บันลือสีหนาท Rank 3</w:t>
      </w:r>
    </w:p>
    <w:p w14:paraId="4393BB67" w14:textId="77777777" w:rsidR="00501161" w:rsidRDefault="00C637DA">
      <w:pPr>
        <w:ind w:firstLine="720"/>
      </w:pPr>
      <w:r>
        <w:t>แยกเขี้ยวข่ม ศัตรูมีโอกาสหนีออกจากการต่อสู้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08"/>
        <w:gridCol w:w="3199"/>
        <w:gridCol w:w="2908"/>
      </w:tblGrid>
      <w:tr w:rsidR="00501161" w14:paraId="67A824DE" w14:textId="77777777">
        <w:trPr>
          <w:tblHeader/>
          <w:jc w:val="center"/>
        </w:trPr>
        <w:tc>
          <w:tcPr>
            <w:tcW w:w="2908" w:type="dxa"/>
            <w:shd w:val="clear" w:color="auto" w:fill="F2F2F2"/>
          </w:tcPr>
          <w:p w14:paraId="1589325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3199" w:type="dxa"/>
            <w:shd w:val="clear" w:color="auto" w:fill="F2F2F2"/>
          </w:tcPr>
          <w:p w14:paraId="4B5CF7D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Flee Chance</w:t>
            </w:r>
          </w:p>
        </w:tc>
        <w:tc>
          <w:tcPr>
            <w:tcW w:w="2908" w:type="dxa"/>
            <w:shd w:val="clear" w:color="auto" w:fill="F2F2F2"/>
          </w:tcPr>
          <w:p w14:paraId="489DC55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7FB7CBE4" w14:textId="77777777">
        <w:trPr>
          <w:jc w:val="center"/>
        </w:trPr>
        <w:tc>
          <w:tcPr>
            <w:tcW w:w="2908" w:type="dxa"/>
          </w:tcPr>
          <w:p w14:paraId="389B54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3A02DC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15%</w:t>
            </w:r>
          </w:p>
        </w:tc>
        <w:tc>
          <w:tcPr>
            <w:tcW w:w="2908" w:type="dxa"/>
          </w:tcPr>
          <w:p w14:paraId="1AD1DA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797CE2D3" w14:textId="77777777">
        <w:trPr>
          <w:jc w:val="center"/>
        </w:trPr>
        <w:tc>
          <w:tcPr>
            <w:tcW w:w="2908" w:type="dxa"/>
          </w:tcPr>
          <w:p w14:paraId="4915EB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6907E3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19%</w:t>
            </w:r>
          </w:p>
        </w:tc>
        <w:tc>
          <w:tcPr>
            <w:tcW w:w="2908" w:type="dxa"/>
          </w:tcPr>
          <w:p w14:paraId="6EA98C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2E0F753C" w14:textId="77777777">
        <w:trPr>
          <w:jc w:val="center"/>
        </w:trPr>
        <w:tc>
          <w:tcPr>
            <w:tcW w:w="2908" w:type="dxa"/>
          </w:tcPr>
          <w:p w14:paraId="47169F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49F2E7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24%</w:t>
            </w:r>
          </w:p>
        </w:tc>
        <w:tc>
          <w:tcPr>
            <w:tcW w:w="2908" w:type="dxa"/>
          </w:tcPr>
          <w:p w14:paraId="069570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12BB5C85" w14:textId="77777777">
        <w:trPr>
          <w:jc w:val="center"/>
        </w:trPr>
        <w:tc>
          <w:tcPr>
            <w:tcW w:w="2908" w:type="dxa"/>
          </w:tcPr>
          <w:p w14:paraId="22114B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0C9C6C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28%</w:t>
            </w:r>
          </w:p>
        </w:tc>
        <w:tc>
          <w:tcPr>
            <w:tcW w:w="2908" w:type="dxa"/>
          </w:tcPr>
          <w:p w14:paraId="680494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5EDD97C5" w14:textId="77777777">
        <w:trPr>
          <w:jc w:val="center"/>
        </w:trPr>
        <w:tc>
          <w:tcPr>
            <w:tcW w:w="2908" w:type="dxa"/>
          </w:tcPr>
          <w:p w14:paraId="38D913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7ACA8C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33%</w:t>
            </w:r>
          </w:p>
        </w:tc>
        <w:tc>
          <w:tcPr>
            <w:tcW w:w="2908" w:type="dxa"/>
          </w:tcPr>
          <w:p w14:paraId="478546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651A7D29" w14:textId="77777777">
        <w:trPr>
          <w:jc w:val="center"/>
        </w:trPr>
        <w:tc>
          <w:tcPr>
            <w:tcW w:w="2908" w:type="dxa"/>
          </w:tcPr>
          <w:p w14:paraId="761457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055E67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37%</w:t>
            </w:r>
          </w:p>
        </w:tc>
        <w:tc>
          <w:tcPr>
            <w:tcW w:w="2908" w:type="dxa"/>
          </w:tcPr>
          <w:p w14:paraId="11C59C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38790878" w14:textId="77777777">
        <w:trPr>
          <w:jc w:val="center"/>
        </w:trPr>
        <w:tc>
          <w:tcPr>
            <w:tcW w:w="2908" w:type="dxa"/>
          </w:tcPr>
          <w:p w14:paraId="444075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77F4D0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42%</w:t>
            </w:r>
          </w:p>
        </w:tc>
        <w:tc>
          <w:tcPr>
            <w:tcW w:w="2908" w:type="dxa"/>
          </w:tcPr>
          <w:p w14:paraId="05F58E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735F88BD" w14:textId="77777777">
        <w:trPr>
          <w:jc w:val="center"/>
        </w:trPr>
        <w:tc>
          <w:tcPr>
            <w:tcW w:w="2908" w:type="dxa"/>
          </w:tcPr>
          <w:p w14:paraId="1646AC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30519A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46%</w:t>
            </w:r>
          </w:p>
        </w:tc>
        <w:tc>
          <w:tcPr>
            <w:tcW w:w="2908" w:type="dxa"/>
          </w:tcPr>
          <w:p w14:paraId="459B56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71CCA2F7" w14:textId="77777777">
        <w:trPr>
          <w:jc w:val="center"/>
        </w:trPr>
        <w:tc>
          <w:tcPr>
            <w:tcW w:w="2908" w:type="dxa"/>
          </w:tcPr>
          <w:p w14:paraId="330DA6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2DBB85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51%</w:t>
            </w:r>
          </w:p>
        </w:tc>
        <w:tc>
          <w:tcPr>
            <w:tcW w:w="2908" w:type="dxa"/>
          </w:tcPr>
          <w:p w14:paraId="0DEA55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24A2A660" w14:textId="77777777">
        <w:trPr>
          <w:jc w:val="center"/>
        </w:trPr>
        <w:tc>
          <w:tcPr>
            <w:tcW w:w="2908" w:type="dxa"/>
          </w:tcPr>
          <w:p w14:paraId="5294CB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99" w:type="dxa"/>
          </w:tcPr>
          <w:p w14:paraId="31416B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55%</w:t>
            </w:r>
          </w:p>
        </w:tc>
        <w:tc>
          <w:tcPr>
            <w:tcW w:w="2908" w:type="dxa"/>
          </w:tcPr>
          <w:p w14:paraId="35D76D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</w:tbl>
    <w:p w14:paraId="0ED57E34" w14:textId="77777777" w:rsidR="00501161" w:rsidRDefault="00501161">
      <w:pPr>
        <w:spacing w:after="40"/>
      </w:pPr>
    </w:p>
    <w:p w14:paraId="2F5755C0" w14:textId="77777777" w:rsidR="00501161" w:rsidRDefault="00C637DA">
      <w:r>
        <w:rPr>
          <w:color w:val="555555"/>
          <w:sz w:val="26"/>
          <w:szCs w:val="26"/>
        </w:rPr>
        <w:t>สูตร: ศัตรูที่หนีให้ EXP 50% ไม่มีดรอป · ใช้กับบอส/สัตว์ชั้นสูงไม่ได้</w:t>
      </w:r>
    </w:p>
    <w:p w14:paraId="44817DD1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ประหยัดเวลาและ HP กับไฟต์ที่ไม่คุ้ม</w:t>
      </w:r>
    </w:p>
    <w:p w14:paraId="36C49750" w14:textId="77777777" w:rsidR="00501161" w:rsidRDefault="00C637DA">
      <w:pPr>
        <w:ind w:firstLine="720"/>
      </w:pPr>
      <w:r>
        <w:rPr>
          <w:b/>
          <w:bCs/>
        </w:rPr>
        <w:t xml:space="preserve">12. </w:t>
      </w:r>
      <w:r>
        <w:rPr>
          <w:b/>
          <w:bCs/>
        </w:rPr>
        <w:t>คืนร่างแท้ (True Form)</w:t>
      </w:r>
      <w:r>
        <w:t xml:space="preserve"> — Ultimate · Ultimate · </w:t>
      </w:r>
      <w:r>
        <w:t>เป้าหมาย: ตัวเอง · Prerequisite: Lv40 + กระหน่ำอสุรา Rank 10</w:t>
      </w:r>
    </w:p>
    <w:p w14:paraId="2EEDB07B" w14:textId="77777777" w:rsidR="00501161" w:rsidRDefault="00C637DA">
      <w:pPr>
        <w:ind w:firstLine="720"/>
      </w:pPr>
      <w:r>
        <w:t>คืนร่างแท้แห่งหิมพานต์ STR เพิ่มมหาศาล กัน Stun/Sleep แต่ใช้ Item และ Defense ไม่ได้ และ Bloodline Passive แรงขึ้น 2 เท่า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01161" w14:paraId="6D07286B" w14:textId="77777777">
        <w:trPr>
          <w:tblHeader/>
          <w:jc w:val="center"/>
        </w:trPr>
        <w:tc>
          <w:tcPr>
            <w:tcW w:w="2254" w:type="dxa"/>
            <w:shd w:val="clear" w:color="auto" w:fill="F2F2F2"/>
          </w:tcPr>
          <w:p w14:paraId="6F981F0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Rank</w:t>
            </w:r>
          </w:p>
        </w:tc>
        <w:tc>
          <w:tcPr>
            <w:tcW w:w="2254" w:type="dxa"/>
            <w:shd w:val="clear" w:color="auto" w:fill="F2F2F2"/>
          </w:tcPr>
          <w:p w14:paraId="39EBEA5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STR Bonus</w:t>
            </w:r>
          </w:p>
        </w:tc>
        <w:tc>
          <w:tcPr>
            <w:tcW w:w="2254" w:type="dxa"/>
            <w:shd w:val="clear" w:color="auto" w:fill="F2F2F2"/>
          </w:tcPr>
          <w:p w14:paraId="2A89396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2254" w:type="dxa"/>
            <w:shd w:val="clear" w:color="auto" w:fill="F2F2F2"/>
          </w:tcPr>
          <w:p w14:paraId="6D6C410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MP</w:t>
            </w:r>
          </w:p>
        </w:tc>
      </w:tr>
      <w:tr w:rsidR="00501161" w14:paraId="35646DE3" w14:textId="77777777">
        <w:trPr>
          <w:jc w:val="center"/>
        </w:trPr>
        <w:tc>
          <w:tcPr>
            <w:tcW w:w="2254" w:type="dxa"/>
          </w:tcPr>
          <w:p w14:paraId="46A675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54" w:type="dxa"/>
          </w:tcPr>
          <w:p w14:paraId="7AF0C7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+30%</w:t>
            </w:r>
          </w:p>
        </w:tc>
        <w:tc>
          <w:tcPr>
            <w:tcW w:w="2254" w:type="dxa"/>
          </w:tcPr>
          <w:p w14:paraId="022250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796867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</w:t>
            </w:r>
          </w:p>
        </w:tc>
      </w:tr>
      <w:tr w:rsidR="00501161" w14:paraId="16D9EE81" w14:textId="77777777">
        <w:trPr>
          <w:jc w:val="center"/>
        </w:trPr>
        <w:tc>
          <w:tcPr>
            <w:tcW w:w="2254" w:type="dxa"/>
          </w:tcPr>
          <w:p w14:paraId="68D872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14:paraId="52B385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+45%</w:t>
            </w:r>
          </w:p>
        </w:tc>
        <w:tc>
          <w:tcPr>
            <w:tcW w:w="2254" w:type="dxa"/>
          </w:tcPr>
          <w:p w14:paraId="4C0329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306B13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</w:t>
            </w:r>
          </w:p>
        </w:tc>
      </w:tr>
      <w:tr w:rsidR="00501161" w14:paraId="3045604A" w14:textId="77777777">
        <w:trPr>
          <w:jc w:val="center"/>
        </w:trPr>
        <w:tc>
          <w:tcPr>
            <w:tcW w:w="2254" w:type="dxa"/>
          </w:tcPr>
          <w:p w14:paraId="419F7C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54" w:type="dxa"/>
          </w:tcPr>
          <w:p w14:paraId="1E6585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+60%</w:t>
            </w:r>
          </w:p>
        </w:tc>
        <w:tc>
          <w:tcPr>
            <w:tcW w:w="2254" w:type="dxa"/>
          </w:tcPr>
          <w:p w14:paraId="37B727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254" w:type="dxa"/>
          </w:tcPr>
          <w:p w14:paraId="0875F5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</w:tr>
    </w:tbl>
    <w:p w14:paraId="708BB572" w14:textId="77777777" w:rsidR="00501161" w:rsidRDefault="00501161">
      <w:pPr>
        <w:spacing w:after="40"/>
      </w:pPr>
    </w:p>
    <w:p w14:paraId="3ABCC9F4" w14:textId="77777777" w:rsidR="00501161" w:rsidRDefault="00C637DA">
      <w:r>
        <w:rPr>
          <w:color w:val="555555"/>
          <w:sz w:val="26"/>
          <w:szCs w:val="26"/>
        </w:rPr>
        <w:t>สูตร: STR × (1 + Bonus)</w:t>
      </w:r>
    </w:p>
    <w:p w14:paraId="779C7313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Bloodline ×2 </w:t>
      </w:r>
      <w:r>
        <w:t>ทำให้สัตว์อสูรต่างเผ่าเล่น Ultimate ไม่เหมือนกัน</w:t>
      </w:r>
    </w:p>
    <w:p w14:paraId="47F78D26" w14:textId="77777777" w:rsidR="00501161" w:rsidRDefault="00C637DA">
      <w:pPr>
        <w:pStyle w:val="Heading4"/>
      </w:pPr>
      <w:r>
        <w:t>Bloodline Passive</w:t>
      </w:r>
    </w:p>
    <w:p w14:paraId="7EEEBE59" w14:textId="77777777" w:rsidR="00501161" w:rsidRDefault="00C637DA">
      <w:pPr>
        <w:ind w:firstLine="720"/>
      </w:pPr>
      <w:r>
        <w:t xml:space="preserve">สัตว์อสูรทุกตัวมี Bloodline ตามเผ่าพันธุ์ติดมาตั้งแต่จ้าง ไม่ใช้ SP </w:t>
      </w:r>
      <w:r>
        <w:t>เมื่อจ้างที่ทำเนียบอาสาจะสุ่ม 1 ใน 6 เผ่าพันธุ์ (โอกาสเท่ากัน) และผู้เล่นจะเห็นเผ่าพันธุ์ก่อนจ่ายเงิน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80"/>
        <w:gridCol w:w="5465"/>
        <w:gridCol w:w="2170"/>
      </w:tblGrid>
      <w:tr w:rsidR="00501161" w14:paraId="61476530" w14:textId="77777777">
        <w:trPr>
          <w:tblHeader/>
          <w:jc w:val="center"/>
        </w:trPr>
        <w:tc>
          <w:tcPr>
            <w:tcW w:w="1380" w:type="dxa"/>
            <w:shd w:val="clear" w:color="auto" w:fill="F2F2F2"/>
          </w:tcPr>
          <w:p w14:paraId="28094A7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เผ่าพันธุ์</w:t>
            </w:r>
          </w:p>
        </w:tc>
        <w:tc>
          <w:tcPr>
            <w:tcW w:w="5465" w:type="dxa"/>
            <w:shd w:val="clear" w:color="auto" w:fill="F2F2F2"/>
          </w:tcPr>
          <w:p w14:paraId="077B04C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Passive</w:t>
            </w:r>
          </w:p>
        </w:tc>
        <w:tc>
          <w:tcPr>
            <w:tcW w:w="2170" w:type="dxa"/>
            <w:shd w:val="clear" w:color="auto" w:fill="F2F2F2"/>
          </w:tcPr>
          <w:p w14:paraId="1572698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บทบาท</w:t>
            </w:r>
          </w:p>
        </w:tc>
      </w:tr>
      <w:tr w:rsidR="00501161" w14:paraId="082AC17D" w14:textId="77777777">
        <w:trPr>
          <w:jc w:val="center"/>
        </w:trPr>
        <w:tc>
          <w:tcPr>
            <w:tcW w:w="1380" w:type="dxa"/>
          </w:tcPr>
          <w:p w14:paraId="0B01DA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ราชสีห์</w:t>
            </w:r>
          </w:p>
        </w:tc>
        <w:tc>
          <w:tcPr>
            <w:tcW w:w="5465" w:type="dxa"/>
          </w:tcPr>
          <w:p w14:paraId="6115EE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ดาเมจ +15% เมื่อ HP มากกว่า 50%</w:t>
            </w:r>
          </w:p>
        </w:tc>
        <w:tc>
          <w:tcPr>
            <w:tcW w:w="2170" w:type="dxa"/>
          </w:tcPr>
          <w:p w14:paraId="215D02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ตัวโจมตีที่ต้องการฮีลเลี้ยง</w:t>
            </w:r>
          </w:p>
        </w:tc>
      </w:tr>
      <w:tr w:rsidR="00501161" w14:paraId="34009293" w14:textId="77777777">
        <w:trPr>
          <w:jc w:val="center"/>
        </w:trPr>
        <w:tc>
          <w:tcPr>
            <w:tcW w:w="1380" w:type="dxa"/>
          </w:tcPr>
          <w:p w14:paraId="6B4D93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ครุฑ</w:t>
            </w:r>
          </w:p>
        </w:tc>
        <w:tc>
          <w:tcPr>
            <w:tcW w:w="5465" w:type="dxa"/>
          </w:tcPr>
          <w:p w14:paraId="1A1328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AGI +15% </w:t>
            </w:r>
            <w:r>
              <w:rPr>
                <w:sz w:val="28"/>
                <w:szCs w:val="28"/>
              </w:rPr>
              <w:t xml:space="preserve">และโอกาส 50% </w:t>
            </w:r>
            <w:r>
              <w:rPr>
                <w:sz w:val="28"/>
                <w:szCs w:val="28"/>
              </w:rPr>
              <w:t>ได้ลงมือก่อนศัตรูทุกตัวในเทิร์นแรก</w:t>
            </w:r>
          </w:p>
        </w:tc>
        <w:tc>
          <w:tcPr>
            <w:tcW w:w="2170" w:type="dxa"/>
          </w:tcPr>
          <w:p w14:paraId="6C0918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เปิดไฟต์เร็ว</w:t>
            </w:r>
          </w:p>
        </w:tc>
      </w:tr>
      <w:tr w:rsidR="00501161" w14:paraId="21E71CE2" w14:textId="77777777">
        <w:trPr>
          <w:jc w:val="center"/>
        </w:trPr>
        <w:tc>
          <w:tcPr>
            <w:tcW w:w="1380" w:type="dxa"/>
          </w:tcPr>
          <w:p w14:paraId="1503DC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นาค</w:t>
            </w:r>
          </w:p>
        </w:tc>
        <w:tc>
          <w:tcPr>
            <w:tcW w:w="5465" w:type="dxa"/>
          </w:tcPr>
          <w:p w14:paraId="503C94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กัน Poison และโอกาส 25% ใส่ Poison ศัตรูที่ตีโดนตัวเอง</w:t>
            </w:r>
          </w:p>
        </w:tc>
        <w:tc>
          <w:tcPr>
            <w:tcW w:w="2170" w:type="dxa"/>
          </w:tcPr>
          <w:p w14:paraId="3F079B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แท็งก์สายพิษ</w:t>
            </w:r>
          </w:p>
        </w:tc>
      </w:tr>
      <w:tr w:rsidR="00501161" w14:paraId="0A18EA42" w14:textId="77777777">
        <w:trPr>
          <w:jc w:val="center"/>
        </w:trPr>
        <w:tc>
          <w:tcPr>
            <w:tcW w:w="1380" w:type="dxa"/>
          </w:tcPr>
          <w:p w14:paraId="3A4BC7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กินรี</w:t>
            </w:r>
          </w:p>
        </w:tc>
        <w:tc>
          <w:tcPr>
            <w:tcW w:w="5465" w:type="dxa"/>
          </w:tcPr>
          <w:p w14:paraId="083017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เมื่อปิดจ๊อบศัตรู ฮีลปาร์ตี้ 5% Max HP</w:t>
            </w:r>
          </w:p>
        </w:tc>
        <w:tc>
          <w:tcPr>
            <w:tcW w:w="2170" w:type="dxa"/>
          </w:tcPr>
          <w:p w14:paraId="37FD43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ซัพพอร์ตแอบแฝง</w:t>
            </w:r>
          </w:p>
        </w:tc>
      </w:tr>
      <w:tr w:rsidR="00501161" w14:paraId="33C25023" w14:textId="77777777">
        <w:trPr>
          <w:jc w:val="center"/>
        </w:trPr>
        <w:tc>
          <w:tcPr>
            <w:tcW w:w="1380" w:type="dxa"/>
          </w:tcPr>
          <w:p w14:paraId="78DFAD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ม้าอาชาไนย</w:t>
            </w:r>
          </w:p>
        </w:tc>
        <w:tc>
          <w:tcPr>
            <w:tcW w:w="5465" w:type="dxa"/>
          </w:tcPr>
          <w:p w14:paraId="3805A6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ลด Hunger ปาร์ตี้ 15% ขณะอยู่ในปาร์ตี้ (รวมกับย่องตามรอย สูงสุ</w:t>
            </w:r>
            <w:r>
              <w:rPr>
                <w:sz w:val="28"/>
                <w:szCs w:val="28"/>
              </w:rPr>
              <w:t>ด 60%)</w:t>
            </w:r>
          </w:p>
        </w:tc>
        <w:tc>
          <w:tcPr>
            <w:tcW w:w="2170" w:type="dxa"/>
          </w:tcPr>
          <w:p w14:paraId="4BD7E0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สายเดินทางไกล</w:t>
            </w:r>
          </w:p>
        </w:tc>
      </w:tr>
      <w:tr w:rsidR="00501161" w14:paraId="0B996970" w14:textId="77777777">
        <w:trPr>
          <w:jc w:val="center"/>
        </w:trPr>
        <w:tc>
          <w:tcPr>
            <w:tcW w:w="1380" w:type="dxa"/>
          </w:tcPr>
          <w:p w14:paraId="40892F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คชสาร</w:t>
            </w:r>
          </w:p>
        </w:tc>
        <w:tc>
          <w:tcPr>
            <w:tcW w:w="5465" w:type="dxa"/>
          </w:tcPr>
          <w:p w14:paraId="69F3D5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Max HP +15% </w:t>
            </w:r>
            <w:r>
              <w:rPr>
                <w:sz w:val="28"/>
                <w:szCs w:val="28"/>
              </w:rPr>
              <w:t>และกัน Stun</w:t>
            </w:r>
          </w:p>
        </w:tc>
        <w:tc>
          <w:tcPr>
            <w:tcW w:w="2170" w:type="dxa"/>
          </w:tcPr>
          <w:p w14:paraId="4A431C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แท็งก์บริสุทธิ์</w:t>
            </w:r>
          </w:p>
        </w:tc>
      </w:tr>
    </w:tbl>
    <w:p w14:paraId="176EA151" w14:textId="77777777" w:rsidR="00501161" w:rsidRDefault="00501161">
      <w:pPr>
        <w:spacing w:after="40"/>
      </w:pPr>
    </w:p>
    <w:p w14:paraId="0A2F59AD" w14:textId="77777777" w:rsidR="00501161" w:rsidRDefault="00C637DA">
      <w:pPr>
        <w:pStyle w:val="Heading2"/>
      </w:pPr>
      <w:bookmarkStart w:id="23" w:name="_Toc243336693"/>
      <w:r>
        <w:t>4.8 Build Analysis (</w:t>
      </w:r>
      <w:r>
        <w:t>ตัวอย่างบิลด์ที่ Lv30, SP 32 แต้ม)</w:t>
      </w:r>
      <w:bookmarkEnd w:id="23"/>
    </w:p>
    <w:p w14:paraId="558FECA1" w14:textId="77777777" w:rsidR="00501161" w:rsidRDefault="00C637DA">
      <w:pPr>
        <w:ind w:firstLine="720"/>
      </w:pPr>
      <w:r>
        <w:t xml:space="preserve">Lv30 </w:t>
      </w:r>
      <w:r>
        <w:t>มี SP 32 แต้ม (3 + 29) จาก Skill Tree ทั้งหมด 113 แต้ม = อัพได้ประมาณ 28% ของ Tree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8"/>
        <w:gridCol w:w="928"/>
        <w:gridCol w:w="3674"/>
        <w:gridCol w:w="928"/>
        <w:gridCol w:w="2556"/>
      </w:tblGrid>
      <w:tr w:rsidR="00501161" w14:paraId="50ED5B6F" w14:textId="77777777">
        <w:trPr>
          <w:tblHeader/>
          <w:jc w:val="center"/>
        </w:trPr>
        <w:tc>
          <w:tcPr>
            <w:tcW w:w="928" w:type="dxa"/>
            <w:shd w:val="clear" w:color="auto" w:fill="F2F2F2"/>
          </w:tcPr>
          <w:p w14:paraId="0D75D1D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อาชีพ</w:t>
            </w:r>
          </w:p>
        </w:tc>
        <w:tc>
          <w:tcPr>
            <w:tcW w:w="928" w:type="dxa"/>
            <w:shd w:val="clear" w:color="auto" w:fill="F2F2F2"/>
          </w:tcPr>
          <w:p w14:paraId="7BFF76B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บิลด์</w:t>
            </w:r>
          </w:p>
        </w:tc>
        <w:tc>
          <w:tcPr>
            <w:tcW w:w="3674" w:type="dxa"/>
            <w:shd w:val="clear" w:color="auto" w:fill="F2F2F2"/>
          </w:tcPr>
          <w:p w14:paraId="127A86B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สกิล (Rank)</w:t>
            </w:r>
          </w:p>
        </w:tc>
        <w:tc>
          <w:tcPr>
            <w:tcW w:w="928" w:type="dxa"/>
            <w:shd w:val="clear" w:color="auto" w:fill="F2F2F2"/>
          </w:tcPr>
          <w:p w14:paraId="018E65A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SP</w:t>
            </w:r>
          </w:p>
        </w:tc>
        <w:tc>
          <w:tcPr>
            <w:tcW w:w="2556" w:type="dxa"/>
            <w:shd w:val="clear" w:color="auto" w:fill="F2F2F2"/>
          </w:tcPr>
          <w:p w14:paraId="4EDEB5B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จุดแข็ง / </w:t>
            </w:r>
            <w:r>
              <w:rPr>
                <w:b/>
                <w:bCs/>
                <w:sz w:val="28"/>
                <w:szCs w:val="28"/>
              </w:rPr>
              <w:t>จุดอ่อน</w:t>
            </w:r>
          </w:p>
        </w:tc>
      </w:tr>
      <w:tr w:rsidR="00501161" w14:paraId="7B3CF1E8" w14:textId="77777777">
        <w:trPr>
          <w:jc w:val="center"/>
        </w:trPr>
        <w:tc>
          <w:tcPr>
            <w:tcW w:w="928" w:type="dxa"/>
          </w:tcPr>
          <w:p w14:paraId="3CD99A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</w:t>
            </w:r>
          </w:p>
        </w:tc>
        <w:tc>
          <w:tcPr>
            <w:tcW w:w="928" w:type="dxa"/>
          </w:tcPr>
          <w:p w14:paraId="030CC1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แท็งก์</w:t>
            </w:r>
          </w:p>
        </w:tc>
        <w:tc>
          <w:tcPr>
            <w:tcW w:w="3674" w:type="dxa"/>
          </w:tcPr>
          <w:p w14:paraId="1B6008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ท้าทัพ 10, ตั้งดั้งพิทักษ์ 10, ดั้งบังภัย 6, กายคงกระพัน 6</w:t>
            </w:r>
          </w:p>
        </w:tc>
        <w:tc>
          <w:tcPr>
            <w:tcW w:w="928" w:type="dxa"/>
          </w:tcPr>
          <w:p w14:paraId="4E2C4D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556" w:type="dxa"/>
          </w:tcPr>
          <w:p w14:paraId="149A37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ตายยากมาก / ดาเมจต่ำ</w:t>
            </w:r>
          </w:p>
        </w:tc>
      </w:tr>
      <w:tr w:rsidR="00501161" w14:paraId="2566BC1D" w14:textId="77777777">
        <w:trPr>
          <w:jc w:val="center"/>
        </w:trPr>
        <w:tc>
          <w:tcPr>
            <w:tcW w:w="928" w:type="dxa"/>
          </w:tcPr>
          <w:p w14:paraId="6C195B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</w:t>
            </w:r>
          </w:p>
        </w:tc>
        <w:tc>
          <w:tcPr>
            <w:tcW w:w="928" w:type="dxa"/>
          </w:tcPr>
          <w:p w14:paraId="23DBE2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ดาบลงยันต์</w:t>
            </w:r>
          </w:p>
        </w:tc>
        <w:tc>
          <w:tcPr>
            <w:tcW w:w="3674" w:type="dxa"/>
          </w:tcPr>
          <w:p w14:paraId="4589AA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ไม้จ้วงฟัน 10, ดาบลงยันต์ 10, ชำนาญเพลงดาบ 8, ท้าทัพ 4</w:t>
            </w:r>
          </w:p>
        </w:tc>
        <w:tc>
          <w:tcPr>
            <w:tcW w:w="928" w:type="dxa"/>
          </w:tcPr>
          <w:p w14:paraId="4D56B2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556" w:type="dxa"/>
          </w:tcPr>
          <w:p w14:paraId="11F956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ตีจุดอ่อนแรง / รับดาเมจแทนทีมได้น้อย</w:t>
            </w:r>
          </w:p>
        </w:tc>
      </w:tr>
      <w:tr w:rsidR="00501161" w14:paraId="5B4938E3" w14:textId="77777777">
        <w:trPr>
          <w:jc w:val="center"/>
        </w:trPr>
        <w:tc>
          <w:tcPr>
            <w:tcW w:w="928" w:type="dxa"/>
          </w:tcPr>
          <w:p w14:paraId="714B6F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นักมวย</w:t>
            </w:r>
          </w:p>
        </w:tc>
        <w:tc>
          <w:tcPr>
            <w:tcW w:w="928" w:type="dxa"/>
          </w:tcPr>
          <w:p w14:paraId="75FD14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คอมโบ</w:t>
            </w:r>
          </w:p>
        </w:tc>
        <w:tc>
          <w:tcPr>
            <w:tcW w:w="3674" w:type="dxa"/>
          </w:tcPr>
          <w:p w14:paraId="0904EC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สลับฟันปลา 8, </w:t>
            </w:r>
            <w:r>
              <w:rPr>
                <w:sz w:val="28"/>
                <w:szCs w:val="28"/>
              </w:rPr>
              <w:t>หักงวงไอยรา 10, แม่ไม้ครูมวย 8, ไหว้ครูร่ายรำ 6</w:t>
            </w:r>
          </w:p>
        </w:tc>
        <w:tc>
          <w:tcPr>
            <w:tcW w:w="928" w:type="dxa"/>
          </w:tcPr>
          <w:p w14:paraId="1CE8CA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556" w:type="dxa"/>
          </w:tcPr>
          <w:p w14:paraId="29B68C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ดาเมจเดี่ยวสูงเมื่อจังหวะเต็ม / ช่วงเปิดไฟต์อ่อน</w:t>
            </w:r>
          </w:p>
        </w:tc>
      </w:tr>
      <w:tr w:rsidR="00501161" w14:paraId="10270275" w14:textId="77777777">
        <w:trPr>
          <w:jc w:val="center"/>
        </w:trPr>
        <w:tc>
          <w:tcPr>
            <w:tcW w:w="928" w:type="dxa"/>
          </w:tcPr>
          <w:p w14:paraId="23183F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นักมวย</w:t>
            </w:r>
          </w:p>
        </w:tc>
        <w:tc>
          <w:tcPr>
            <w:tcW w:w="928" w:type="dxa"/>
          </w:tcPr>
          <w:p w14:paraId="744F6F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สวนกลับ</w:t>
            </w:r>
          </w:p>
        </w:tc>
        <w:tc>
          <w:tcPr>
            <w:tcW w:w="3674" w:type="dxa"/>
          </w:tcPr>
          <w:p w14:paraId="26827A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ปักษาแหวกรัง 10, ไหว้ครูร่ายรำ 8, ย่างสามขุม 8, มอญยันหลัก 6</w:t>
            </w:r>
          </w:p>
        </w:tc>
        <w:tc>
          <w:tcPr>
            <w:tcW w:w="928" w:type="dxa"/>
          </w:tcPr>
          <w:p w14:paraId="76A064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556" w:type="dxa"/>
          </w:tcPr>
          <w:p w14:paraId="0240EF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แทบไม่โดนตีกายภาพ / แพ้ Caster</w:t>
            </w:r>
          </w:p>
        </w:tc>
      </w:tr>
      <w:tr w:rsidR="00501161" w14:paraId="22CF1D79" w14:textId="77777777">
        <w:trPr>
          <w:jc w:val="center"/>
        </w:trPr>
        <w:tc>
          <w:tcPr>
            <w:tcW w:w="928" w:type="dxa"/>
          </w:tcPr>
          <w:p w14:paraId="4395E9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พราน</w:t>
            </w:r>
          </w:p>
        </w:tc>
        <w:tc>
          <w:tcPr>
            <w:tcW w:w="928" w:type="dxa"/>
          </w:tcPr>
          <w:p w14:paraId="6924BC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เอาตัวรอด</w:t>
            </w:r>
          </w:p>
        </w:tc>
        <w:tc>
          <w:tcPr>
            <w:tcW w:w="3674" w:type="dxa"/>
          </w:tcPr>
          <w:p w14:paraId="41688E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ย่องตามรอย 10, วิชาพรานไพร 10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เล็งศรจุดตาย 6, ศรฝนแสนห่า 6</w:t>
            </w:r>
          </w:p>
        </w:tc>
        <w:tc>
          <w:tcPr>
            <w:tcW w:w="928" w:type="dxa"/>
          </w:tcPr>
          <w:p w14:paraId="63382B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556" w:type="dxa"/>
          </w:tcPr>
          <w:p w14:paraId="7CF01E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เข้าป่านาน ได้ของเยอะ / ดาเมจต่ำ</w:t>
            </w:r>
          </w:p>
        </w:tc>
      </w:tr>
      <w:tr w:rsidR="00501161" w14:paraId="4B76C04D" w14:textId="77777777">
        <w:trPr>
          <w:jc w:val="center"/>
        </w:trPr>
        <w:tc>
          <w:tcPr>
            <w:tcW w:w="928" w:type="dxa"/>
          </w:tcPr>
          <w:p w14:paraId="7EAA5F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</w:t>
            </w:r>
          </w:p>
        </w:tc>
        <w:tc>
          <w:tcPr>
            <w:tcW w:w="928" w:type="dxa"/>
          </w:tcPr>
          <w:p w14:paraId="692F17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ฮีลเลอร์เต็มตัว</w:t>
            </w:r>
          </w:p>
        </w:tc>
        <w:tc>
          <w:tcPr>
            <w:tcW w:w="3674" w:type="dxa"/>
          </w:tcPr>
          <w:p w14:paraId="4EA1EA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ป้อนยาหอม 8, พรมน้ำมนต์ 8, เรียกขวัญ 6, ถอนพิษว่านยา 5, หมอเดินทัพ 5</w:t>
            </w:r>
          </w:p>
        </w:tc>
        <w:tc>
          <w:tcPr>
            <w:tcW w:w="928" w:type="dxa"/>
          </w:tcPr>
          <w:p w14:paraId="34C0CF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556" w:type="dxa"/>
          </w:tcPr>
          <w:p w14:paraId="63E7B7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ทีมรอดสูงสุด / ไม่มีดาเมจเลย</w:t>
            </w:r>
          </w:p>
        </w:tc>
      </w:tr>
      <w:tr w:rsidR="00501161" w14:paraId="396AB9B1" w14:textId="77777777">
        <w:trPr>
          <w:jc w:val="center"/>
        </w:trPr>
        <w:tc>
          <w:tcPr>
            <w:tcW w:w="928" w:type="dxa"/>
          </w:tcPr>
          <w:p w14:paraId="25BC22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จอมขมังเวทย์</w:t>
            </w:r>
          </w:p>
        </w:tc>
        <w:tc>
          <w:tcPr>
            <w:tcW w:w="928" w:type="dxa"/>
          </w:tcPr>
          <w:p w14:paraId="3D9435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</w:t>
            </w:r>
          </w:p>
        </w:tc>
        <w:tc>
          <w:tcPr>
            <w:tcW w:w="3674" w:type="dxa"/>
          </w:tcPr>
          <w:p w14:paraId="79E044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คาถาไฟกาฬ 10, คาถาวารีพิฆาต 8, </w:t>
            </w:r>
            <w:r>
              <w:rPr>
                <w:sz w:val="28"/>
                <w:szCs w:val="28"/>
              </w:rPr>
              <w:t>คาถาวาโยพัด 6, เพ่งกสิณ 4, ตะกรุดโทน 4</w:t>
            </w:r>
          </w:p>
        </w:tc>
        <w:tc>
          <w:tcPr>
            <w:tcW w:w="928" w:type="dxa"/>
          </w:tcPr>
          <w:p w14:paraId="2BB0AC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556" w:type="dxa"/>
          </w:tcPr>
          <w:p w14:paraId="33CC23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ตีจุดอ่อนแรงมาก / MP หมดเร็ว</w:t>
            </w:r>
          </w:p>
        </w:tc>
      </w:tr>
      <w:tr w:rsidR="00501161" w14:paraId="1454A09C" w14:textId="77777777">
        <w:trPr>
          <w:jc w:val="center"/>
        </w:trPr>
        <w:tc>
          <w:tcPr>
            <w:tcW w:w="928" w:type="dxa"/>
          </w:tcPr>
          <w:p w14:paraId="4E6285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</w:t>
            </w:r>
          </w:p>
        </w:tc>
        <w:tc>
          <w:tcPr>
            <w:tcW w:w="928" w:type="dxa"/>
          </w:tcPr>
          <w:p w14:paraId="34B032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ล่า</w:t>
            </w:r>
          </w:p>
        </w:tc>
        <w:tc>
          <w:tcPr>
            <w:tcW w:w="3674" w:type="dxa"/>
          </w:tcPr>
          <w:p w14:paraId="668A04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ตะปบเล็บเพชร 10, กระหน่ำอสุรา 8, กลืนกิน 8, หนังเหนียวอสูร 6</w:t>
            </w:r>
          </w:p>
        </w:tc>
        <w:tc>
          <w:tcPr>
            <w:tcW w:w="928" w:type="dxa"/>
          </w:tcPr>
          <w:p w14:paraId="57E1BB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556" w:type="dxa"/>
          </w:tcPr>
          <w:p w14:paraId="09E43F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ดาเมจกายภาพสูงสุด ประหยัดอาหาร / MP น้อยมาก</w:t>
            </w:r>
          </w:p>
        </w:tc>
      </w:tr>
    </w:tbl>
    <w:p w14:paraId="0DA238F2" w14:textId="77777777" w:rsidR="00501161" w:rsidRDefault="00501161">
      <w:pPr>
        <w:spacing w:after="40"/>
      </w:pPr>
    </w:p>
    <w:p w14:paraId="236F5F34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ไม่มีบิลด์ไหนที่ "ดีที่สุด" ทุกบิลด์ได้อย่างหนึ</w:t>
      </w:r>
      <w:r>
        <w:t>่งเสียอย่างหนึ่ง และ 3 ที่นั่งบังคับให้ผู้เล่นเลือกระหว่างดาเมจ ความทน และการเอาตัวรอดในป่า</w:t>
      </w:r>
    </w:p>
    <w:p w14:paraId="02A405B7" w14:textId="77777777" w:rsidR="00501161" w:rsidRDefault="00C637DA">
      <w:pPr>
        <w:pStyle w:val="Heading2"/>
      </w:pPr>
      <w:bookmarkStart w:id="24" w:name="_Toc243336694"/>
      <w:r>
        <w:t>4.9 Party Composition</w:t>
      </w:r>
      <w:bookmarkEnd w:id="24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45"/>
        <w:gridCol w:w="3957"/>
        <w:gridCol w:w="2712"/>
      </w:tblGrid>
      <w:tr w:rsidR="00501161" w14:paraId="73698223" w14:textId="77777777">
        <w:trPr>
          <w:tblHeader/>
          <w:jc w:val="center"/>
        </w:trPr>
        <w:tc>
          <w:tcPr>
            <w:tcW w:w="2345" w:type="dxa"/>
            <w:shd w:val="clear" w:color="auto" w:fill="F2F2F2"/>
          </w:tcPr>
          <w:p w14:paraId="697BFD5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lastRenderedPageBreak/>
              <w:t>ปาร์ตี้</w:t>
            </w:r>
          </w:p>
        </w:tc>
        <w:tc>
          <w:tcPr>
            <w:tcW w:w="3957" w:type="dxa"/>
            <w:shd w:val="clear" w:color="auto" w:fill="F2F2F2"/>
          </w:tcPr>
          <w:p w14:paraId="54B2035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จุดแข็ง</w:t>
            </w:r>
          </w:p>
        </w:tc>
        <w:tc>
          <w:tcPr>
            <w:tcW w:w="2712" w:type="dxa"/>
            <w:shd w:val="clear" w:color="auto" w:fill="F2F2F2"/>
          </w:tcPr>
          <w:p w14:paraId="4C36F53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จุดอ่อน</w:t>
            </w:r>
          </w:p>
        </w:tc>
      </w:tr>
      <w:tr w:rsidR="00501161" w14:paraId="19F9A6FC" w14:textId="77777777">
        <w:trPr>
          <w:jc w:val="center"/>
        </w:trPr>
        <w:tc>
          <w:tcPr>
            <w:tcW w:w="2345" w:type="dxa"/>
          </w:tcPr>
          <w:p w14:paraId="31B266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 + หมอ + จอมขมังเวทย์</w:t>
            </w:r>
          </w:p>
        </w:tc>
        <w:tc>
          <w:tcPr>
            <w:tcW w:w="3957" w:type="dxa"/>
          </w:tcPr>
          <w:p w14:paraId="240141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สมดุล อยู่ในป่าได้นาน ตีจุดอ่อนธาตุได้</w:t>
            </w:r>
          </w:p>
        </w:tc>
        <w:tc>
          <w:tcPr>
            <w:tcW w:w="2712" w:type="dxa"/>
          </w:tcPr>
          <w:p w14:paraId="5F429F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ดาเมจกายภาพต่ำ ฆ่าช้า </w:t>
            </w:r>
            <w:r>
              <w:rPr>
                <w:sz w:val="28"/>
                <w:szCs w:val="28"/>
              </w:rPr>
              <w:t>เสียเวลาต่อไฟต์</w:t>
            </w:r>
          </w:p>
        </w:tc>
      </w:tr>
      <w:tr w:rsidR="00501161" w14:paraId="310B2538" w14:textId="77777777">
        <w:trPr>
          <w:jc w:val="center"/>
        </w:trPr>
        <w:tc>
          <w:tcPr>
            <w:tcW w:w="2345" w:type="dxa"/>
          </w:tcPr>
          <w:p w14:paraId="1987E2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นักมวย + พราน + หมอ</w:t>
            </w:r>
          </w:p>
        </w:tc>
        <w:tc>
          <w:tcPr>
            <w:tcW w:w="3957" w:type="dxa"/>
          </w:tcPr>
          <w:p w14:paraId="0D1375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ดาเมจต่อเนื่องสูง ประหยัด Hunger</w:t>
            </w:r>
          </w:p>
        </w:tc>
        <w:tc>
          <w:tcPr>
            <w:tcW w:w="2712" w:type="dxa"/>
          </w:tcPr>
          <w:p w14:paraId="3E8FE3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ไม่มีตัวรับดาเมจ เจอท่าแรงแล้วตายง่าย</w:t>
            </w:r>
          </w:p>
        </w:tc>
      </w:tr>
      <w:tr w:rsidR="00501161" w14:paraId="382F5B85" w14:textId="77777777">
        <w:trPr>
          <w:jc w:val="center"/>
        </w:trPr>
        <w:tc>
          <w:tcPr>
            <w:tcW w:w="2345" w:type="dxa"/>
          </w:tcPr>
          <w:p w14:paraId="139F90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 + นักรบ + จอมขมังเวทย์</w:t>
            </w:r>
          </w:p>
        </w:tc>
        <w:tc>
          <w:tcPr>
            <w:tcW w:w="3957" w:type="dxa"/>
          </w:tcPr>
          <w:p w14:paraId="6B6785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ฆ่าเร็วมาก</w:t>
            </w:r>
          </w:p>
        </w:tc>
        <w:tc>
          <w:tcPr>
            <w:tcW w:w="2712" w:type="dxa"/>
          </w:tcPr>
          <w:p w14:paraId="7D7623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ไม่มีฮีล ต้องพกยาเยอะ กลับค่ายบ่อย</w:t>
            </w:r>
          </w:p>
        </w:tc>
      </w:tr>
      <w:tr w:rsidR="00501161" w14:paraId="3DBDB91D" w14:textId="77777777">
        <w:trPr>
          <w:jc w:val="center"/>
        </w:trPr>
        <w:tc>
          <w:tcPr>
            <w:tcW w:w="2345" w:type="dxa"/>
          </w:tcPr>
          <w:p w14:paraId="0BD6DA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พราน + หมอ + สัตว์อสูร</w:t>
            </w:r>
          </w:p>
        </w:tc>
        <w:tc>
          <w:tcPr>
            <w:tcW w:w="3957" w:type="dxa"/>
          </w:tcPr>
          <w:p w14:paraId="4C92E4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สาย Survival: Hunger ลดได้สูงสุด 60% </w:t>
            </w:r>
            <w:r>
              <w:rPr>
                <w:sz w:val="28"/>
                <w:szCs w:val="28"/>
              </w:rPr>
              <w:t>กลืนกินคืน Hunger</w:t>
            </w:r>
          </w:p>
        </w:tc>
        <w:tc>
          <w:tcPr>
            <w:tcW w:w="2712" w:type="dxa"/>
          </w:tcPr>
          <w:p w14:paraId="3A67DE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ไม่มีเวทย์ ตีธาตุไม่ได้</w:t>
            </w:r>
          </w:p>
        </w:tc>
      </w:tr>
    </w:tbl>
    <w:p w14:paraId="32737011" w14:textId="77777777" w:rsidR="00501161" w:rsidRDefault="00501161">
      <w:pPr>
        <w:spacing w:after="40"/>
      </w:pPr>
    </w:p>
    <w:p w14:paraId="119F108C" w14:textId="77777777" w:rsidR="00501161" w:rsidRDefault="00C637DA">
      <w:pPr>
        <w:pStyle w:val="Heading1"/>
        <w:pageBreakBefore/>
      </w:pPr>
      <w:bookmarkStart w:id="25" w:name="_Toc243336695"/>
      <w:r>
        <w:lastRenderedPageBreak/>
        <w:t>5. Combat System</w:t>
      </w:r>
      <w:bookmarkEnd w:id="25"/>
    </w:p>
    <w:p w14:paraId="1E4A9291" w14:textId="77777777" w:rsidR="00501161" w:rsidRDefault="00C637DA">
      <w:pPr>
        <w:pStyle w:val="Heading2"/>
      </w:pPr>
      <w:bookmarkStart w:id="26" w:name="_Toc243336696"/>
      <w:r>
        <w:t>5.1 Overview</w:t>
      </w:r>
      <w:bookmarkEnd w:id="26"/>
    </w:p>
    <w:p w14:paraId="2DE597FF" w14:textId="77777777" w:rsidR="00501161" w:rsidRDefault="00C637DA">
      <w:pPr>
        <w:ind w:firstLine="720"/>
      </w:pPr>
      <w:r>
        <w:t>การต่อสู้เป็นแบบ Turn-based ผู้เล่นสั่ง Action ให้ตัวละครครบทั้ง 3 ตัว จากนั้นระบบแสดงผล Action ของทุกฝ่ายเรียงตามความเร็ว (AGI) การต่อสู้เริ่มจาก Random Encounter ระหว่างเดิน หรือเด</w:t>
      </w:r>
      <w:r>
        <w:t>ินชนสัตว์ชั้นสูงที่มองเห็นบนแมพ (Section 7.5) หัวใจของการต่อสู้คือ "อ่านจุดอ่อน" และ "ใช้ MP ให้คุ้ม" เพราะ HP และ MP ไม่ฟื้นเองระหว่างอยู่ในป่า</w:t>
      </w:r>
    </w:p>
    <w:p w14:paraId="5C04EAE0" w14:textId="77777777" w:rsidR="00501161" w:rsidRDefault="00C637DA">
      <w:pPr>
        <w:pStyle w:val="Heading2"/>
      </w:pPr>
      <w:bookmarkStart w:id="27" w:name="_Toc243336697"/>
      <w:r>
        <w:t>5.2 Battle Flow</w:t>
      </w:r>
      <w:bookmarkEnd w:id="27"/>
    </w:p>
    <w:p w14:paraId="43B37A07" w14:textId="77777777" w:rsidR="00501161" w:rsidRDefault="00C637DA">
      <w:pPr>
        <w:ind w:left="720" w:hanging="340"/>
      </w:pPr>
      <w:r>
        <w:t xml:space="preserve">1.  </w:t>
      </w:r>
      <w:r>
        <w:rPr>
          <w:b/>
          <w:bCs/>
        </w:rPr>
        <w:t>Encounter</w:t>
      </w:r>
      <w:r>
        <w:t xml:space="preserve">: </w:t>
      </w:r>
      <w:r>
        <w:t>เข้าฉากต่อสู้ เช็ค Preemptive (ปาร์ตี้ได้เล่นก่อน 1 เทิร์น) หรือ Ambush (ศัตรูได</w:t>
      </w:r>
      <w:r>
        <w:t>้เล่นก่อน 1 เทิร์น)</w:t>
      </w:r>
    </w:p>
    <w:p w14:paraId="575D3289" w14:textId="77777777" w:rsidR="00501161" w:rsidRDefault="00C637DA">
      <w:pPr>
        <w:ind w:left="720" w:hanging="340"/>
      </w:pPr>
      <w:r>
        <w:t xml:space="preserve">2.  </w:t>
      </w:r>
      <w:r>
        <w:rPr>
          <w:b/>
          <w:bCs/>
        </w:rPr>
        <w:t>Command Phase</w:t>
      </w:r>
      <w:r>
        <w:t xml:space="preserve">: </w:t>
      </w:r>
      <w:r>
        <w:t>ผู้เล่นเลือก Action และเป้าหมายให้ตัวละครทีละตัว ย้อนกลับไปแก้คำสั่งตัวก่อนหน้าได้ (กด Esc)</w:t>
      </w:r>
    </w:p>
    <w:p w14:paraId="2D68A35D" w14:textId="77777777" w:rsidR="00501161" w:rsidRDefault="00C637DA">
      <w:pPr>
        <w:ind w:left="720" w:hanging="340"/>
      </w:pPr>
      <w:r>
        <w:t xml:space="preserve">3.  </w:t>
      </w:r>
      <w:r>
        <w:rPr>
          <w:b/>
          <w:bCs/>
        </w:rPr>
        <w:t>Resolve Phase</w:t>
      </w:r>
      <w:r>
        <w:t xml:space="preserve">: Defense </w:t>
      </w:r>
      <w:r>
        <w:t>ทำงานก่อนเสมอ จากนั้นทุกตัวทั้งสองฝ่ายลงมือเรียงตามค่า Speed = AGI × สุ่ม (0.9–1.1)</w:t>
      </w:r>
    </w:p>
    <w:p w14:paraId="224FE859" w14:textId="77777777" w:rsidR="00501161" w:rsidRDefault="00C637DA">
      <w:pPr>
        <w:ind w:left="720" w:hanging="340"/>
      </w:pPr>
      <w:r>
        <w:t xml:space="preserve">4.  </w:t>
      </w:r>
      <w:r>
        <w:rPr>
          <w:b/>
          <w:bCs/>
        </w:rPr>
        <w:t>End of Tur</w:t>
      </w:r>
      <w:r>
        <w:rPr>
          <w:b/>
          <w:bCs/>
        </w:rPr>
        <w:t>n</w:t>
      </w:r>
      <w:r>
        <w:t xml:space="preserve">: </w:t>
      </w:r>
      <w:r>
        <w:t>คำนวณ Poison, Regen, นับเทิร์นของ Buff/Debuff/Status, ลด Cooldown</w:t>
      </w:r>
    </w:p>
    <w:p w14:paraId="6E9175B2" w14:textId="77777777" w:rsidR="00501161" w:rsidRDefault="00C637DA">
      <w:pPr>
        <w:ind w:left="720" w:hanging="340"/>
      </w:pPr>
      <w:r>
        <w:t xml:space="preserve">5.  </w:t>
      </w:r>
      <w:r>
        <w:t>วนข้อ 2–4 จนศัตรูหมด (ชนะ) ปาร์ตี้ตายหมด (Game Over) หรือหนีสำเร็จ</w:t>
      </w:r>
    </w:p>
    <w:p w14:paraId="5D5D25EC" w14:textId="77777777" w:rsidR="00501161" w:rsidRDefault="00C637DA">
      <w:pPr>
        <w:ind w:left="720" w:hanging="340"/>
      </w:pPr>
      <w:r>
        <w:t xml:space="preserve">6.  </w:t>
      </w:r>
      <w:r>
        <w:rPr>
          <w:b/>
          <w:bCs/>
        </w:rPr>
        <w:t>Result</w:t>
      </w:r>
      <w:r>
        <w:t xml:space="preserve">: EXP, Gold, </w:t>
      </w:r>
      <w:r>
        <w:t>วัตถุดิบ, Level Up, หมอเดินทัพ (ถ้ามี)</w:t>
      </w:r>
    </w:p>
    <w:p w14:paraId="5984BD1A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เลือกใช้ลำดับตาม AGI แบบผสมสองฝ่าย (ไม่ใช</w:t>
      </w:r>
      <w:r>
        <w:t>่ผู้เล่นทั้งหมดก่อนแล้วศัตรูทั้งหมด) เพราะทำให้ AGI มีความหมาย และทำให้ Defense ที่ทำงานก่อนเสมอมีค่ามากขึ้น เช่นเดียวกับ Etrian Odyssey</w:t>
      </w:r>
    </w:p>
    <w:p w14:paraId="54577DA3" w14:textId="77777777" w:rsidR="00501161" w:rsidRDefault="00C637DA">
      <w:pPr>
        <w:pStyle w:val="Heading2"/>
      </w:pPr>
      <w:bookmarkStart w:id="28" w:name="_Toc243336698"/>
      <w:r>
        <w:t>5.3 Action</w:t>
      </w:r>
      <w:bookmarkEnd w:id="28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38"/>
        <w:gridCol w:w="1616"/>
        <w:gridCol w:w="6060"/>
      </w:tblGrid>
      <w:tr w:rsidR="00501161" w14:paraId="0D559576" w14:textId="77777777">
        <w:trPr>
          <w:tblHeader/>
          <w:jc w:val="center"/>
        </w:trPr>
        <w:tc>
          <w:tcPr>
            <w:tcW w:w="1338" w:type="dxa"/>
            <w:shd w:val="clear" w:color="auto" w:fill="F2F2F2"/>
          </w:tcPr>
          <w:p w14:paraId="3B7BC55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Action</w:t>
            </w:r>
          </w:p>
        </w:tc>
        <w:tc>
          <w:tcPr>
            <w:tcW w:w="1616" w:type="dxa"/>
            <w:shd w:val="clear" w:color="auto" w:fill="F2F2F2"/>
          </w:tcPr>
          <w:p w14:paraId="164E360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6060" w:type="dxa"/>
            <w:shd w:val="clear" w:color="auto" w:fill="F2F2F2"/>
          </w:tcPr>
          <w:p w14:paraId="517B96D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หมายเหตุ</w:t>
            </w:r>
          </w:p>
        </w:tc>
      </w:tr>
      <w:tr w:rsidR="00501161" w14:paraId="70CDC6B7" w14:textId="77777777">
        <w:trPr>
          <w:jc w:val="center"/>
        </w:trPr>
        <w:tc>
          <w:tcPr>
            <w:tcW w:w="1338" w:type="dxa"/>
          </w:tcPr>
          <w:p w14:paraId="275398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Fight</w:t>
            </w:r>
          </w:p>
        </w:tc>
        <w:tc>
          <w:tcPr>
            <w:tcW w:w="1616" w:type="dxa"/>
          </w:tcPr>
          <w:p w14:paraId="4D1E73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โจมตีปกติด้วยอาวุธ Physical 100%</w:t>
            </w:r>
          </w:p>
        </w:tc>
        <w:tc>
          <w:tcPr>
            <w:tcW w:w="6060" w:type="dxa"/>
          </w:tcPr>
          <w:p w14:paraId="243DC5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จอมขมังเวทย์และหมอตีเบามากเพราะ Weapon ATK ต่ำ</w:t>
            </w:r>
          </w:p>
        </w:tc>
      </w:tr>
      <w:tr w:rsidR="00501161" w14:paraId="7D3B0F5E" w14:textId="77777777">
        <w:trPr>
          <w:jc w:val="center"/>
        </w:trPr>
        <w:tc>
          <w:tcPr>
            <w:tcW w:w="1338" w:type="dxa"/>
          </w:tcPr>
          <w:p w14:paraId="214D3B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Skill</w:t>
            </w:r>
          </w:p>
        </w:tc>
        <w:tc>
          <w:tcPr>
            <w:tcW w:w="1616" w:type="dxa"/>
          </w:tcPr>
          <w:p w14:paraId="2AFC72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ใช้สกิลของอาชีพ เสีย MP</w:t>
            </w:r>
          </w:p>
        </w:tc>
        <w:tc>
          <w:tcPr>
            <w:tcW w:w="6060" w:type="dxa"/>
          </w:tcPr>
          <w:p w14:paraId="31C568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MP </w:t>
            </w:r>
            <w:r>
              <w:rPr>
                <w:sz w:val="28"/>
                <w:szCs w:val="28"/>
              </w:rPr>
              <w:t>ไม่พอ = ปุ่มเป็นสีเทา</w:t>
            </w:r>
          </w:p>
        </w:tc>
      </w:tr>
      <w:tr w:rsidR="00501161" w14:paraId="009F129A" w14:textId="77777777">
        <w:trPr>
          <w:jc w:val="center"/>
        </w:trPr>
        <w:tc>
          <w:tcPr>
            <w:tcW w:w="1338" w:type="dxa"/>
          </w:tcPr>
          <w:p w14:paraId="5DC974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Item</w:t>
            </w:r>
          </w:p>
        </w:tc>
        <w:tc>
          <w:tcPr>
            <w:tcW w:w="1616" w:type="dxa"/>
          </w:tcPr>
          <w:p w14:paraId="149096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ใช้ไอเทมจากกระเป๋า</w:t>
            </w:r>
          </w:p>
        </w:tc>
        <w:tc>
          <w:tcPr>
            <w:tcW w:w="6060" w:type="dxa"/>
          </w:tcPr>
          <w:p w14:paraId="09FB16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ใช้กับเพื่อนหรือศัตรูก็ได้ตามชนิดไอเทม</w:t>
            </w:r>
          </w:p>
        </w:tc>
      </w:tr>
      <w:tr w:rsidR="00501161" w14:paraId="33C201E4" w14:textId="77777777">
        <w:trPr>
          <w:jc w:val="center"/>
        </w:trPr>
        <w:tc>
          <w:tcPr>
            <w:tcW w:w="1338" w:type="dxa"/>
          </w:tcPr>
          <w:p w14:paraId="71994C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Defense</w:t>
            </w:r>
          </w:p>
        </w:tc>
        <w:tc>
          <w:tcPr>
            <w:tcW w:w="1616" w:type="dxa"/>
          </w:tcPr>
          <w:p w14:paraId="212056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ดาเมจที่ได้รับ × 0.5 จนจบเทิร์น</w:t>
            </w:r>
          </w:p>
        </w:tc>
        <w:tc>
          <w:tcPr>
            <w:tcW w:w="6060" w:type="dxa"/>
          </w:tcPr>
          <w:p w14:paraId="709233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ทำงานก่อนทุก Action</w:t>
            </w:r>
          </w:p>
        </w:tc>
      </w:tr>
      <w:tr w:rsidR="00501161" w14:paraId="5AB3239B" w14:textId="77777777">
        <w:trPr>
          <w:jc w:val="center"/>
        </w:trPr>
        <w:tc>
          <w:tcPr>
            <w:tcW w:w="1338" w:type="dxa"/>
          </w:tcPr>
          <w:p w14:paraId="34CF58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Run</w:t>
            </w:r>
          </w:p>
        </w:tc>
        <w:tc>
          <w:tcPr>
            <w:tcW w:w="1616" w:type="dxa"/>
          </w:tcPr>
          <w:p w14:paraId="1189BE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ทั้งปาร์ตี้พยายามหนี</w:t>
            </w:r>
          </w:p>
        </w:tc>
        <w:tc>
          <w:tcPr>
            <w:tcW w:w="6060" w:type="dxa"/>
          </w:tcPr>
          <w:p w14:paraId="6C56D8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Run Chance = 25% + (AGI </w:t>
            </w:r>
            <w:r>
              <w:rPr>
                <w:sz w:val="28"/>
                <w:szCs w:val="28"/>
              </w:rPr>
              <w:t>เฉลี่ยปาร์ตี้ − AGI เฉลี่ยศัตรู) × 0.5% (10%–75%) · ไฟต์บอสหนีไม่ได้และเสียเทิร์น · หนีไม่สำเร็จ = เสียเทิร์นทั้งปาร์ตี้</w:t>
            </w:r>
          </w:p>
        </w:tc>
      </w:tr>
    </w:tbl>
    <w:p w14:paraId="2569E407" w14:textId="77777777" w:rsidR="00501161" w:rsidRDefault="00501161">
      <w:pPr>
        <w:spacing w:after="40"/>
      </w:pPr>
    </w:p>
    <w:p w14:paraId="6A5D978A" w14:textId="77777777" w:rsidR="00501161" w:rsidRDefault="00C637DA">
      <w:pPr>
        <w:pStyle w:val="Heading2"/>
      </w:pPr>
      <w:bookmarkStart w:id="29" w:name="_Toc243336699"/>
      <w:r>
        <w:t>5.4 Damage Calculation</w:t>
      </w:r>
      <w:bookmarkEnd w:id="29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3"/>
        <w:gridCol w:w="7591"/>
      </w:tblGrid>
      <w:tr w:rsidR="00501161" w14:paraId="5CC6C13A" w14:textId="77777777">
        <w:trPr>
          <w:tblHeader/>
          <w:jc w:val="center"/>
        </w:trPr>
        <w:tc>
          <w:tcPr>
            <w:tcW w:w="1423" w:type="dxa"/>
            <w:shd w:val="clear" w:color="auto" w:fill="F2F2F2"/>
          </w:tcPr>
          <w:p w14:paraId="238B6F6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ค่า</w:t>
            </w:r>
          </w:p>
        </w:tc>
        <w:tc>
          <w:tcPr>
            <w:tcW w:w="7591" w:type="dxa"/>
            <w:shd w:val="clear" w:color="auto" w:fill="F2F2F2"/>
          </w:tcPr>
          <w:p w14:paraId="373DE6A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สูตร</w:t>
            </w:r>
          </w:p>
        </w:tc>
      </w:tr>
      <w:tr w:rsidR="00501161" w14:paraId="12A2D3FF" w14:textId="77777777">
        <w:trPr>
          <w:jc w:val="center"/>
        </w:trPr>
        <w:tc>
          <w:tcPr>
            <w:tcW w:w="1423" w:type="dxa"/>
          </w:tcPr>
          <w:p w14:paraId="4FEFB4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Base</w:t>
            </w:r>
          </w:p>
        </w:tc>
        <w:tc>
          <w:tcPr>
            <w:tcW w:w="7591" w:type="dxa"/>
          </w:tcPr>
          <w:p w14:paraId="39DDF2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Weapon ATK × (1 + STR/50) × (1 + ATK Bonu</w:t>
            </w:r>
            <w:r>
              <w:rPr>
                <w:sz w:val="28"/>
                <w:szCs w:val="28"/>
              </w:rPr>
              <w:t>s%)</w:t>
            </w:r>
          </w:p>
        </w:tc>
      </w:tr>
      <w:tr w:rsidR="00501161" w14:paraId="40041D76" w14:textId="77777777">
        <w:trPr>
          <w:jc w:val="center"/>
        </w:trPr>
        <w:tc>
          <w:tcPr>
            <w:tcW w:w="1423" w:type="dxa"/>
          </w:tcPr>
          <w:p w14:paraId="0BAB9C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Magic Base</w:t>
            </w:r>
          </w:p>
        </w:tc>
        <w:tc>
          <w:tcPr>
            <w:tcW w:w="7591" w:type="dxa"/>
          </w:tcPr>
          <w:p w14:paraId="519444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Spell Power × (1 + TEC/40) × (1 + Magic Bonus%)</w:t>
            </w:r>
          </w:p>
        </w:tc>
      </w:tr>
      <w:tr w:rsidR="00501161" w14:paraId="03974716" w14:textId="77777777">
        <w:trPr>
          <w:jc w:val="center"/>
        </w:trPr>
        <w:tc>
          <w:tcPr>
            <w:tcW w:w="1423" w:type="dxa"/>
          </w:tcPr>
          <w:p w14:paraId="78EB17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Final Damage</w:t>
            </w:r>
          </w:p>
        </w:tc>
        <w:tc>
          <w:tcPr>
            <w:tcW w:w="7591" w:type="dxa"/>
          </w:tcPr>
          <w:p w14:paraId="6DE4F4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Base × Skill Multiplier × Element Modifier × Crit × Variance × 100 / (100 + DEF </w:t>
            </w:r>
            <w:r>
              <w:rPr>
                <w:sz w:val="28"/>
                <w:szCs w:val="28"/>
              </w:rPr>
              <w:t>เป้าหมาย)</w:t>
            </w:r>
          </w:p>
        </w:tc>
      </w:tr>
      <w:tr w:rsidR="00501161" w14:paraId="04BE13D7" w14:textId="77777777">
        <w:trPr>
          <w:jc w:val="center"/>
        </w:trPr>
        <w:tc>
          <w:tcPr>
            <w:tcW w:w="1423" w:type="dxa"/>
          </w:tcPr>
          <w:p w14:paraId="5D8EBA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DEF </w:t>
            </w:r>
            <w:r>
              <w:rPr>
                <w:sz w:val="28"/>
                <w:szCs w:val="28"/>
              </w:rPr>
              <w:t>ตัวละคร</w:t>
            </w:r>
          </w:p>
        </w:tc>
        <w:tc>
          <w:tcPr>
            <w:tcW w:w="7591" w:type="dxa"/>
          </w:tcPr>
          <w:p w14:paraId="47A44A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Physical: Armor DEF + VIT × 2 · Magic: Armor DEF × 0.5 + TEC × 1.5</w:t>
            </w:r>
          </w:p>
        </w:tc>
      </w:tr>
      <w:tr w:rsidR="00501161" w14:paraId="19B72990" w14:textId="77777777">
        <w:trPr>
          <w:jc w:val="center"/>
        </w:trPr>
        <w:tc>
          <w:tcPr>
            <w:tcW w:w="1423" w:type="dxa"/>
          </w:tcPr>
          <w:p w14:paraId="0B0BC5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DEF </w:t>
            </w:r>
            <w:r>
              <w:rPr>
                <w:sz w:val="28"/>
                <w:szCs w:val="28"/>
              </w:rPr>
              <w:t>ศัตรู</w:t>
            </w:r>
          </w:p>
        </w:tc>
        <w:tc>
          <w:tcPr>
            <w:tcW w:w="7591" w:type="dxa"/>
          </w:tcPr>
          <w:p w14:paraId="5DAEE5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Physical: </w:t>
            </w:r>
            <w:r>
              <w:rPr>
                <w:sz w:val="28"/>
                <w:szCs w:val="28"/>
              </w:rPr>
              <w:t>ตามตาราง Stat · Magic: DEF × 0.6</w:t>
            </w:r>
          </w:p>
        </w:tc>
      </w:tr>
      <w:tr w:rsidR="00501161" w14:paraId="5FEAA3F1" w14:textId="77777777">
        <w:trPr>
          <w:jc w:val="center"/>
        </w:trPr>
        <w:tc>
          <w:tcPr>
            <w:tcW w:w="1423" w:type="dxa"/>
          </w:tcPr>
          <w:p w14:paraId="22C22D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Variance</w:t>
            </w:r>
          </w:p>
        </w:tc>
        <w:tc>
          <w:tcPr>
            <w:tcW w:w="7591" w:type="dxa"/>
          </w:tcPr>
          <w:p w14:paraId="0E6551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× </w:t>
            </w:r>
            <w:r>
              <w:rPr>
                <w:sz w:val="28"/>
                <w:szCs w:val="28"/>
              </w:rPr>
              <w:t>สุ่ม 0.90–1.10</w:t>
            </w:r>
          </w:p>
        </w:tc>
      </w:tr>
      <w:tr w:rsidR="00501161" w14:paraId="54E76CB4" w14:textId="77777777">
        <w:trPr>
          <w:jc w:val="center"/>
        </w:trPr>
        <w:tc>
          <w:tcPr>
            <w:tcW w:w="1423" w:type="dxa"/>
          </w:tcPr>
          <w:p w14:paraId="47A04E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Critical</w:t>
            </w:r>
          </w:p>
        </w:tc>
        <w:tc>
          <w:tcPr>
            <w:tcW w:w="7591" w:type="dxa"/>
          </w:tcPr>
          <w:p w14:paraId="6BEBEC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Chance = 5% + LUK × 0.2% + Bonus · Damage × (1.5 + AGI/100) </w:t>
            </w:r>
            <w:r>
              <w:rPr>
                <w:sz w:val="28"/>
                <w:szCs w:val="28"/>
              </w:rPr>
              <w:t>สูงสุด ×2.5</w:t>
            </w:r>
          </w:p>
        </w:tc>
      </w:tr>
      <w:tr w:rsidR="00501161" w14:paraId="7D41F0A1" w14:textId="77777777">
        <w:trPr>
          <w:jc w:val="center"/>
        </w:trPr>
        <w:tc>
          <w:tcPr>
            <w:tcW w:w="1423" w:type="dxa"/>
          </w:tcPr>
          <w:p w14:paraId="4D420A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Defense</w:t>
            </w:r>
          </w:p>
        </w:tc>
        <w:tc>
          <w:tcPr>
            <w:tcW w:w="7591" w:type="dxa"/>
          </w:tcPr>
          <w:p w14:paraId="798BA4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 0.5</w:t>
            </w:r>
          </w:p>
        </w:tc>
      </w:tr>
      <w:tr w:rsidR="00501161" w14:paraId="6EECE6BF" w14:textId="77777777">
        <w:trPr>
          <w:jc w:val="center"/>
        </w:trPr>
        <w:tc>
          <w:tcPr>
            <w:tcW w:w="1423" w:type="dxa"/>
          </w:tcPr>
          <w:p w14:paraId="65B952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ขั้นต่ำ</w:t>
            </w:r>
          </w:p>
        </w:tc>
        <w:tc>
          <w:tcPr>
            <w:tcW w:w="7591" w:type="dxa"/>
          </w:tcPr>
          <w:p w14:paraId="118D25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Damage </w:t>
            </w:r>
            <w:r>
              <w:rPr>
                <w:sz w:val="28"/>
                <w:szCs w:val="28"/>
              </w:rPr>
              <w:t>เสมอ</w:t>
            </w:r>
          </w:p>
        </w:tc>
      </w:tr>
    </w:tbl>
    <w:p w14:paraId="115D249A" w14:textId="77777777" w:rsidR="00501161" w:rsidRDefault="00501161">
      <w:pPr>
        <w:spacing w:after="40"/>
      </w:pPr>
    </w:p>
    <w:p w14:paraId="3D51DB1F" w14:textId="77777777" w:rsidR="00501161" w:rsidRDefault="00C637DA">
      <w:pPr>
        <w:ind w:firstLine="720"/>
      </w:pPr>
      <w:r>
        <w:rPr>
          <w:b/>
          <w:bCs/>
        </w:rPr>
        <w:t>ตัวอย่าง:</w:t>
      </w:r>
      <w:r>
        <w:t xml:space="preserve"> </w:t>
      </w:r>
      <w:r>
        <w:t>นักรบ Lv30 ถือดาบ ATK 100 (Chapter 3), STR 30, ใช้ไม้จ้วงฟัน Rank 10 (220%) ใส่ กาฬสีห์ Lv26 (DEF 45) ไม่ติดคริ:</w:t>
      </w:r>
    </w:p>
    <w:p w14:paraId="0850106D" w14:textId="77777777" w:rsidR="00501161" w:rsidRDefault="00C637DA">
      <w:pPr>
        <w:pStyle w:val="ListBullet"/>
        <w:ind w:left="720"/>
      </w:pPr>
      <w:r>
        <w:t>Physical Base = 100 × (1 + 30/50) = 160</w:t>
      </w:r>
    </w:p>
    <w:p w14:paraId="0292E91D" w14:textId="77777777" w:rsidR="00501161" w:rsidRDefault="00C637DA">
      <w:pPr>
        <w:pStyle w:val="ListBullet"/>
        <w:ind w:left="720"/>
      </w:pPr>
      <w:r>
        <w:t xml:space="preserve">Final = 160 × 2.20 × 1.0 × 100 / (100 + 45) = </w:t>
      </w:r>
      <w:r>
        <w:rPr>
          <w:b/>
          <w:bCs/>
        </w:rPr>
        <w:t>243</w:t>
      </w:r>
      <w:r>
        <w:t xml:space="preserve"> (Variance ±10% → 218–267)</w:t>
      </w:r>
    </w:p>
    <w:p w14:paraId="5905A3E6" w14:textId="77777777" w:rsidR="00501161" w:rsidRDefault="00C637DA">
      <w:pPr>
        <w:pStyle w:val="ListBullet"/>
        <w:ind w:left="720"/>
      </w:pPr>
      <w:r>
        <w:t>กาฬสีห์ HP 420 → ตายใน 2 ค</w:t>
      </w:r>
      <w:r>
        <w:t>รั้ง</w:t>
      </w:r>
    </w:p>
    <w:p w14:paraId="486D8865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ใช้สูตรหาร 100/(100+DEF) แทนสูตรลบ (Damage − DEF) เพราะสูตรลบทำให้ศัตรูตีไม่เข้าเลยเมื่อ DEF สูงกว่าดาเมจ ซึ่ง Balance ยากมากเมื่อตัวเลขใหญ่ขึ้นช่วงท้ายเกม สูตรหารทำให้ DEF ช่วยเสมอแต่ไม่มีวันกันได้ 100% (DEF 100 = ลดครึ่ง, DEF 300 = เหลื</w:t>
      </w:r>
      <w:r>
        <w:t>อ 1/4)</w:t>
      </w:r>
    </w:p>
    <w:p w14:paraId="2D16735E" w14:textId="77777777" w:rsidR="00501161" w:rsidRDefault="00C637DA">
      <w:pPr>
        <w:pStyle w:val="Heading2"/>
      </w:pPr>
      <w:bookmarkStart w:id="30" w:name="_Toc243336700"/>
      <w:r>
        <w:t>5.5 Element System</w:t>
      </w:r>
      <w:bookmarkEnd w:id="30"/>
    </w:p>
    <w:p w14:paraId="5154AD79" w14:textId="77777777" w:rsidR="00501161" w:rsidRDefault="00C637DA">
      <w:pPr>
        <w:ind w:firstLine="720"/>
      </w:pPr>
      <w:r>
        <w:t>ได้แรงบันดาลใจจาก Etrian Odyssey: ค่าตอบสนองธาตุของศัตรูจะ</w:t>
      </w:r>
      <w:r>
        <w:rPr>
          <w:b/>
          <w:bCs/>
        </w:rPr>
        <w:t>ไม่แสดง</w:t>
      </w:r>
      <w:r>
        <w:t>จนกว่าผู้เล่นจะตีด้วยธาตุนั้น 1 ครั้ง หรือใช้สกิลเพ่งกสิณ เมื่อเปิดเผยแล้วจะบันทึกถาวรในสมุดสัตว์ (Bestiary)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02"/>
        <w:gridCol w:w="7512"/>
      </w:tblGrid>
      <w:tr w:rsidR="00501161" w14:paraId="2775ACCB" w14:textId="77777777">
        <w:trPr>
          <w:tblHeader/>
          <w:jc w:val="center"/>
        </w:trPr>
        <w:tc>
          <w:tcPr>
            <w:tcW w:w="1502" w:type="dxa"/>
            <w:shd w:val="clear" w:color="auto" w:fill="F2F2F2"/>
          </w:tcPr>
          <w:p w14:paraId="388FCA0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ธาตุ</w:t>
            </w:r>
          </w:p>
        </w:tc>
        <w:tc>
          <w:tcPr>
            <w:tcW w:w="7512" w:type="dxa"/>
            <w:shd w:val="clear" w:color="auto" w:fill="F2F2F2"/>
          </w:tcPr>
          <w:p w14:paraId="7F457A6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แหล่งที่มา</w:t>
            </w:r>
          </w:p>
        </w:tc>
      </w:tr>
      <w:tr w:rsidR="00501161" w14:paraId="7E328D39" w14:textId="77777777">
        <w:trPr>
          <w:jc w:val="center"/>
        </w:trPr>
        <w:tc>
          <w:tcPr>
            <w:tcW w:w="1502" w:type="dxa"/>
          </w:tcPr>
          <w:p w14:paraId="6872A6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กายภาพ</w:t>
            </w:r>
          </w:p>
        </w:tc>
        <w:tc>
          <w:tcPr>
            <w:tcW w:w="7512" w:type="dxa"/>
          </w:tcPr>
          <w:p w14:paraId="1168D7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Fight, </w:t>
            </w:r>
            <w:r>
              <w:rPr>
                <w:sz w:val="28"/>
                <w:szCs w:val="28"/>
              </w:rPr>
              <w:t>สกิลอาวุธทุกอาชีพ</w:t>
            </w:r>
          </w:p>
        </w:tc>
      </w:tr>
      <w:tr w:rsidR="00501161" w14:paraId="1F22788F" w14:textId="77777777">
        <w:trPr>
          <w:jc w:val="center"/>
        </w:trPr>
        <w:tc>
          <w:tcPr>
            <w:tcW w:w="1502" w:type="dxa"/>
          </w:tcPr>
          <w:p w14:paraId="7460CA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ไฟ</w:t>
            </w:r>
          </w:p>
        </w:tc>
        <w:tc>
          <w:tcPr>
            <w:tcW w:w="7512" w:type="dxa"/>
          </w:tcPr>
          <w:p w14:paraId="403728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คาถาไฟกาฬ, ดาบลงยันต์, ระเบิดไฟ, อาวุธธาตุไฟ</w:t>
            </w:r>
          </w:p>
        </w:tc>
      </w:tr>
      <w:tr w:rsidR="00501161" w14:paraId="05E41FE4" w14:textId="77777777">
        <w:trPr>
          <w:jc w:val="center"/>
        </w:trPr>
        <w:tc>
          <w:tcPr>
            <w:tcW w:w="1502" w:type="dxa"/>
          </w:tcPr>
          <w:p w14:paraId="0877CB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น้ำ</w:t>
            </w:r>
          </w:p>
        </w:tc>
        <w:tc>
          <w:tcPr>
            <w:tcW w:w="7512" w:type="dxa"/>
          </w:tcPr>
          <w:p w14:paraId="76CBDC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คาถาวารีพิฆาต, ดาบลงยันต์, ระเบิดน้ำ, อาวุธธาตุน้ำ</w:t>
            </w:r>
          </w:p>
        </w:tc>
      </w:tr>
      <w:tr w:rsidR="00501161" w14:paraId="0E862D2F" w14:textId="77777777">
        <w:trPr>
          <w:jc w:val="center"/>
        </w:trPr>
        <w:tc>
          <w:tcPr>
            <w:tcW w:w="1502" w:type="dxa"/>
          </w:tcPr>
          <w:p w14:paraId="1BA824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ลม</w:t>
            </w:r>
          </w:p>
        </w:tc>
        <w:tc>
          <w:tcPr>
            <w:tcW w:w="7512" w:type="dxa"/>
          </w:tcPr>
          <w:p w14:paraId="1C79FA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คาถาวาโยพัด, ดาบลงยันต์, ระเบิดลม, อาวุธธาตุลม</w:t>
            </w:r>
          </w:p>
        </w:tc>
      </w:tr>
    </w:tbl>
    <w:p w14:paraId="4C80196C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3983"/>
        <w:gridCol w:w="3571"/>
      </w:tblGrid>
      <w:tr w:rsidR="00501161" w14:paraId="34364C09" w14:textId="77777777">
        <w:trPr>
          <w:tblHeader/>
          <w:jc w:val="center"/>
        </w:trPr>
        <w:tc>
          <w:tcPr>
            <w:tcW w:w="1460" w:type="dxa"/>
            <w:shd w:val="clear" w:color="auto" w:fill="F2F2F2"/>
          </w:tcPr>
          <w:p w14:paraId="695C2AA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การตอบสนอง</w:t>
            </w:r>
          </w:p>
        </w:tc>
        <w:tc>
          <w:tcPr>
            <w:tcW w:w="3983" w:type="dxa"/>
            <w:shd w:val="clear" w:color="auto" w:fill="F2F2F2"/>
          </w:tcPr>
          <w:p w14:paraId="0FDD7AD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Modifier</w:t>
            </w:r>
          </w:p>
        </w:tc>
        <w:tc>
          <w:tcPr>
            <w:tcW w:w="3571" w:type="dxa"/>
            <w:shd w:val="clear" w:color="auto" w:fill="F2F2F2"/>
          </w:tcPr>
          <w:p w14:paraId="3EBEAE6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ข้อความในเกม</w:t>
            </w:r>
          </w:p>
        </w:tc>
      </w:tr>
      <w:tr w:rsidR="00501161" w14:paraId="428FFD0C" w14:textId="77777777">
        <w:trPr>
          <w:jc w:val="center"/>
        </w:trPr>
        <w:tc>
          <w:tcPr>
            <w:tcW w:w="1460" w:type="dxa"/>
          </w:tcPr>
          <w:p w14:paraId="220FD7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</w:t>
            </w:r>
          </w:p>
        </w:tc>
        <w:tc>
          <w:tcPr>
            <w:tcW w:w="3983" w:type="dxa"/>
          </w:tcPr>
          <w:p w14:paraId="54BFA8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×1.5 (+</w:t>
            </w:r>
            <w:r>
              <w:rPr>
                <w:sz w:val="28"/>
                <w:szCs w:val="28"/>
              </w:rPr>
              <w:t>เพ่งกสิณ สูงสุด ×1.75)</w:t>
            </w:r>
          </w:p>
        </w:tc>
        <w:tc>
          <w:tcPr>
            <w:tcW w:w="3571" w:type="dxa"/>
          </w:tcPr>
          <w:p w14:paraId="57BE82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 xml:space="preserve">ได้ผลมาก!" </w:t>
            </w:r>
            <w:r>
              <w:rPr>
                <w:sz w:val="28"/>
                <w:szCs w:val="28"/>
              </w:rPr>
              <w:t>ตัวเลขสีฟ้า</w:t>
            </w:r>
          </w:p>
        </w:tc>
      </w:tr>
      <w:tr w:rsidR="00501161" w14:paraId="3AC2C279" w14:textId="77777777">
        <w:trPr>
          <w:jc w:val="center"/>
        </w:trPr>
        <w:tc>
          <w:tcPr>
            <w:tcW w:w="1460" w:type="dxa"/>
          </w:tcPr>
          <w:p w14:paraId="28EB84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Normal</w:t>
            </w:r>
          </w:p>
        </w:tc>
        <w:tc>
          <w:tcPr>
            <w:tcW w:w="3983" w:type="dxa"/>
          </w:tcPr>
          <w:p w14:paraId="6E437B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</w:t>
            </w:r>
          </w:p>
        </w:tc>
        <w:tc>
          <w:tcPr>
            <w:tcW w:w="3571" w:type="dxa"/>
          </w:tcPr>
          <w:p w14:paraId="2DF212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8C33C07" w14:textId="77777777">
        <w:trPr>
          <w:jc w:val="center"/>
        </w:trPr>
        <w:tc>
          <w:tcPr>
            <w:tcW w:w="1460" w:type="dxa"/>
          </w:tcPr>
          <w:p w14:paraId="5CAB77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Resist</w:t>
            </w:r>
          </w:p>
        </w:tc>
        <w:tc>
          <w:tcPr>
            <w:tcW w:w="3983" w:type="dxa"/>
          </w:tcPr>
          <w:p w14:paraId="3903C2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×0.5</w:t>
            </w:r>
          </w:p>
        </w:tc>
        <w:tc>
          <w:tcPr>
            <w:tcW w:w="3571" w:type="dxa"/>
          </w:tcPr>
          <w:p w14:paraId="604CAE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ไม่ค่อยได้ผล" ตัวเลขสีเทา</w:t>
            </w:r>
          </w:p>
        </w:tc>
      </w:tr>
      <w:tr w:rsidR="00501161" w14:paraId="6B6826B4" w14:textId="77777777">
        <w:trPr>
          <w:jc w:val="center"/>
        </w:trPr>
        <w:tc>
          <w:tcPr>
            <w:tcW w:w="1460" w:type="dxa"/>
          </w:tcPr>
          <w:p w14:paraId="74E2DB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Null</w:t>
            </w:r>
          </w:p>
        </w:tc>
        <w:tc>
          <w:tcPr>
            <w:tcW w:w="3983" w:type="dxa"/>
          </w:tcPr>
          <w:p w14:paraId="3E0C44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×0</w:t>
            </w:r>
          </w:p>
        </w:tc>
        <w:tc>
          <w:tcPr>
            <w:tcW w:w="3571" w:type="dxa"/>
          </w:tcPr>
          <w:p w14:paraId="77A40B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ไม่ได้ผล"</w:t>
            </w:r>
          </w:p>
        </w:tc>
      </w:tr>
    </w:tbl>
    <w:p w14:paraId="15A1A654" w14:textId="77777777" w:rsidR="00501161" w:rsidRDefault="00501161">
      <w:pPr>
        <w:spacing w:after="40"/>
      </w:pPr>
    </w:p>
    <w:p w14:paraId="75769D62" w14:textId="77777777" w:rsidR="00501161" w:rsidRDefault="00C637DA">
      <w:pPr>
        <w:pStyle w:val="Heading2"/>
      </w:pPr>
      <w:bookmarkStart w:id="31" w:name="_Toc243336701"/>
      <w:r>
        <w:t>5.6 Status Effects</w:t>
      </w:r>
      <w:bookmarkEnd w:id="31"/>
    </w:p>
    <w:p w14:paraId="6280B3A2" w14:textId="77777777" w:rsidR="00501161" w:rsidRDefault="00C637DA">
      <w:pPr>
        <w:ind w:firstLine="720"/>
      </w:pPr>
      <w:r>
        <w:t>สถานะผิดปกติใช้ได้ทั้งสองฝ่าย ติดซ้ำตัวเดิม = รีเซ็ตระยะเวลา ไม่ Stack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"/>
        <w:gridCol w:w="3659"/>
        <w:gridCol w:w="918"/>
        <w:gridCol w:w="1899"/>
        <w:gridCol w:w="1621"/>
      </w:tblGrid>
      <w:tr w:rsidR="00501161" w14:paraId="765FCFEC" w14:textId="77777777">
        <w:trPr>
          <w:tblHeader/>
          <w:jc w:val="center"/>
        </w:trPr>
        <w:tc>
          <w:tcPr>
            <w:tcW w:w="918" w:type="dxa"/>
            <w:shd w:val="clear" w:color="auto" w:fill="F2F2F2"/>
          </w:tcPr>
          <w:p w14:paraId="7E78319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3659" w:type="dxa"/>
            <w:shd w:val="clear" w:color="auto" w:fill="F2F2F2"/>
          </w:tcPr>
          <w:p w14:paraId="6412F1E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918" w:type="dxa"/>
            <w:shd w:val="clear" w:color="auto" w:fill="F2F2F2"/>
          </w:tcPr>
          <w:p w14:paraId="45D6FD9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1899" w:type="dxa"/>
            <w:shd w:val="clear" w:color="auto" w:fill="F2F2F2"/>
          </w:tcPr>
          <w:p w14:paraId="63CA649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Normal / Elite / Boss</w:t>
            </w:r>
          </w:p>
        </w:tc>
        <w:tc>
          <w:tcPr>
            <w:tcW w:w="1621" w:type="dxa"/>
            <w:shd w:val="clear" w:color="auto" w:fill="F2F2F2"/>
          </w:tcPr>
          <w:p w14:paraId="6680CDB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วิธีแก้</w:t>
            </w:r>
          </w:p>
        </w:tc>
      </w:tr>
      <w:tr w:rsidR="00501161" w14:paraId="7EF90121" w14:textId="77777777">
        <w:trPr>
          <w:jc w:val="center"/>
        </w:trPr>
        <w:tc>
          <w:tcPr>
            <w:tcW w:w="918" w:type="dxa"/>
          </w:tcPr>
          <w:p w14:paraId="54B87B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Poison</w:t>
            </w:r>
          </w:p>
        </w:tc>
        <w:tc>
          <w:tcPr>
            <w:tcW w:w="3659" w:type="dxa"/>
          </w:tcPr>
          <w:p w14:paraId="446CBD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เสีย HP 10% Max HP </w:t>
            </w:r>
            <w:r>
              <w:rPr>
                <w:sz w:val="28"/>
                <w:szCs w:val="28"/>
              </w:rPr>
              <w:t>ต้นเทิร์น · นอกการต่อสู้เสีย 1% Max HP ต่อก้าว จนกว่าจะรักษา</w:t>
            </w:r>
          </w:p>
        </w:tc>
        <w:tc>
          <w:tcPr>
            <w:tcW w:w="918" w:type="dxa"/>
          </w:tcPr>
          <w:p w14:paraId="1AB4F0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899" w:type="dxa"/>
          </w:tcPr>
          <w:p w14:paraId="2A7100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บอส: 2% Max HP บอส (สูงสุด 300 ต่อเทิร์น)</w:t>
            </w:r>
          </w:p>
        </w:tc>
        <w:tc>
          <w:tcPr>
            <w:tcW w:w="1621" w:type="dxa"/>
          </w:tcPr>
          <w:p w14:paraId="4C3096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ถอนพิษว่านยา, ยาเขียว, เรือนหมอหลวง</w:t>
            </w:r>
          </w:p>
        </w:tc>
      </w:tr>
      <w:tr w:rsidR="00501161" w14:paraId="7D6267AD" w14:textId="77777777">
        <w:trPr>
          <w:jc w:val="center"/>
        </w:trPr>
        <w:tc>
          <w:tcPr>
            <w:tcW w:w="918" w:type="dxa"/>
          </w:tcPr>
          <w:p w14:paraId="31AD46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Stun</w:t>
            </w:r>
          </w:p>
        </w:tc>
        <w:tc>
          <w:tcPr>
            <w:tcW w:w="3659" w:type="dxa"/>
          </w:tcPr>
          <w:p w14:paraId="5F7F0B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ข้ามเทิร์นถัดไป</w:t>
            </w:r>
          </w:p>
        </w:tc>
        <w:tc>
          <w:tcPr>
            <w:tcW w:w="918" w:type="dxa"/>
          </w:tcPr>
          <w:p w14:paraId="27DEE97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899" w:type="dxa"/>
          </w:tcPr>
          <w:p w14:paraId="2DAE7C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บอส: Immunity 3 เทิร์นหลังหาย</w:t>
            </w:r>
          </w:p>
        </w:tc>
        <w:tc>
          <w:tcPr>
            <w:tcW w:w="1621" w:type="dxa"/>
          </w:tcPr>
          <w:p w14:paraId="19E83C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หายเอง</w:t>
            </w:r>
          </w:p>
        </w:tc>
      </w:tr>
      <w:tr w:rsidR="00501161" w14:paraId="29621455" w14:textId="77777777">
        <w:trPr>
          <w:jc w:val="center"/>
        </w:trPr>
        <w:tc>
          <w:tcPr>
            <w:tcW w:w="918" w:type="dxa"/>
          </w:tcPr>
          <w:p w14:paraId="433048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Sleep</w:t>
            </w:r>
          </w:p>
        </w:tc>
        <w:tc>
          <w:tcPr>
            <w:tcW w:w="3659" w:type="dxa"/>
          </w:tcPr>
          <w:p w14:paraId="2E55F7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ทำอะไรไม่ได้ </w:t>
            </w:r>
            <w:r>
              <w:rPr>
                <w:sz w:val="28"/>
                <w:szCs w:val="28"/>
              </w:rPr>
              <w:t>โดนตีแล้วตื่น (ครั้งที่ปลุกดาเมจ ×1.5)</w:t>
            </w:r>
          </w:p>
        </w:tc>
        <w:tc>
          <w:tcPr>
            <w:tcW w:w="918" w:type="dxa"/>
          </w:tcPr>
          <w:p w14:paraId="330794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899" w:type="dxa"/>
          </w:tcPr>
          <w:p w14:paraId="44DF75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บอส: 1 เทิร์น</w:t>
            </w:r>
          </w:p>
        </w:tc>
        <w:tc>
          <w:tcPr>
            <w:tcW w:w="1621" w:type="dxa"/>
          </w:tcPr>
          <w:p w14:paraId="4BA238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โดนตี, ถอนพิษว่านยา</w:t>
            </w:r>
          </w:p>
        </w:tc>
      </w:tr>
      <w:tr w:rsidR="00501161" w14:paraId="2B0CC2EF" w14:textId="77777777">
        <w:trPr>
          <w:jc w:val="center"/>
        </w:trPr>
        <w:tc>
          <w:tcPr>
            <w:tcW w:w="918" w:type="dxa"/>
          </w:tcPr>
          <w:p w14:paraId="32B2D7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Bind</w:t>
            </w:r>
          </w:p>
        </w:tc>
        <w:tc>
          <w:tcPr>
            <w:tcW w:w="3659" w:type="dxa"/>
          </w:tcPr>
          <w:p w14:paraId="11F0BC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ใช้ Fight และสกิลกายภาพไม่ได้ หนีไม่ได้</w:t>
            </w:r>
          </w:p>
        </w:tc>
        <w:tc>
          <w:tcPr>
            <w:tcW w:w="918" w:type="dxa"/>
          </w:tcPr>
          <w:p w14:paraId="5B89DA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899" w:type="dxa"/>
          </w:tcPr>
          <w:p w14:paraId="5297E7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บอส: 1 เทิร์น</w:t>
            </w:r>
          </w:p>
        </w:tc>
        <w:tc>
          <w:tcPr>
            <w:tcW w:w="1621" w:type="dxa"/>
          </w:tcPr>
          <w:p w14:paraId="288FAD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ถอนพิษว่านยา, หายเอง</w:t>
            </w:r>
          </w:p>
        </w:tc>
      </w:tr>
      <w:tr w:rsidR="00501161" w14:paraId="096BC767" w14:textId="77777777">
        <w:trPr>
          <w:jc w:val="center"/>
        </w:trPr>
        <w:tc>
          <w:tcPr>
            <w:tcW w:w="918" w:type="dxa"/>
          </w:tcPr>
          <w:p w14:paraId="239F1C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Paralyze</w:t>
            </w:r>
          </w:p>
        </w:tc>
        <w:tc>
          <w:tcPr>
            <w:tcW w:w="3659" w:type="dxa"/>
          </w:tcPr>
          <w:p w14:paraId="2A1ACD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โอกาส 50% ทำอะไรไม่ได้ในเทิร์นนั้น</w:t>
            </w:r>
          </w:p>
        </w:tc>
        <w:tc>
          <w:tcPr>
            <w:tcW w:w="918" w:type="dxa"/>
          </w:tcPr>
          <w:p w14:paraId="614196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899" w:type="dxa"/>
          </w:tcPr>
          <w:p w14:paraId="2C263D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บอส: 2 เทิร์น</w:t>
            </w:r>
          </w:p>
        </w:tc>
        <w:tc>
          <w:tcPr>
            <w:tcW w:w="1621" w:type="dxa"/>
          </w:tcPr>
          <w:p w14:paraId="52079F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ถอนพิษว่านยา</w:t>
            </w:r>
          </w:p>
        </w:tc>
      </w:tr>
      <w:tr w:rsidR="00501161" w14:paraId="6C8160F9" w14:textId="77777777">
        <w:trPr>
          <w:jc w:val="center"/>
        </w:trPr>
        <w:tc>
          <w:tcPr>
            <w:tcW w:w="918" w:type="dxa"/>
          </w:tcPr>
          <w:p w14:paraId="06CD6C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Blind</w:t>
            </w:r>
          </w:p>
        </w:tc>
        <w:tc>
          <w:tcPr>
            <w:tcW w:w="3659" w:type="dxa"/>
          </w:tcPr>
          <w:p w14:paraId="11C15E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Accuracy −30% (Hit Chance </w:t>
            </w:r>
            <w:r>
              <w:rPr>
                <w:sz w:val="28"/>
                <w:szCs w:val="28"/>
              </w:rPr>
              <w:t>ลดลง)</w:t>
            </w:r>
          </w:p>
        </w:tc>
        <w:tc>
          <w:tcPr>
            <w:tcW w:w="918" w:type="dxa"/>
          </w:tcPr>
          <w:p w14:paraId="425636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899" w:type="dxa"/>
          </w:tcPr>
          <w:p w14:paraId="0087B4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เหมือนกัน</w:t>
            </w:r>
          </w:p>
        </w:tc>
        <w:tc>
          <w:tcPr>
            <w:tcW w:w="1621" w:type="dxa"/>
          </w:tcPr>
          <w:p w14:paraId="71307E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ถอนพิษว่านยา, หายเอง</w:t>
            </w:r>
          </w:p>
        </w:tc>
      </w:tr>
    </w:tbl>
    <w:p w14:paraId="3A721BFB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57"/>
        <w:gridCol w:w="6257"/>
      </w:tblGrid>
      <w:tr w:rsidR="00501161" w14:paraId="17B728D5" w14:textId="77777777">
        <w:trPr>
          <w:tblHeader/>
          <w:jc w:val="center"/>
        </w:trPr>
        <w:tc>
          <w:tcPr>
            <w:tcW w:w="2757" w:type="dxa"/>
            <w:shd w:val="clear" w:color="auto" w:fill="F2F2F2"/>
          </w:tcPr>
          <w:p w14:paraId="46A838D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6257" w:type="dxa"/>
            <w:shd w:val="clear" w:color="auto" w:fill="F2F2F2"/>
          </w:tcPr>
          <w:p w14:paraId="3E993C9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32573107" w14:textId="77777777">
        <w:trPr>
          <w:jc w:val="center"/>
        </w:trPr>
        <w:tc>
          <w:tcPr>
            <w:tcW w:w="2757" w:type="dxa"/>
          </w:tcPr>
          <w:p w14:paraId="68A626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Status Chance</w:t>
            </w:r>
          </w:p>
        </w:tc>
        <w:tc>
          <w:tcPr>
            <w:tcW w:w="6257" w:type="dxa"/>
          </w:tcPr>
          <w:p w14:paraId="490DD2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Skill Chance × (1 + LUK </w:t>
            </w:r>
            <w:r>
              <w:rPr>
                <w:sz w:val="28"/>
                <w:szCs w:val="28"/>
              </w:rPr>
              <w:t>ผู้ใช้/200) × (1 − Resist เป้าหมาย)</w:t>
            </w:r>
          </w:p>
        </w:tc>
      </w:tr>
      <w:tr w:rsidR="00501161" w14:paraId="2B2BE1C8" w14:textId="77777777">
        <w:trPr>
          <w:jc w:val="center"/>
        </w:trPr>
        <w:tc>
          <w:tcPr>
            <w:tcW w:w="2757" w:type="dxa"/>
          </w:tcPr>
          <w:p w14:paraId="5600A3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Resist </w:t>
            </w:r>
            <w:r>
              <w:rPr>
                <w:sz w:val="28"/>
                <w:szCs w:val="28"/>
              </w:rPr>
              <w:t>ตัวละคร</w:t>
            </w:r>
          </w:p>
        </w:tc>
        <w:tc>
          <w:tcPr>
            <w:tcW w:w="6257" w:type="dxa"/>
          </w:tcPr>
          <w:p w14:paraId="7192E3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VIT/400 (</w:t>
            </w:r>
            <w:r>
              <w:rPr>
                <w:sz w:val="28"/>
                <w:szCs w:val="28"/>
              </w:rPr>
              <w:t>สูงสุด 50%) + เครื่องราง</w:t>
            </w:r>
          </w:p>
        </w:tc>
      </w:tr>
      <w:tr w:rsidR="00501161" w14:paraId="58BD8645" w14:textId="77777777">
        <w:trPr>
          <w:jc w:val="center"/>
        </w:trPr>
        <w:tc>
          <w:tcPr>
            <w:tcW w:w="2757" w:type="dxa"/>
          </w:tcPr>
          <w:p w14:paraId="4D8182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Resist </w:t>
            </w:r>
            <w:r>
              <w:rPr>
                <w:sz w:val="28"/>
                <w:szCs w:val="28"/>
              </w:rPr>
              <w:t>ศัตรู</w:t>
            </w:r>
          </w:p>
        </w:tc>
        <w:tc>
          <w:tcPr>
            <w:tcW w:w="6257" w:type="dxa"/>
          </w:tcPr>
          <w:p w14:paraId="7C6564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ทั่วไป 0% · </w:t>
            </w:r>
            <w:r>
              <w:rPr>
                <w:sz w:val="28"/>
                <w:szCs w:val="28"/>
              </w:rPr>
              <w:t>สัตว์ชั้นสูง 25% · บอส 50%</w:t>
            </w:r>
          </w:p>
        </w:tc>
      </w:tr>
      <w:tr w:rsidR="00501161" w14:paraId="11607050" w14:textId="77777777">
        <w:trPr>
          <w:jc w:val="center"/>
        </w:trPr>
        <w:tc>
          <w:tcPr>
            <w:tcW w:w="2757" w:type="dxa"/>
          </w:tcPr>
          <w:p w14:paraId="79D4DC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ลำดับที่ถอนพิษว่านยาลบก่อน</w:t>
            </w:r>
          </w:p>
        </w:tc>
        <w:tc>
          <w:tcPr>
            <w:tcW w:w="6257" w:type="dxa"/>
          </w:tcPr>
          <w:p w14:paraId="7621FF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Stun → Sleep → Paralyze → Bind → Blind → Poison</w:t>
            </w:r>
          </w:p>
        </w:tc>
      </w:tr>
    </w:tbl>
    <w:p w14:paraId="3BC17020" w14:textId="77777777" w:rsidR="00501161" w:rsidRDefault="00501161">
      <w:pPr>
        <w:spacing w:after="40"/>
      </w:pPr>
    </w:p>
    <w:p w14:paraId="06F744E9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บอสมี Resist 50% และ Duration สั้นลง เพื่อไม่ให้ผู้เล่นล็อกบอสด้วยสถานะได้ทั้งไฟต์ แต่ยังติดได้ ทำให้สายสถานะยังมีค่าในไฟต์บอส</w:t>
      </w:r>
    </w:p>
    <w:p w14:paraId="571B447B" w14:textId="77777777" w:rsidR="00501161" w:rsidRDefault="00C637DA">
      <w:pPr>
        <w:pStyle w:val="Heading2"/>
      </w:pPr>
      <w:bookmarkStart w:id="32" w:name="_Toc243336702"/>
      <w:r>
        <w:t xml:space="preserve">5.7 Battle </w:t>
      </w:r>
      <w:r>
        <w:t>Rewards</w:t>
      </w:r>
      <w:bookmarkEnd w:id="32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3"/>
        <w:gridCol w:w="7591"/>
      </w:tblGrid>
      <w:tr w:rsidR="00501161" w14:paraId="2D2A094E" w14:textId="77777777">
        <w:trPr>
          <w:tblHeader/>
          <w:jc w:val="center"/>
        </w:trPr>
        <w:tc>
          <w:tcPr>
            <w:tcW w:w="1423" w:type="dxa"/>
            <w:shd w:val="clear" w:color="auto" w:fill="F2F2F2"/>
          </w:tcPr>
          <w:p w14:paraId="4C1F187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รางวัล</w:t>
            </w:r>
          </w:p>
        </w:tc>
        <w:tc>
          <w:tcPr>
            <w:tcW w:w="7591" w:type="dxa"/>
            <w:shd w:val="clear" w:color="auto" w:fill="F2F2F2"/>
          </w:tcPr>
          <w:p w14:paraId="5FFAA21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สูตร</w:t>
            </w:r>
          </w:p>
        </w:tc>
      </w:tr>
      <w:tr w:rsidR="00501161" w14:paraId="3D91A12A" w14:textId="77777777">
        <w:trPr>
          <w:jc w:val="center"/>
        </w:trPr>
        <w:tc>
          <w:tcPr>
            <w:tcW w:w="1423" w:type="dxa"/>
          </w:tcPr>
          <w:p w14:paraId="40B3B5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</w:t>
            </w:r>
          </w:p>
        </w:tc>
        <w:tc>
          <w:tcPr>
            <w:tcW w:w="7591" w:type="dxa"/>
          </w:tcPr>
          <w:p w14:paraId="49542E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EXP </w:t>
            </w:r>
            <w:r>
              <w:rPr>
                <w:sz w:val="28"/>
                <w:szCs w:val="28"/>
              </w:rPr>
              <w:t>ศัตรู × Level Modifier · Level Modifier = 1 + 0.1 × (Lv ศัตรู − Lv เฉลี่ยปาร์ตี้) ต่ำสุด ×0.2 สูงสุด ×2.0</w:t>
            </w:r>
          </w:p>
        </w:tc>
      </w:tr>
      <w:tr w:rsidR="00501161" w14:paraId="76897749" w14:textId="77777777">
        <w:trPr>
          <w:jc w:val="center"/>
        </w:trPr>
        <w:tc>
          <w:tcPr>
            <w:tcW w:w="1423" w:type="dxa"/>
          </w:tcPr>
          <w:p w14:paraId="16E08A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EXP </w:t>
            </w:r>
            <w:r>
              <w:rPr>
                <w:sz w:val="28"/>
                <w:szCs w:val="28"/>
              </w:rPr>
              <w:t>ศัตรู</w:t>
            </w:r>
          </w:p>
        </w:tc>
        <w:tc>
          <w:tcPr>
            <w:tcW w:w="7591" w:type="dxa"/>
          </w:tcPr>
          <w:p w14:paraId="3F3F32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(3L² + 3L + 1) / 15 × Tier (</w:t>
            </w:r>
            <w:r>
              <w:rPr>
                <w:sz w:val="28"/>
                <w:szCs w:val="28"/>
              </w:rPr>
              <w:t>ทั่วไป ×1, ร่างกลางคืน ×1.3, สัตว์ชั้นสูง ×3, บอส ×8) — อ้างอิงตาราง 3.2</w:t>
            </w:r>
          </w:p>
        </w:tc>
      </w:tr>
      <w:tr w:rsidR="00501161" w14:paraId="24EE7FEE" w14:textId="77777777">
        <w:trPr>
          <w:jc w:val="center"/>
        </w:trPr>
        <w:tc>
          <w:tcPr>
            <w:tcW w:w="1423" w:type="dxa"/>
          </w:tcPr>
          <w:p w14:paraId="12B21F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Gold</w:t>
            </w:r>
          </w:p>
        </w:tc>
        <w:tc>
          <w:tcPr>
            <w:tcW w:w="7591" w:type="dxa"/>
          </w:tcPr>
          <w:p w14:paraId="566CBF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(5 + 2 × Lv) × Tier (</w:t>
            </w:r>
            <w:r>
              <w:rPr>
                <w:sz w:val="28"/>
                <w:szCs w:val="28"/>
              </w:rPr>
              <w:t>ทั่วไป ×1, ร่างกลางคืน ×1.3, สัตว์ชั้นสูง ×3, บอส ×10)</w:t>
            </w:r>
          </w:p>
        </w:tc>
      </w:tr>
      <w:tr w:rsidR="00501161" w14:paraId="5A4645FC" w14:textId="77777777">
        <w:trPr>
          <w:jc w:val="center"/>
        </w:trPr>
        <w:tc>
          <w:tcPr>
            <w:tcW w:w="1423" w:type="dxa"/>
          </w:tcPr>
          <w:p w14:paraId="6CAEA6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Drop </w:t>
            </w:r>
            <w:r>
              <w:rPr>
                <w:sz w:val="28"/>
                <w:szCs w:val="28"/>
              </w:rPr>
              <w:t>ปกติ</w:t>
            </w:r>
          </w:p>
        </w:tc>
        <w:tc>
          <w:tcPr>
            <w:tcW w:w="7591" w:type="dxa"/>
          </w:tcPr>
          <w:p w14:paraId="0343C7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โอกาสตามตาราง × (1 + LUK สูงสุดในปาร์ตี้/200 + วิชาพรานไพร)</w:t>
            </w:r>
          </w:p>
        </w:tc>
      </w:tr>
      <w:tr w:rsidR="00501161" w14:paraId="524C4A26" w14:textId="77777777">
        <w:trPr>
          <w:jc w:val="center"/>
        </w:trPr>
        <w:tc>
          <w:tcPr>
            <w:tcW w:w="1423" w:type="dxa"/>
          </w:tcPr>
          <w:p w14:paraId="54F7C6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7591" w:type="dxa"/>
          </w:tcPr>
          <w:p w14:paraId="4095EA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ได้แน่นอน 100% เมื่อปิดจ๊อบตามเงื่อนไข (แนวคิดจาก Etrian Odyssey)</w:t>
            </w:r>
          </w:p>
        </w:tc>
      </w:tr>
    </w:tbl>
    <w:p w14:paraId="53C56A45" w14:textId="77777777" w:rsidR="00501161" w:rsidRDefault="00501161">
      <w:pPr>
        <w:spacing w:after="40"/>
      </w:pPr>
    </w:p>
    <w:p w14:paraId="578ACA6F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Conditiona</w:t>
      </w:r>
      <w:r>
        <w:t xml:space="preserve">l Drop </w:t>
      </w:r>
      <w:r>
        <w:t>บอกเป็นคำใบ้ในสมุดสัตว์หลังล้มตัวนั้นได้ 3 ครั้ง ทำให้ผู้เล่นทดลองวิธีเล่นใหม่ และวัตถุดิบหายากเป็นตัวปลดล็อกอาวุธที่ดีที่สุด</w:t>
      </w:r>
    </w:p>
    <w:p w14:paraId="0284D759" w14:textId="77777777" w:rsidR="00501161" w:rsidRDefault="00C637DA">
      <w:pPr>
        <w:pStyle w:val="Heading1"/>
        <w:pageBreakBefore/>
      </w:pPr>
      <w:bookmarkStart w:id="33" w:name="_Toc243336703"/>
      <w:r>
        <w:lastRenderedPageBreak/>
        <w:t>6. World &amp; Chapter Structure</w:t>
      </w:r>
      <w:bookmarkEnd w:id="33"/>
    </w:p>
    <w:p w14:paraId="3D462EB3" w14:textId="77777777" w:rsidR="00501161" w:rsidRDefault="00C637DA">
      <w:pPr>
        <w:pStyle w:val="Heading2"/>
      </w:pPr>
      <w:bookmarkStart w:id="34" w:name="_Toc243336704"/>
      <w:r>
        <w:t>6.1 Overview</w:t>
      </w:r>
      <w:bookmarkEnd w:id="34"/>
    </w:p>
    <w:p w14:paraId="487A59CD" w14:textId="77777777" w:rsidR="00501161" w:rsidRDefault="00C637DA">
      <w:pPr>
        <w:ind w:firstLine="720"/>
      </w:pPr>
      <w:r>
        <w:t>เกมมี 7 Chapter แต่ละ Chapter ใช้เวลาเล่น 7–10 ชั่วโมง (รวม 49–70 ชั่วโมง) ผู้เล่</w:t>
      </w:r>
      <w:r>
        <w:t>นบุกเข้าป่าหิมพานต์จากชั้นนอกสุดเข้าไปหาใจกลาง ทุก Chapter คือชั้นที่ลึกกว่าเดิม แมพใหญ่ขึ้น มอนส์เตอร์ยากขึ้น มีวัตถุดิบและอุปกรณ์ใหม่ และมี Gimmick ประจำพื้นที่ที่บังคับให้ผู้เล่นจดลงแผนที่ เมื่อถึงวันที่ 31 บอสประจำ Chapter จะปรากฏ ชนะแล้วเนื้อเรื่องเดิ</w:t>
      </w:r>
      <w:r>
        <w:t>นต่อ ค่ายย้ายเข้าไปลึกขึ้น และเปิด Chapter ถัดไป</w:t>
      </w:r>
    </w:p>
    <w:p w14:paraId="18D3F6F9" w14:textId="77777777" w:rsidR="00501161" w:rsidRDefault="00C637DA">
      <w:pPr>
        <w:pStyle w:val="Heading2"/>
      </w:pPr>
      <w:bookmarkStart w:id="35" w:name="_Toc243336705"/>
      <w:r>
        <w:t>6.2 Chapter Overview</w:t>
      </w:r>
      <w:bookmarkEnd w:id="35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3"/>
        <w:gridCol w:w="1885"/>
        <w:gridCol w:w="983"/>
        <w:gridCol w:w="1147"/>
        <w:gridCol w:w="1557"/>
        <w:gridCol w:w="2458"/>
      </w:tblGrid>
      <w:tr w:rsidR="00501161" w14:paraId="7912BDFD" w14:textId="77777777">
        <w:trPr>
          <w:tblHeader/>
          <w:jc w:val="center"/>
        </w:trPr>
        <w:tc>
          <w:tcPr>
            <w:tcW w:w="983" w:type="dxa"/>
            <w:shd w:val="clear" w:color="auto" w:fill="F2F2F2"/>
          </w:tcPr>
          <w:p w14:paraId="16B67EB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Ch</w:t>
            </w:r>
          </w:p>
        </w:tc>
        <w:tc>
          <w:tcPr>
            <w:tcW w:w="1885" w:type="dxa"/>
            <w:shd w:val="clear" w:color="auto" w:fill="F2F2F2"/>
          </w:tcPr>
          <w:p w14:paraId="7227ADD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พื้นที่</w:t>
            </w:r>
          </w:p>
        </w:tc>
        <w:tc>
          <w:tcPr>
            <w:tcW w:w="983" w:type="dxa"/>
            <w:shd w:val="clear" w:color="auto" w:fill="F2F2F2"/>
          </w:tcPr>
          <w:p w14:paraId="7744BA8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Lv </w:t>
            </w:r>
            <w:r>
              <w:rPr>
                <w:b/>
                <w:bCs/>
                <w:sz w:val="28"/>
                <w:szCs w:val="28"/>
              </w:rPr>
              <w:t>ศัตรู</w:t>
            </w:r>
          </w:p>
        </w:tc>
        <w:tc>
          <w:tcPr>
            <w:tcW w:w="1147" w:type="dxa"/>
            <w:shd w:val="clear" w:color="auto" w:fill="F2F2F2"/>
          </w:tcPr>
          <w:p w14:paraId="22B52B3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แมพ</w:t>
            </w:r>
          </w:p>
        </w:tc>
        <w:tc>
          <w:tcPr>
            <w:tcW w:w="1557" w:type="dxa"/>
            <w:shd w:val="clear" w:color="auto" w:fill="F2F2F2"/>
          </w:tcPr>
          <w:p w14:paraId="1B47597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Gimmick</w:t>
            </w:r>
          </w:p>
        </w:tc>
        <w:tc>
          <w:tcPr>
            <w:tcW w:w="2458" w:type="dxa"/>
            <w:shd w:val="clear" w:color="auto" w:fill="F2F2F2"/>
          </w:tcPr>
          <w:p w14:paraId="1B3FC91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วัตถุดิบเด่น (จากสัตว์ชั้นสูง)</w:t>
            </w:r>
          </w:p>
        </w:tc>
      </w:tr>
      <w:tr w:rsidR="00501161" w14:paraId="4D13A11D" w14:textId="77777777">
        <w:trPr>
          <w:jc w:val="center"/>
        </w:trPr>
        <w:tc>
          <w:tcPr>
            <w:tcW w:w="983" w:type="dxa"/>
          </w:tcPr>
          <w:p w14:paraId="5F0F81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85" w:type="dxa"/>
          </w:tcPr>
          <w:p w14:paraId="70D6D0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ชายป่าหิมพานต์</w:t>
            </w:r>
          </w:p>
        </w:tc>
        <w:tc>
          <w:tcPr>
            <w:tcW w:w="983" w:type="dxa"/>
          </w:tcPr>
          <w:p w14:paraId="7C0A87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1–12</w:t>
            </w:r>
          </w:p>
        </w:tc>
        <w:tc>
          <w:tcPr>
            <w:tcW w:w="1147" w:type="dxa"/>
          </w:tcPr>
          <w:p w14:paraId="3B0616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20×20 × 3 </w:t>
            </w:r>
            <w:r>
              <w:rPr>
                <w:sz w:val="28"/>
                <w:szCs w:val="28"/>
              </w:rPr>
              <w:t>ชั้น</w:t>
            </w:r>
          </w:p>
        </w:tc>
        <w:tc>
          <w:tcPr>
            <w:tcW w:w="1557" w:type="dxa"/>
          </w:tcPr>
          <w:p w14:paraId="738FB4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ไม่มี (ช่วงสอนระบบ)</w:t>
            </w:r>
          </w:p>
        </w:tc>
        <w:tc>
          <w:tcPr>
            <w:tcW w:w="2458" w:type="dxa"/>
          </w:tcPr>
          <w:p w14:paraId="6B12D8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งาโลโต</w:t>
            </w:r>
          </w:p>
        </w:tc>
      </w:tr>
      <w:tr w:rsidR="00501161" w14:paraId="24E01616" w14:textId="77777777">
        <w:trPr>
          <w:jc w:val="center"/>
        </w:trPr>
        <w:tc>
          <w:tcPr>
            <w:tcW w:w="983" w:type="dxa"/>
          </w:tcPr>
          <w:p w14:paraId="0518A6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85" w:type="dxa"/>
          </w:tcPr>
          <w:p w14:paraId="1DB3D7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ลุ่มน้ำปัญจมหานที</w:t>
            </w:r>
          </w:p>
        </w:tc>
        <w:tc>
          <w:tcPr>
            <w:tcW w:w="983" w:type="dxa"/>
          </w:tcPr>
          <w:p w14:paraId="174E7C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12–24</w:t>
            </w:r>
          </w:p>
        </w:tc>
        <w:tc>
          <w:tcPr>
            <w:tcW w:w="1147" w:type="dxa"/>
          </w:tcPr>
          <w:p w14:paraId="390610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24×24 × 4 </w:t>
            </w:r>
            <w:r>
              <w:rPr>
                <w:sz w:val="28"/>
                <w:szCs w:val="28"/>
              </w:rPr>
              <w:t>ชั้น</w:t>
            </w:r>
          </w:p>
        </w:tc>
        <w:tc>
          <w:tcPr>
            <w:tcW w:w="1557" w:type="dxa"/>
          </w:tcPr>
          <w:p w14:paraId="38A627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กระแสน้ำ</w:t>
            </w:r>
          </w:p>
        </w:tc>
        <w:tc>
          <w:tcPr>
            <w:tcW w:w="2458" w:type="dxa"/>
          </w:tcPr>
          <w:p w14:paraId="595174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เกล็ดมกร</w:t>
            </w:r>
          </w:p>
        </w:tc>
      </w:tr>
      <w:tr w:rsidR="00501161" w14:paraId="06BBBD27" w14:textId="77777777">
        <w:trPr>
          <w:jc w:val="center"/>
        </w:trPr>
        <w:tc>
          <w:tcPr>
            <w:tcW w:w="983" w:type="dxa"/>
          </w:tcPr>
          <w:p w14:paraId="43BC21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85" w:type="dxa"/>
          </w:tcPr>
          <w:p w14:paraId="235E58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ทุ่งราชสีห์และผาหินแดง</w:t>
            </w:r>
          </w:p>
        </w:tc>
        <w:tc>
          <w:tcPr>
            <w:tcW w:w="983" w:type="dxa"/>
          </w:tcPr>
          <w:p w14:paraId="75651D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24–36</w:t>
            </w:r>
          </w:p>
        </w:tc>
        <w:tc>
          <w:tcPr>
            <w:tcW w:w="1147" w:type="dxa"/>
          </w:tcPr>
          <w:p w14:paraId="4329A0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26×26 × 4 </w:t>
            </w:r>
            <w:r>
              <w:rPr>
                <w:sz w:val="28"/>
                <w:szCs w:val="28"/>
              </w:rPr>
              <w:t>ชั้น</w:t>
            </w:r>
          </w:p>
        </w:tc>
        <w:tc>
          <w:tcPr>
            <w:tcW w:w="1557" w:type="dxa"/>
          </w:tcPr>
          <w:p w14:paraId="2EFE2E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หญ้าสูง</w:t>
            </w:r>
          </w:p>
        </w:tc>
        <w:tc>
          <w:tcPr>
            <w:tcW w:w="2458" w:type="dxa"/>
          </w:tcPr>
          <w:p w14:paraId="684052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เขี้ยวคชสีห์</w:t>
            </w:r>
          </w:p>
        </w:tc>
      </w:tr>
      <w:tr w:rsidR="00501161" w14:paraId="734E69FD" w14:textId="77777777">
        <w:trPr>
          <w:jc w:val="center"/>
        </w:trPr>
        <w:tc>
          <w:tcPr>
            <w:tcW w:w="983" w:type="dxa"/>
          </w:tcPr>
          <w:p w14:paraId="6B5438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85" w:type="dxa"/>
          </w:tcPr>
          <w:p w14:paraId="190709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ดงคชสาร รอบสระฉัททันต์</w:t>
            </w:r>
          </w:p>
        </w:tc>
        <w:tc>
          <w:tcPr>
            <w:tcW w:w="983" w:type="dxa"/>
          </w:tcPr>
          <w:p w14:paraId="3DF1CB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36–48</w:t>
            </w:r>
          </w:p>
        </w:tc>
        <w:tc>
          <w:tcPr>
            <w:tcW w:w="1147" w:type="dxa"/>
          </w:tcPr>
          <w:p w14:paraId="002905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28×28 × 5 </w:t>
            </w:r>
            <w:r>
              <w:rPr>
                <w:sz w:val="28"/>
                <w:szCs w:val="28"/>
              </w:rPr>
              <w:t>ชั้น</w:t>
            </w:r>
          </w:p>
        </w:tc>
        <w:tc>
          <w:tcPr>
            <w:tcW w:w="1557" w:type="dxa"/>
          </w:tcPr>
          <w:p w14:paraId="40B2FE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ฝูงช้าง</w:t>
            </w:r>
          </w:p>
        </w:tc>
        <w:tc>
          <w:tcPr>
            <w:tcW w:w="2458" w:type="dxa"/>
          </w:tcPr>
          <w:p w14:paraId="2DCB82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งาช้างเหมะ</w:t>
            </w:r>
          </w:p>
        </w:tc>
      </w:tr>
      <w:tr w:rsidR="00501161" w14:paraId="13842B72" w14:textId="77777777">
        <w:trPr>
          <w:jc w:val="center"/>
        </w:trPr>
        <w:tc>
          <w:tcPr>
            <w:tcW w:w="983" w:type="dxa"/>
          </w:tcPr>
          <w:p w14:paraId="224507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85" w:type="dxa"/>
          </w:tcPr>
          <w:p w14:paraId="4D2E0B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ถ้ำมโนศิลาและทางลงบาดาล</w:t>
            </w:r>
          </w:p>
        </w:tc>
        <w:tc>
          <w:tcPr>
            <w:tcW w:w="983" w:type="dxa"/>
          </w:tcPr>
          <w:p w14:paraId="7A6A91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48–62</w:t>
            </w:r>
          </w:p>
        </w:tc>
        <w:tc>
          <w:tcPr>
            <w:tcW w:w="1147" w:type="dxa"/>
          </w:tcPr>
          <w:p w14:paraId="6556A9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30×30 × 5 </w:t>
            </w:r>
            <w:r>
              <w:rPr>
                <w:sz w:val="28"/>
                <w:szCs w:val="28"/>
              </w:rPr>
              <w:t>ชั้น</w:t>
            </w:r>
          </w:p>
        </w:tc>
        <w:tc>
          <w:tcPr>
            <w:tcW w:w="1557" w:type="dxa"/>
          </w:tcPr>
          <w:p w14:paraId="48B04B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ความมืด</w:t>
            </w:r>
          </w:p>
        </w:tc>
        <w:tc>
          <w:tcPr>
            <w:tcW w:w="2458" w:type="dxa"/>
          </w:tcPr>
          <w:p w14:paraId="2E5F27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เกล็ดกิเลนปีก</w:t>
            </w:r>
          </w:p>
        </w:tc>
      </w:tr>
      <w:tr w:rsidR="00501161" w14:paraId="22CAAC20" w14:textId="77777777">
        <w:trPr>
          <w:jc w:val="center"/>
        </w:trPr>
        <w:tc>
          <w:tcPr>
            <w:tcW w:w="983" w:type="dxa"/>
          </w:tcPr>
          <w:p w14:paraId="508367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85" w:type="dxa"/>
          </w:tcPr>
          <w:p w14:paraId="5C1B88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ผาวายุและยอดไม้สิมพลี</w:t>
            </w:r>
          </w:p>
        </w:tc>
        <w:tc>
          <w:tcPr>
            <w:tcW w:w="983" w:type="dxa"/>
          </w:tcPr>
          <w:p w14:paraId="2756B9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62–76</w:t>
            </w:r>
          </w:p>
        </w:tc>
        <w:tc>
          <w:tcPr>
            <w:tcW w:w="1147" w:type="dxa"/>
          </w:tcPr>
          <w:p w14:paraId="452591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30×30 × 6 </w:t>
            </w:r>
            <w:r>
              <w:rPr>
                <w:sz w:val="28"/>
                <w:szCs w:val="28"/>
              </w:rPr>
              <w:t>ชั้น</w:t>
            </w:r>
          </w:p>
        </w:tc>
        <w:tc>
          <w:tcPr>
            <w:tcW w:w="1557" w:type="dxa"/>
          </w:tcPr>
          <w:p w14:paraId="4D4149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ลมและหลุม</w:t>
            </w:r>
          </w:p>
        </w:tc>
        <w:tc>
          <w:tcPr>
            <w:tcW w:w="2458" w:type="dxa"/>
          </w:tcPr>
          <w:p w14:paraId="5CAE38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ขนหัสดีลิงค์</w:t>
            </w:r>
          </w:p>
        </w:tc>
      </w:tr>
      <w:tr w:rsidR="00501161" w14:paraId="41B0AD51" w14:textId="77777777">
        <w:trPr>
          <w:jc w:val="center"/>
        </w:trPr>
        <w:tc>
          <w:tcPr>
            <w:tcW w:w="983" w:type="dxa"/>
          </w:tcPr>
          <w:p w14:paraId="5439FA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85" w:type="dxa"/>
          </w:tcPr>
          <w:p w14:paraId="4F5766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สระอโนดาตและเขาทั้งห้า</w:t>
            </w:r>
          </w:p>
        </w:tc>
        <w:tc>
          <w:tcPr>
            <w:tcW w:w="983" w:type="dxa"/>
          </w:tcPr>
          <w:p w14:paraId="67093E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76–92</w:t>
            </w:r>
          </w:p>
        </w:tc>
        <w:tc>
          <w:tcPr>
            <w:tcW w:w="1147" w:type="dxa"/>
          </w:tcPr>
          <w:p w14:paraId="68B832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32×32 × 6 </w:t>
            </w:r>
            <w:r>
              <w:rPr>
                <w:sz w:val="28"/>
                <w:szCs w:val="28"/>
              </w:rPr>
              <w:t>ชั้น</w:t>
            </w:r>
          </w:p>
        </w:tc>
        <w:tc>
          <w:tcPr>
            <w:tcW w:w="1557" w:type="dxa"/>
          </w:tcPr>
          <w:p w14:paraId="7D6E677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มายา</w:t>
            </w:r>
          </w:p>
        </w:tc>
        <w:tc>
          <w:tcPr>
            <w:tcW w:w="2458" w:type="dxa"/>
          </w:tcPr>
          <w:p w14:paraId="0F8378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ขนทองกินนรราช</w:t>
            </w:r>
          </w:p>
        </w:tc>
      </w:tr>
    </w:tbl>
    <w:p w14:paraId="31F5D897" w14:textId="77777777" w:rsidR="00501161" w:rsidRDefault="00501161">
      <w:pPr>
        <w:spacing w:after="40"/>
      </w:pPr>
    </w:p>
    <w:p w14:paraId="3F82DC5E" w14:textId="77777777" w:rsidR="00501161" w:rsidRDefault="00C637DA">
      <w:pPr>
        <w:pStyle w:val="Heading3"/>
      </w:pPr>
      <w:r>
        <w:t xml:space="preserve">6.2.1 Chapter 1 — </w:t>
      </w:r>
      <w:r>
        <w:t>ชายป่าหิมพานต์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53"/>
        <w:gridCol w:w="7562"/>
      </w:tblGrid>
      <w:tr w:rsidR="00501161" w14:paraId="6B37ACA6" w14:textId="77777777">
        <w:trPr>
          <w:tblHeader/>
          <w:jc w:val="center"/>
        </w:trPr>
        <w:tc>
          <w:tcPr>
            <w:tcW w:w="1453" w:type="dxa"/>
            <w:shd w:val="clear" w:color="auto" w:fill="F2F2F2"/>
          </w:tcPr>
          <w:p w14:paraId="1A4CCEE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562" w:type="dxa"/>
            <w:shd w:val="clear" w:color="auto" w:fill="F2F2F2"/>
          </w:tcPr>
          <w:p w14:paraId="0FA9413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6D228D78" w14:textId="77777777">
        <w:trPr>
          <w:jc w:val="center"/>
        </w:trPr>
        <w:tc>
          <w:tcPr>
            <w:tcW w:w="1453" w:type="dxa"/>
          </w:tcPr>
          <w:p w14:paraId="51E75C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บรรยากาศ</w:t>
            </w:r>
          </w:p>
        </w:tc>
        <w:tc>
          <w:tcPr>
            <w:tcW w:w="7562" w:type="dxa"/>
          </w:tcPr>
          <w:p w14:paraId="33C379C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ป่าดิบชื้น แดดลอดใบไม้ ยังมีร่องรอยมนุษย์ เช่น </w:t>
            </w:r>
            <w:r>
              <w:rPr>
                <w:sz w:val="28"/>
                <w:szCs w:val="28"/>
              </w:rPr>
              <w:t>ศาลเพียงตา ทางเกวียนร้าง เสือกระดาษผุ</w:t>
            </w:r>
          </w:p>
        </w:tc>
      </w:tr>
      <w:tr w:rsidR="00501161" w14:paraId="4F163728" w14:textId="77777777">
        <w:trPr>
          <w:jc w:val="center"/>
        </w:trPr>
        <w:tc>
          <w:tcPr>
            <w:tcW w:w="1453" w:type="dxa"/>
          </w:tcPr>
          <w:p w14:paraId="619A22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สี / แสง</w:t>
            </w:r>
          </w:p>
        </w:tc>
        <w:tc>
          <w:tcPr>
            <w:tcW w:w="7562" w:type="dxa"/>
          </w:tcPr>
          <w:p w14:paraId="713666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เขียวธรรมชาติ แสงอุ่น</w:t>
            </w:r>
          </w:p>
        </w:tc>
      </w:tr>
      <w:tr w:rsidR="00501161" w14:paraId="29DB9778" w14:textId="77777777">
        <w:trPr>
          <w:jc w:val="center"/>
        </w:trPr>
        <w:tc>
          <w:tcPr>
            <w:tcW w:w="1453" w:type="dxa"/>
          </w:tcPr>
          <w:p w14:paraId="224EDC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เสียง</w:t>
            </w:r>
          </w:p>
        </w:tc>
        <w:tc>
          <w:tcPr>
            <w:tcW w:w="7562" w:type="dxa"/>
          </w:tcPr>
          <w:p w14:paraId="467FA4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นก แมลง ลมพัดใบไม้</w:t>
            </w:r>
          </w:p>
        </w:tc>
      </w:tr>
      <w:tr w:rsidR="00501161" w14:paraId="0042DBFC" w14:textId="77777777">
        <w:trPr>
          <w:jc w:val="center"/>
        </w:trPr>
        <w:tc>
          <w:tcPr>
            <w:tcW w:w="1453" w:type="dxa"/>
          </w:tcPr>
          <w:p w14:paraId="684EAE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ขนาด</w:t>
            </w:r>
          </w:p>
        </w:tc>
        <w:tc>
          <w:tcPr>
            <w:tcW w:w="7562" w:type="dxa"/>
          </w:tcPr>
          <w:p w14:paraId="2D85C7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20×20 </w:t>
            </w:r>
            <w:r>
              <w:rPr>
                <w:sz w:val="28"/>
                <w:szCs w:val="28"/>
              </w:rPr>
              <w:t>ต่อชั้น, 3 ชั้น</w:t>
            </w:r>
          </w:p>
        </w:tc>
      </w:tr>
      <w:tr w:rsidR="00501161" w14:paraId="2F6FCFAE" w14:textId="77777777">
        <w:trPr>
          <w:jc w:val="center"/>
        </w:trPr>
        <w:tc>
          <w:tcPr>
            <w:tcW w:w="1453" w:type="dxa"/>
          </w:tcPr>
          <w:p w14:paraId="1FFDF0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Lv </w:t>
            </w:r>
            <w:r>
              <w:rPr>
                <w:sz w:val="28"/>
                <w:szCs w:val="28"/>
              </w:rPr>
              <w:t>ศัตรู</w:t>
            </w:r>
          </w:p>
        </w:tc>
        <w:tc>
          <w:tcPr>
            <w:tcW w:w="7562" w:type="dxa"/>
          </w:tcPr>
          <w:p w14:paraId="6BF84B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1–12</w:t>
            </w:r>
          </w:p>
        </w:tc>
      </w:tr>
      <w:tr w:rsidR="00501161" w14:paraId="09B2B6AB" w14:textId="77777777">
        <w:trPr>
          <w:jc w:val="center"/>
        </w:trPr>
        <w:tc>
          <w:tcPr>
            <w:tcW w:w="1453" w:type="dxa"/>
          </w:tcPr>
          <w:p w14:paraId="6F7F16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Gimmick</w:t>
            </w:r>
          </w:p>
        </w:tc>
        <w:tc>
          <w:tcPr>
            <w:tcW w:w="7562" w:type="dxa"/>
          </w:tcPr>
          <w:p w14:paraId="7981F57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ไม่มี (ช่วงสอนระบบ)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 xml:space="preserve">แมพมีเส้นทางหลักชัดเจน ทางแยกน้อย ใช้สอนการเดิน การวาดแผนที่ </w:t>
            </w:r>
            <w:r>
              <w:rPr>
                <w:sz w:val="28"/>
                <w:szCs w:val="28"/>
              </w:rPr>
              <w:t>และการหลบสัตว์ชั้นสูง</w:t>
            </w:r>
          </w:p>
        </w:tc>
      </w:tr>
      <w:tr w:rsidR="00501161" w14:paraId="2790B7B0" w14:textId="77777777">
        <w:trPr>
          <w:jc w:val="center"/>
        </w:trPr>
        <w:tc>
          <w:tcPr>
            <w:tcW w:w="1453" w:type="dxa"/>
          </w:tcPr>
          <w:p w14:paraId="281668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วัตถุดิบจากการเก็บ</w:t>
            </w:r>
          </w:p>
        </w:tc>
        <w:tc>
          <w:tcPr>
            <w:tcW w:w="7562" w:type="dxa"/>
          </w:tcPr>
          <w:p w14:paraId="7EC35B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สมุนไพรป่า, ไม้บิด, เศษหิน, ตะไคร่เรืองแสง</w:t>
            </w:r>
          </w:p>
        </w:tc>
      </w:tr>
      <w:tr w:rsidR="00501161" w14:paraId="247D9465" w14:textId="77777777">
        <w:trPr>
          <w:jc w:val="center"/>
        </w:trPr>
        <w:tc>
          <w:tcPr>
            <w:tcW w:w="1453" w:type="dxa"/>
          </w:tcPr>
          <w:p w14:paraId="75E3A4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มอนส์เตอร์</w:t>
            </w:r>
          </w:p>
        </w:tc>
        <w:tc>
          <w:tcPr>
            <w:tcW w:w="7562" w:type="dxa"/>
          </w:tcPr>
          <w:p w14:paraId="391CE4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กิหมี, ติณสีห์, กระบิลปักษา, ทิศากรจตุบท, ทักทอ, โลโต, สางแปลง</w:t>
            </w:r>
          </w:p>
        </w:tc>
      </w:tr>
      <w:tr w:rsidR="00501161" w14:paraId="57807001" w14:textId="77777777">
        <w:trPr>
          <w:jc w:val="center"/>
        </w:trPr>
        <w:tc>
          <w:tcPr>
            <w:tcW w:w="1453" w:type="dxa"/>
          </w:tcPr>
          <w:p w14:paraId="00B2AE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</w:t>
            </w:r>
          </w:p>
        </w:tc>
        <w:tc>
          <w:tcPr>
            <w:tcW w:w="7562" w:type="dxa"/>
          </w:tcPr>
          <w:p w14:paraId="61DC32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รอ Game Designer ระบุ (Section 14)</w:t>
            </w:r>
          </w:p>
        </w:tc>
      </w:tr>
    </w:tbl>
    <w:p w14:paraId="7555C8DA" w14:textId="77777777" w:rsidR="00501161" w:rsidRDefault="00501161">
      <w:pPr>
        <w:spacing w:after="40"/>
      </w:pPr>
    </w:p>
    <w:p w14:paraId="77074203" w14:textId="77777777" w:rsidR="00501161" w:rsidRDefault="00C637DA">
      <w:pPr>
        <w:pStyle w:val="Heading3"/>
      </w:pPr>
      <w:r>
        <w:t xml:space="preserve">6.2.2 Chapter 2 — </w:t>
      </w:r>
      <w:r>
        <w:t>ลุ่มน้ำปัญจมหานที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7"/>
        <w:gridCol w:w="7587"/>
      </w:tblGrid>
      <w:tr w:rsidR="00501161" w14:paraId="58AC2763" w14:textId="77777777">
        <w:trPr>
          <w:tblHeader/>
          <w:jc w:val="center"/>
        </w:trPr>
        <w:tc>
          <w:tcPr>
            <w:tcW w:w="1427" w:type="dxa"/>
            <w:shd w:val="clear" w:color="auto" w:fill="F2F2F2"/>
          </w:tcPr>
          <w:p w14:paraId="6C7C5FC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587" w:type="dxa"/>
            <w:shd w:val="clear" w:color="auto" w:fill="F2F2F2"/>
          </w:tcPr>
          <w:p w14:paraId="7A743F4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1116BDBF" w14:textId="77777777">
        <w:trPr>
          <w:jc w:val="center"/>
        </w:trPr>
        <w:tc>
          <w:tcPr>
            <w:tcW w:w="1427" w:type="dxa"/>
          </w:tcPr>
          <w:p w14:paraId="5F6FDB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บรรยากาศ</w:t>
            </w:r>
          </w:p>
        </w:tc>
        <w:tc>
          <w:tcPr>
            <w:tcW w:w="7587" w:type="dxa"/>
          </w:tcPr>
          <w:p w14:paraId="6140E1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ลำธารและแม่น้ำห้าสายที่ไหลออกจากใจกลางป่า หมอกบนผิวน้ำ เรือแตกของคณะสำรวจรุ่นก่อน</w:t>
            </w:r>
          </w:p>
        </w:tc>
      </w:tr>
      <w:tr w:rsidR="00501161" w14:paraId="25CEE4F8" w14:textId="77777777">
        <w:trPr>
          <w:jc w:val="center"/>
        </w:trPr>
        <w:tc>
          <w:tcPr>
            <w:tcW w:w="1427" w:type="dxa"/>
          </w:tcPr>
          <w:p w14:paraId="3079F3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สี / แสง</w:t>
            </w:r>
          </w:p>
        </w:tc>
        <w:tc>
          <w:tcPr>
            <w:tcW w:w="7587" w:type="dxa"/>
          </w:tcPr>
          <w:p w14:paraId="51758D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ฟ้าคราม เขียวมอส</w:t>
            </w:r>
          </w:p>
        </w:tc>
      </w:tr>
      <w:tr w:rsidR="00501161" w14:paraId="1A865E5D" w14:textId="77777777">
        <w:trPr>
          <w:jc w:val="center"/>
        </w:trPr>
        <w:tc>
          <w:tcPr>
            <w:tcW w:w="1427" w:type="dxa"/>
          </w:tcPr>
          <w:p w14:paraId="0D32C7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เสียง</w:t>
            </w:r>
          </w:p>
        </w:tc>
        <w:tc>
          <w:tcPr>
            <w:tcW w:w="7587" w:type="dxa"/>
          </w:tcPr>
          <w:p w14:paraId="702019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เสียงน้ำไหล กบ เสียงสัตว์น้ำผุดขึ้นมา</w:t>
            </w:r>
          </w:p>
        </w:tc>
      </w:tr>
      <w:tr w:rsidR="00501161" w14:paraId="26A4D18E" w14:textId="77777777">
        <w:trPr>
          <w:jc w:val="center"/>
        </w:trPr>
        <w:tc>
          <w:tcPr>
            <w:tcW w:w="1427" w:type="dxa"/>
          </w:tcPr>
          <w:p w14:paraId="2FDEDF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ขนาด</w:t>
            </w:r>
          </w:p>
        </w:tc>
        <w:tc>
          <w:tcPr>
            <w:tcW w:w="7587" w:type="dxa"/>
          </w:tcPr>
          <w:p w14:paraId="14233B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24×24 </w:t>
            </w:r>
            <w:r>
              <w:rPr>
                <w:sz w:val="28"/>
                <w:szCs w:val="28"/>
              </w:rPr>
              <w:t>ต่อชั้น, 4 ชั้น</w:t>
            </w:r>
          </w:p>
        </w:tc>
      </w:tr>
      <w:tr w:rsidR="00501161" w14:paraId="2D97CCB7" w14:textId="77777777">
        <w:trPr>
          <w:jc w:val="center"/>
        </w:trPr>
        <w:tc>
          <w:tcPr>
            <w:tcW w:w="1427" w:type="dxa"/>
          </w:tcPr>
          <w:p w14:paraId="1C07FD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Lv </w:t>
            </w:r>
            <w:r>
              <w:rPr>
                <w:sz w:val="28"/>
                <w:szCs w:val="28"/>
              </w:rPr>
              <w:t>ศัตรู</w:t>
            </w:r>
          </w:p>
        </w:tc>
        <w:tc>
          <w:tcPr>
            <w:tcW w:w="7587" w:type="dxa"/>
          </w:tcPr>
          <w:p w14:paraId="79863B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12–24</w:t>
            </w:r>
          </w:p>
        </w:tc>
      </w:tr>
      <w:tr w:rsidR="00501161" w14:paraId="3EC5D04F" w14:textId="77777777">
        <w:trPr>
          <w:jc w:val="center"/>
        </w:trPr>
        <w:tc>
          <w:tcPr>
            <w:tcW w:w="1427" w:type="dxa"/>
          </w:tcPr>
          <w:p w14:paraId="33954D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Gimmick</w:t>
            </w:r>
          </w:p>
        </w:tc>
        <w:tc>
          <w:tcPr>
            <w:tcW w:w="7587" w:type="dxa"/>
          </w:tcPr>
          <w:p w14:paraId="01B95A3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กระแสน้ำ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ช่องน้ำพัดปาร์ตี้ไปตามทิศของก</w:t>
            </w:r>
            <w:r>
              <w:rPr>
                <w:sz w:val="28"/>
                <w:szCs w:val="28"/>
              </w:rPr>
              <w:t>ระแส 1 ช่องต่อก้าว (ไม่เสีย Hunger ระหว่างโดนพัด) ใช้เป็นทางลัดได้ถ้าจดทิศไว้ · กลางคืนระดับน้ำขึ้น ช่องที่ทำเครื่องหมาย "น้ำตื้น" กลายเป็นกระแสน้ำ ทำให้บางเส้นทางเปิด/ปิดตามเวลา</w:t>
            </w:r>
          </w:p>
        </w:tc>
      </w:tr>
      <w:tr w:rsidR="00501161" w14:paraId="2A9871CA" w14:textId="77777777">
        <w:trPr>
          <w:jc w:val="center"/>
        </w:trPr>
        <w:tc>
          <w:tcPr>
            <w:tcW w:w="1427" w:type="dxa"/>
          </w:tcPr>
          <w:p w14:paraId="45D53D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วัตถุดิบจากการเก็บ</w:t>
            </w:r>
          </w:p>
        </w:tc>
        <w:tc>
          <w:tcPr>
            <w:tcW w:w="7587" w:type="dxa"/>
          </w:tcPr>
          <w:p w14:paraId="20A9BB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ดินเหนียวริมน้ำ, สาหร่ายเงิน, หินกรวดมน, </w:t>
            </w:r>
            <w:r>
              <w:rPr>
                <w:sz w:val="28"/>
                <w:szCs w:val="28"/>
              </w:rPr>
              <w:t>ต้นอ้อหิมพานต์</w:t>
            </w:r>
          </w:p>
        </w:tc>
      </w:tr>
      <w:tr w:rsidR="00501161" w14:paraId="724821B1" w14:textId="77777777">
        <w:trPr>
          <w:jc w:val="center"/>
        </w:trPr>
        <w:tc>
          <w:tcPr>
            <w:tcW w:w="1427" w:type="dxa"/>
          </w:tcPr>
          <w:p w14:paraId="355212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มอนส์เตอร์</w:t>
            </w:r>
          </w:p>
        </w:tc>
        <w:tc>
          <w:tcPr>
            <w:tcW w:w="7587" w:type="dxa"/>
          </w:tcPr>
          <w:p w14:paraId="28A8E4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สินธพนัที, วารีกุญชร, มัจฉนาค, กุมภีร์, มกร, วารีกุญชรจ่าโขลง</w:t>
            </w:r>
          </w:p>
        </w:tc>
      </w:tr>
      <w:tr w:rsidR="00501161" w14:paraId="3B3F085D" w14:textId="77777777">
        <w:trPr>
          <w:jc w:val="center"/>
        </w:trPr>
        <w:tc>
          <w:tcPr>
            <w:tcW w:w="1427" w:type="dxa"/>
          </w:tcPr>
          <w:p w14:paraId="54416B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</w:t>
            </w:r>
          </w:p>
        </w:tc>
        <w:tc>
          <w:tcPr>
            <w:tcW w:w="7587" w:type="dxa"/>
          </w:tcPr>
          <w:p w14:paraId="6CD826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รอ Game Designer ระบุ (Section 14)</w:t>
            </w:r>
          </w:p>
        </w:tc>
      </w:tr>
    </w:tbl>
    <w:p w14:paraId="7C309F57" w14:textId="77777777" w:rsidR="00501161" w:rsidRDefault="00501161">
      <w:pPr>
        <w:spacing w:after="40"/>
      </w:pPr>
    </w:p>
    <w:p w14:paraId="705DB85A" w14:textId="77777777" w:rsidR="00501161" w:rsidRDefault="00C637DA">
      <w:pPr>
        <w:pStyle w:val="Heading3"/>
      </w:pPr>
      <w:r>
        <w:t xml:space="preserve">6.2.3 Chapter 3 — </w:t>
      </w:r>
      <w:r>
        <w:t>ทุ่งราชสีห์และผาหินแดง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7"/>
        <w:gridCol w:w="7587"/>
      </w:tblGrid>
      <w:tr w:rsidR="00501161" w14:paraId="2ACF1FF1" w14:textId="77777777">
        <w:trPr>
          <w:tblHeader/>
          <w:jc w:val="center"/>
        </w:trPr>
        <w:tc>
          <w:tcPr>
            <w:tcW w:w="1427" w:type="dxa"/>
            <w:shd w:val="clear" w:color="auto" w:fill="F2F2F2"/>
          </w:tcPr>
          <w:p w14:paraId="5676365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587" w:type="dxa"/>
            <w:shd w:val="clear" w:color="auto" w:fill="F2F2F2"/>
          </w:tcPr>
          <w:p w14:paraId="100F021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0D3BAB7B" w14:textId="77777777">
        <w:trPr>
          <w:jc w:val="center"/>
        </w:trPr>
        <w:tc>
          <w:tcPr>
            <w:tcW w:w="1427" w:type="dxa"/>
          </w:tcPr>
          <w:p w14:paraId="67092B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บรรยากาศ</w:t>
            </w:r>
          </w:p>
        </w:tc>
        <w:tc>
          <w:tcPr>
            <w:tcW w:w="7587" w:type="dxa"/>
          </w:tcPr>
          <w:p w14:paraId="65CD3A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ทุ่งโล่ง หญ้าสูงท่วมหัว ผาหินสีแดง เสียงคำรามไกลๆ กระดูก</w:t>
            </w:r>
            <w:r>
              <w:rPr>
                <w:sz w:val="28"/>
                <w:szCs w:val="28"/>
              </w:rPr>
              <w:t>ของคณะสำรวจรุ่นก่อน</w:t>
            </w:r>
          </w:p>
        </w:tc>
      </w:tr>
      <w:tr w:rsidR="00501161" w14:paraId="7B0FA87A" w14:textId="77777777">
        <w:trPr>
          <w:jc w:val="center"/>
        </w:trPr>
        <w:tc>
          <w:tcPr>
            <w:tcW w:w="1427" w:type="dxa"/>
          </w:tcPr>
          <w:p w14:paraId="452E36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สี / แสง</w:t>
            </w:r>
          </w:p>
        </w:tc>
        <w:tc>
          <w:tcPr>
            <w:tcW w:w="7587" w:type="dxa"/>
          </w:tcPr>
          <w:p w14:paraId="18F145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ทองหญ้าแห้ง แดงหิน</w:t>
            </w:r>
          </w:p>
        </w:tc>
      </w:tr>
      <w:tr w:rsidR="00501161" w14:paraId="33966A06" w14:textId="77777777">
        <w:trPr>
          <w:jc w:val="center"/>
        </w:trPr>
        <w:tc>
          <w:tcPr>
            <w:tcW w:w="1427" w:type="dxa"/>
          </w:tcPr>
          <w:p w14:paraId="22BF5C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เสียง</w:t>
            </w:r>
          </w:p>
        </w:tc>
        <w:tc>
          <w:tcPr>
            <w:tcW w:w="7587" w:type="dxa"/>
          </w:tcPr>
          <w:p w14:paraId="225861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ลมพัดหญ้า เสียงคำรามสะท้อนผา</w:t>
            </w:r>
          </w:p>
        </w:tc>
      </w:tr>
      <w:tr w:rsidR="00501161" w14:paraId="30D39D16" w14:textId="77777777">
        <w:trPr>
          <w:jc w:val="center"/>
        </w:trPr>
        <w:tc>
          <w:tcPr>
            <w:tcW w:w="1427" w:type="dxa"/>
          </w:tcPr>
          <w:p w14:paraId="2C6E49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ขนาด</w:t>
            </w:r>
          </w:p>
        </w:tc>
        <w:tc>
          <w:tcPr>
            <w:tcW w:w="7587" w:type="dxa"/>
          </w:tcPr>
          <w:p w14:paraId="1E013E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26×26 </w:t>
            </w:r>
            <w:r>
              <w:rPr>
                <w:sz w:val="28"/>
                <w:szCs w:val="28"/>
              </w:rPr>
              <w:t>ต่อชั้น, 4 ชั้น</w:t>
            </w:r>
          </w:p>
        </w:tc>
      </w:tr>
      <w:tr w:rsidR="00501161" w14:paraId="53765C77" w14:textId="77777777">
        <w:trPr>
          <w:jc w:val="center"/>
        </w:trPr>
        <w:tc>
          <w:tcPr>
            <w:tcW w:w="1427" w:type="dxa"/>
          </w:tcPr>
          <w:p w14:paraId="413E21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Lv </w:t>
            </w:r>
            <w:r>
              <w:rPr>
                <w:sz w:val="28"/>
                <w:szCs w:val="28"/>
              </w:rPr>
              <w:t>ศัตรู</w:t>
            </w:r>
          </w:p>
        </w:tc>
        <w:tc>
          <w:tcPr>
            <w:tcW w:w="7587" w:type="dxa"/>
          </w:tcPr>
          <w:p w14:paraId="079AA9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24–36</w:t>
            </w:r>
          </w:p>
        </w:tc>
      </w:tr>
      <w:tr w:rsidR="00501161" w14:paraId="496379E8" w14:textId="77777777">
        <w:trPr>
          <w:jc w:val="center"/>
        </w:trPr>
        <w:tc>
          <w:tcPr>
            <w:tcW w:w="1427" w:type="dxa"/>
          </w:tcPr>
          <w:p w14:paraId="7EC619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Gimmick</w:t>
            </w:r>
          </w:p>
        </w:tc>
        <w:tc>
          <w:tcPr>
            <w:tcW w:w="7587" w:type="dxa"/>
          </w:tcPr>
          <w:p w14:paraId="10DB554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หญ้าสูง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 xml:space="preserve">ช่องหญ้าสูงมองเห็นได้แค่ 1 ช่องข้างหน้า และโอกาสโดนซุ่มโจมตี (Ambush) +20% · </w:t>
            </w:r>
            <w:r>
              <w:rPr>
                <w:sz w:val="28"/>
                <w:szCs w:val="28"/>
              </w:rPr>
              <w:t>เมื่อสัตว์ชั้นสูงอยู่ในระยะ 4 ช่อง จะมีเสียงคำรามเตือนพร้อมทิศทาง (ไม่บอกระยะ)</w:t>
            </w:r>
          </w:p>
        </w:tc>
      </w:tr>
      <w:tr w:rsidR="00501161" w14:paraId="2F14AE93" w14:textId="77777777">
        <w:trPr>
          <w:jc w:val="center"/>
        </w:trPr>
        <w:tc>
          <w:tcPr>
            <w:tcW w:w="1427" w:type="dxa"/>
          </w:tcPr>
          <w:p w14:paraId="08488F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วัตถุดิบจากการเก็บ</w:t>
            </w:r>
          </w:p>
        </w:tc>
        <w:tc>
          <w:tcPr>
            <w:tcW w:w="7587" w:type="dxa"/>
          </w:tcPr>
          <w:p w14:paraId="62B404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หญ้าคา, หินแดง, รังผึ้งป่า, เขาสัตว์เก่า</w:t>
            </w:r>
          </w:p>
        </w:tc>
      </w:tr>
      <w:tr w:rsidR="00501161" w14:paraId="57161E4A" w14:textId="77777777">
        <w:trPr>
          <w:jc w:val="center"/>
        </w:trPr>
        <w:tc>
          <w:tcPr>
            <w:tcW w:w="1427" w:type="dxa"/>
          </w:tcPr>
          <w:p w14:paraId="4779F9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มอนส์เตอร์</w:t>
            </w:r>
          </w:p>
        </w:tc>
        <w:tc>
          <w:tcPr>
            <w:tcW w:w="7587" w:type="dxa"/>
          </w:tcPr>
          <w:p w14:paraId="2D5CAA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กาฬสีห์, บัณฑุราชสีห์, เกสรสิงหะ, อัปสรสีห์, ไกรสรคาวี, คชสีห์, สิงหรามังกร</w:t>
            </w:r>
          </w:p>
        </w:tc>
      </w:tr>
      <w:tr w:rsidR="00501161" w14:paraId="1CD076D4" w14:textId="77777777">
        <w:trPr>
          <w:jc w:val="center"/>
        </w:trPr>
        <w:tc>
          <w:tcPr>
            <w:tcW w:w="1427" w:type="dxa"/>
          </w:tcPr>
          <w:p w14:paraId="0694CE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</w:t>
            </w:r>
          </w:p>
        </w:tc>
        <w:tc>
          <w:tcPr>
            <w:tcW w:w="7587" w:type="dxa"/>
          </w:tcPr>
          <w:p w14:paraId="15CAB6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รอ Game Designer ระบุ (</w:t>
            </w:r>
            <w:r>
              <w:rPr>
                <w:sz w:val="28"/>
                <w:szCs w:val="28"/>
              </w:rPr>
              <w:t>Section 14)</w:t>
            </w:r>
          </w:p>
        </w:tc>
      </w:tr>
    </w:tbl>
    <w:p w14:paraId="046B6F85" w14:textId="77777777" w:rsidR="00501161" w:rsidRDefault="00501161">
      <w:pPr>
        <w:spacing w:after="40"/>
      </w:pPr>
    </w:p>
    <w:p w14:paraId="28A20641" w14:textId="77777777" w:rsidR="00501161" w:rsidRDefault="00C637DA">
      <w:pPr>
        <w:pStyle w:val="Heading3"/>
      </w:pPr>
      <w:r>
        <w:t xml:space="preserve">6.2.4 Chapter 4 — </w:t>
      </w:r>
      <w:r>
        <w:t>ดงคชสาร รอบสระฉัททันต์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7"/>
        <w:gridCol w:w="7587"/>
      </w:tblGrid>
      <w:tr w:rsidR="00501161" w14:paraId="705B9AF5" w14:textId="77777777">
        <w:trPr>
          <w:tblHeader/>
          <w:jc w:val="center"/>
        </w:trPr>
        <w:tc>
          <w:tcPr>
            <w:tcW w:w="1427" w:type="dxa"/>
            <w:shd w:val="clear" w:color="auto" w:fill="F2F2F2"/>
          </w:tcPr>
          <w:p w14:paraId="6AD6A34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587" w:type="dxa"/>
            <w:shd w:val="clear" w:color="auto" w:fill="F2F2F2"/>
          </w:tcPr>
          <w:p w14:paraId="4742FFC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38812435" w14:textId="77777777">
        <w:trPr>
          <w:jc w:val="center"/>
        </w:trPr>
        <w:tc>
          <w:tcPr>
            <w:tcW w:w="1427" w:type="dxa"/>
          </w:tcPr>
          <w:p w14:paraId="05549A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บรรยากาศ</w:t>
            </w:r>
          </w:p>
        </w:tc>
        <w:tc>
          <w:tcPr>
            <w:tcW w:w="7587" w:type="dxa"/>
          </w:tcPr>
          <w:p w14:paraId="19AA62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ต้นไทรยักษ์ รากสูงกว่าบ้าน พื้นดินสั่นเป็นจังหวะ ทุกอย่างใหญ่กว่าตัวผู้เล่นหลายเท่า</w:t>
            </w:r>
          </w:p>
        </w:tc>
      </w:tr>
      <w:tr w:rsidR="00501161" w14:paraId="24FCAD9E" w14:textId="77777777">
        <w:trPr>
          <w:jc w:val="center"/>
        </w:trPr>
        <w:tc>
          <w:tcPr>
            <w:tcW w:w="1427" w:type="dxa"/>
          </w:tcPr>
          <w:p w14:paraId="4D56CC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สี / แสง</w:t>
            </w:r>
          </w:p>
        </w:tc>
        <w:tc>
          <w:tcPr>
            <w:tcW w:w="7587" w:type="dxa"/>
          </w:tcPr>
          <w:p w14:paraId="15F64D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เขียวเข้ม น้ำตาลเปลือกไม้ แสงลอดเป็นลำ</w:t>
            </w:r>
          </w:p>
        </w:tc>
      </w:tr>
      <w:tr w:rsidR="00501161" w14:paraId="6AA9D33D" w14:textId="77777777">
        <w:trPr>
          <w:jc w:val="center"/>
        </w:trPr>
        <w:tc>
          <w:tcPr>
            <w:tcW w:w="1427" w:type="dxa"/>
          </w:tcPr>
          <w:p w14:paraId="0C9D45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เสียง</w:t>
            </w:r>
          </w:p>
        </w:tc>
        <w:tc>
          <w:tcPr>
            <w:tcW w:w="7587" w:type="dxa"/>
          </w:tcPr>
          <w:p w14:paraId="087424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เสียงฝีเท้าหนัก </w:t>
            </w:r>
            <w:r>
              <w:rPr>
                <w:sz w:val="28"/>
                <w:szCs w:val="28"/>
              </w:rPr>
              <w:t>เสียงแปร๋นไกลๆ</w:t>
            </w:r>
          </w:p>
        </w:tc>
      </w:tr>
      <w:tr w:rsidR="00501161" w14:paraId="6BFC8040" w14:textId="77777777">
        <w:trPr>
          <w:jc w:val="center"/>
        </w:trPr>
        <w:tc>
          <w:tcPr>
            <w:tcW w:w="1427" w:type="dxa"/>
          </w:tcPr>
          <w:p w14:paraId="1019AB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ขนาด</w:t>
            </w:r>
          </w:p>
        </w:tc>
        <w:tc>
          <w:tcPr>
            <w:tcW w:w="7587" w:type="dxa"/>
          </w:tcPr>
          <w:p w14:paraId="43D8B7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28×28 </w:t>
            </w:r>
            <w:r>
              <w:rPr>
                <w:sz w:val="28"/>
                <w:szCs w:val="28"/>
              </w:rPr>
              <w:t>ต่อชั้น, 5 ชั้น</w:t>
            </w:r>
          </w:p>
        </w:tc>
      </w:tr>
      <w:tr w:rsidR="00501161" w14:paraId="236CB5C6" w14:textId="77777777">
        <w:trPr>
          <w:jc w:val="center"/>
        </w:trPr>
        <w:tc>
          <w:tcPr>
            <w:tcW w:w="1427" w:type="dxa"/>
          </w:tcPr>
          <w:p w14:paraId="50D106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Lv </w:t>
            </w:r>
            <w:r>
              <w:rPr>
                <w:sz w:val="28"/>
                <w:szCs w:val="28"/>
              </w:rPr>
              <w:t>ศัตรู</w:t>
            </w:r>
          </w:p>
        </w:tc>
        <w:tc>
          <w:tcPr>
            <w:tcW w:w="7587" w:type="dxa"/>
          </w:tcPr>
          <w:p w14:paraId="7DF10C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36–48</w:t>
            </w:r>
          </w:p>
        </w:tc>
      </w:tr>
      <w:tr w:rsidR="00501161" w14:paraId="4ADF5B6A" w14:textId="77777777">
        <w:trPr>
          <w:jc w:val="center"/>
        </w:trPr>
        <w:tc>
          <w:tcPr>
            <w:tcW w:w="1427" w:type="dxa"/>
          </w:tcPr>
          <w:p w14:paraId="1C8632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Gimmick</w:t>
            </w:r>
          </w:p>
        </w:tc>
        <w:tc>
          <w:tcPr>
            <w:tcW w:w="7587" w:type="dxa"/>
          </w:tcPr>
          <w:p w14:paraId="635EE76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ฝูงช้าง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 xml:space="preserve">สัตว์ชั้นสูงเดินเป็นฝูง 2–3 ตัวตามเส้นทางวนตายตัว เมื่อฝูงเดินชนผนังที่มีรอยแตก (มีไอคอนบนแผนที่) ผนังจะพังถาวร เกิดทางเดินใหม่ </w:t>
            </w:r>
            <w:r>
              <w:rPr>
                <w:sz w:val="28"/>
                <w:szCs w:val="28"/>
              </w:rPr>
              <w:t>ผู้เล่นสามารถล่อฝูงให้พังผนังที่ต้องการได้</w:t>
            </w:r>
          </w:p>
        </w:tc>
      </w:tr>
      <w:tr w:rsidR="00501161" w14:paraId="57152628" w14:textId="77777777">
        <w:trPr>
          <w:jc w:val="center"/>
        </w:trPr>
        <w:tc>
          <w:tcPr>
            <w:tcW w:w="1427" w:type="dxa"/>
          </w:tcPr>
          <w:p w14:paraId="75C2CF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วัตถุดิบจากการเก็บ</w:t>
            </w:r>
          </w:p>
        </w:tc>
        <w:tc>
          <w:tcPr>
            <w:tcW w:w="7587" w:type="dxa"/>
          </w:tcPr>
          <w:p w14:paraId="4DAF3F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รากไทรยักษ์, ใบบัวสระ, ดินโป่ง, ผลไม้ป่ายักษ์</w:t>
            </w:r>
          </w:p>
        </w:tc>
      </w:tr>
      <w:tr w:rsidR="00501161" w14:paraId="032FD3E6" w14:textId="77777777">
        <w:trPr>
          <w:jc w:val="center"/>
        </w:trPr>
        <w:tc>
          <w:tcPr>
            <w:tcW w:w="1427" w:type="dxa"/>
          </w:tcPr>
          <w:p w14:paraId="6165B8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มอนส์เตอร์</w:t>
            </w:r>
          </w:p>
        </w:tc>
        <w:tc>
          <w:tcPr>
            <w:tcW w:w="7587" w:type="dxa"/>
          </w:tcPr>
          <w:p w14:paraId="1666DC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ช้างตระกูลกาฬาวก, สินธพกุญชร, กรินทปักษา, คชปักษา, ช้างตระกูลเหมะ, ช้างตระกูลอุโบสถ</w:t>
            </w:r>
          </w:p>
        </w:tc>
      </w:tr>
      <w:tr w:rsidR="00501161" w14:paraId="1B485839" w14:textId="77777777">
        <w:trPr>
          <w:jc w:val="center"/>
        </w:trPr>
        <w:tc>
          <w:tcPr>
            <w:tcW w:w="1427" w:type="dxa"/>
          </w:tcPr>
          <w:p w14:paraId="5CE0D4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</w:t>
            </w:r>
          </w:p>
        </w:tc>
        <w:tc>
          <w:tcPr>
            <w:tcW w:w="7587" w:type="dxa"/>
          </w:tcPr>
          <w:p w14:paraId="384DC9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รอ Game Designer ระบุ (Section 14)</w:t>
            </w:r>
          </w:p>
        </w:tc>
      </w:tr>
    </w:tbl>
    <w:p w14:paraId="416D555A" w14:textId="77777777" w:rsidR="00501161" w:rsidRDefault="00501161">
      <w:pPr>
        <w:spacing w:after="40"/>
      </w:pPr>
    </w:p>
    <w:p w14:paraId="1A7044F3" w14:textId="77777777" w:rsidR="00501161" w:rsidRDefault="00C637DA">
      <w:pPr>
        <w:pStyle w:val="Heading3"/>
      </w:pPr>
      <w:r>
        <w:t>6.2.5 Cha</w:t>
      </w:r>
      <w:r>
        <w:t xml:space="preserve">pter 5 — </w:t>
      </w:r>
      <w:r>
        <w:t>ถ้ำมโนศิลาและทางลงบาดาล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7"/>
        <w:gridCol w:w="7587"/>
      </w:tblGrid>
      <w:tr w:rsidR="00501161" w14:paraId="06086D93" w14:textId="77777777">
        <w:trPr>
          <w:tblHeader/>
          <w:jc w:val="center"/>
        </w:trPr>
        <w:tc>
          <w:tcPr>
            <w:tcW w:w="1427" w:type="dxa"/>
            <w:shd w:val="clear" w:color="auto" w:fill="F2F2F2"/>
          </w:tcPr>
          <w:p w14:paraId="6011DD4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587" w:type="dxa"/>
            <w:shd w:val="clear" w:color="auto" w:fill="F2F2F2"/>
          </w:tcPr>
          <w:p w14:paraId="286356D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03972047" w14:textId="77777777">
        <w:trPr>
          <w:jc w:val="center"/>
        </w:trPr>
        <w:tc>
          <w:tcPr>
            <w:tcW w:w="1427" w:type="dxa"/>
          </w:tcPr>
          <w:p w14:paraId="0C605B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บรรยากาศ</w:t>
            </w:r>
          </w:p>
        </w:tc>
        <w:tc>
          <w:tcPr>
            <w:tcW w:w="7587" w:type="dxa"/>
          </w:tcPr>
          <w:p w14:paraId="67A6C3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ถ้ำหินแร่เรืองแสง เงียบ ชื้น ไม่เห็นท้องฟ้า ไม่มีร่องรอยมนุษย์อีกแล้ว</w:t>
            </w:r>
          </w:p>
        </w:tc>
      </w:tr>
      <w:tr w:rsidR="00501161" w14:paraId="5535C3AB" w14:textId="77777777">
        <w:trPr>
          <w:jc w:val="center"/>
        </w:trPr>
        <w:tc>
          <w:tcPr>
            <w:tcW w:w="1427" w:type="dxa"/>
          </w:tcPr>
          <w:p w14:paraId="57BDEB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สี / แสง</w:t>
            </w:r>
          </w:p>
        </w:tc>
        <w:tc>
          <w:tcPr>
            <w:tcW w:w="7587" w:type="dxa"/>
          </w:tcPr>
          <w:p w14:paraId="2C0EF7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ม่วงคราม แร่เรืองแสงสีฟ้า</w:t>
            </w:r>
          </w:p>
        </w:tc>
      </w:tr>
      <w:tr w:rsidR="00501161" w14:paraId="32FED21B" w14:textId="77777777">
        <w:trPr>
          <w:jc w:val="center"/>
        </w:trPr>
        <w:tc>
          <w:tcPr>
            <w:tcW w:w="1427" w:type="dxa"/>
          </w:tcPr>
          <w:p w14:paraId="0AA059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เสียง</w:t>
            </w:r>
          </w:p>
        </w:tc>
        <w:tc>
          <w:tcPr>
            <w:tcW w:w="7587" w:type="dxa"/>
          </w:tcPr>
          <w:p w14:paraId="448810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น้ำหยด เสียงสะท้อน เสียงเลื้อย</w:t>
            </w:r>
          </w:p>
        </w:tc>
      </w:tr>
      <w:tr w:rsidR="00501161" w14:paraId="3FFA0D8D" w14:textId="77777777">
        <w:trPr>
          <w:jc w:val="center"/>
        </w:trPr>
        <w:tc>
          <w:tcPr>
            <w:tcW w:w="1427" w:type="dxa"/>
          </w:tcPr>
          <w:p w14:paraId="74CF26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ขนาด</w:t>
            </w:r>
          </w:p>
        </w:tc>
        <w:tc>
          <w:tcPr>
            <w:tcW w:w="7587" w:type="dxa"/>
          </w:tcPr>
          <w:p w14:paraId="4A0514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30×30 </w:t>
            </w:r>
            <w:r>
              <w:rPr>
                <w:sz w:val="28"/>
                <w:szCs w:val="28"/>
              </w:rPr>
              <w:t>ต่อชั้น, 5 ชั้น</w:t>
            </w:r>
          </w:p>
        </w:tc>
      </w:tr>
      <w:tr w:rsidR="00501161" w14:paraId="3041172D" w14:textId="77777777">
        <w:trPr>
          <w:jc w:val="center"/>
        </w:trPr>
        <w:tc>
          <w:tcPr>
            <w:tcW w:w="1427" w:type="dxa"/>
          </w:tcPr>
          <w:p w14:paraId="76E6A1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Lv </w:t>
            </w:r>
            <w:r>
              <w:rPr>
                <w:sz w:val="28"/>
                <w:szCs w:val="28"/>
              </w:rPr>
              <w:t>ศัตรู</w:t>
            </w:r>
          </w:p>
        </w:tc>
        <w:tc>
          <w:tcPr>
            <w:tcW w:w="7587" w:type="dxa"/>
          </w:tcPr>
          <w:p w14:paraId="08BF5C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48–62</w:t>
            </w:r>
          </w:p>
        </w:tc>
      </w:tr>
      <w:tr w:rsidR="00501161" w14:paraId="464898B1" w14:textId="77777777">
        <w:trPr>
          <w:jc w:val="center"/>
        </w:trPr>
        <w:tc>
          <w:tcPr>
            <w:tcW w:w="1427" w:type="dxa"/>
          </w:tcPr>
          <w:p w14:paraId="4C22DC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Gimmick</w:t>
            </w:r>
          </w:p>
        </w:tc>
        <w:tc>
          <w:tcPr>
            <w:tcW w:w="7587" w:type="dxa"/>
          </w:tcPr>
          <w:p w14:paraId="7071514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ความมืด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ต้องจุดคบเพลิง (1 อันอยู่ได้ 80 ก้าว) ถ้าไม่มีแสง: มองเห็นแค่ 1 ช่อง, Encounter เร็วขึ้น 30%, ไอคอนสัตว์ชั้นสูงไม่แสดงบนแผนที่ · เวลากลางวัน/กลางคืนยังเดินตามปกติแต่ไม่มีผลกับแสง</w:t>
            </w:r>
          </w:p>
        </w:tc>
      </w:tr>
      <w:tr w:rsidR="00501161" w14:paraId="2A71FB93" w14:textId="77777777">
        <w:trPr>
          <w:jc w:val="center"/>
        </w:trPr>
        <w:tc>
          <w:tcPr>
            <w:tcW w:w="1427" w:type="dxa"/>
          </w:tcPr>
          <w:p w14:paraId="6A168E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วัตถุดิบจากการเก็บ</w:t>
            </w:r>
          </w:p>
        </w:tc>
        <w:tc>
          <w:tcPr>
            <w:tcW w:w="7587" w:type="dxa"/>
          </w:tcPr>
          <w:p w14:paraId="7E5BFF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มโนศิลา, แร่เรืองแสง, เห็ดถ้ำ, </w:t>
            </w:r>
            <w:r>
              <w:rPr>
                <w:sz w:val="28"/>
                <w:szCs w:val="28"/>
              </w:rPr>
              <w:t>น้ำซับบาดาล</w:t>
            </w:r>
          </w:p>
        </w:tc>
      </w:tr>
      <w:tr w:rsidR="00501161" w14:paraId="52052893" w14:textId="77777777">
        <w:trPr>
          <w:jc w:val="center"/>
        </w:trPr>
        <w:tc>
          <w:tcPr>
            <w:tcW w:w="1427" w:type="dxa"/>
          </w:tcPr>
          <w:p w14:paraId="71CCF9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มอนส์เตอร์</w:t>
            </w:r>
          </w:p>
        </w:tc>
        <w:tc>
          <w:tcPr>
            <w:tcW w:w="7587" w:type="dxa"/>
          </w:tcPr>
          <w:p w14:paraId="5F90D3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เหรา, ไกรสรนาคา, นาคปักษี, กิเลน, กิเลนปีก, เหราพตจ่าถ้ำ</w:t>
            </w:r>
          </w:p>
        </w:tc>
      </w:tr>
      <w:tr w:rsidR="00501161" w14:paraId="2FA298A9" w14:textId="77777777">
        <w:trPr>
          <w:jc w:val="center"/>
        </w:trPr>
        <w:tc>
          <w:tcPr>
            <w:tcW w:w="1427" w:type="dxa"/>
          </w:tcPr>
          <w:p w14:paraId="2AF25F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</w:t>
            </w:r>
          </w:p>
        </w:tc>
        <w:tc>
          <w:tcPr>
            <w:tcW w:w="7587" w:type="dxa"/>
          </w:tcPr>
          <w:p w14:paraId="2F4971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รอ Game Designer ระบุ (Section 14)</w:t>
            </w:r>
          </w:p>
        </w:tc>
      </w:tr>
    </w:tbl>
    <w:p w14:paraId="0BC74FA8" w14:textId="77777777" w:rsidR="00501161" w:rsidRDefault="00501161">
      <w:pPr>
        <w:spacing w:after="40"/>
      </w:pPr>
    </w:p>
    <w:p w14:paraId="7847A5B6" w14:textId="77777777" w:rsidR="00501161" w:rsidRDefault="00C637DA">
      <w:pPr>
        <w:pStyle w:val="Heading3"/>
      </w:pPr>
      <w:r>
        <w:lastRenderedPageBreak/>
        <w:t xml:space="preserve">6.2.6 Chapter 6 — </w:t>
      </w:r>
      <w:r>
        <w:t>ผาวายุและยอดไม้สิมพลี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7"/>
        <w:gridCol w:w="7587"/>
      </w:tblGrid>
      <w:tr w:rsidR="00501161" w14:paraId="6869AE5B" w14:textId="77777777">
        <w:trPr>
          <w:tblHeader/>
          <w:jc w:val="center"/>
        </w:trPr>
        <w:tc>
          <w:tcPr>
            <w:tcW w:w="1427" w:type="dxa"/>
            <w:shd w:val="clear" w:color="auto" w:fill="F2F2F2"/>
          </w:tcPr>
          <w:p w14:paraId="6FAD347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587" w:type="dxa"/>
            <w:shd w:val="clear" w:color="auto" w:fill="F2F2F2"/>
          </w:tcPr>
          <w:p w14:paraId="62C2DB7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2BD39D0C" w14:textId="77777777">
        <w:trPr>
          <w:jc w:val="center"/>
        </w:trPr>
        <w:tc>
          <w:tcPr>
            <w:tcW w:w="1427" w:type="dxa"/>
          </w:tcPr>
          <w:p w14:paraId="3952C2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บรรยากาศ</w:t>
            </w:r>
          </w:p>
        </w:tc>
        <w:tc>
          <w:tcPr>
            <w:tcW w:w="7587" w:type="dxa"/>
          </w:tcPr>
          <w:p w14:paraId="36F338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หน้าผาเหนือเมฆ ลมแรง </w:t>
            </w:r>
            <w:r>
              <w:rPr>
                <w:sz w:val="28"/>
                <w:szCs w:val="28"/>
              </w:rPr>
              <w:t>รังนกยักษ์บนยอดไม้สิมพลี มองลงไปเห็นชั้นที่ผ่านมาแล้ว</w:t>
            </w:r>
          </w:p>
        </w:tc>
      </w:tr>
      <w:tr w:rsidR="00501161" w14:paraId="22840FC2" w14:textId="77777777">
        <w:trPr>
          <w:jc w:val="center"/>
        </w:trPr>
        <w:tc>
          <w:tcPr>
            <w:tcW w:w="1427" w:type="dxa"/>
          </w:tcPr>
          <w:p w14:paraId="703CA3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สี / แสง</w:t>
            </w:r>
          </w:p>
        </w:tc>
        <w:tc>
          <w:tcPr>
            <w:tcW w:w="7587" w:type="dxa"/>
          </w:tcPr>
          <w:p w14:paraId="615F5D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ขาวเมฆ ฟ้าสด ทองแดด</w:t>
            </w:r>
          </w:p>
        </w:tc>
      </w:tr>
      <w:tr w:rsidR="00501161" w14:paraId="50595BA0" w14:textId="77777777">
        <w:trPr>
          <w:jc w:val="center"/>
        </w:trPr>
        <w:tc>
          <w:tcPr>
            <w:tcW w:w="1427" w:type="dxa"/>
          </w:tcPr>
          <w:p w14:paraId="3F5D40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เสียง</w:t>
            </w:r>
          </w:p>
        </w:tc>
        <w:tc>
          <w:tcPr>
            <w:tcW w:w="7587" w:type="dxa"/>
          </w:tcPr>
          <w:p w14:paraId="777B4D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ลมหวีด เสียงปีกกระพือ</w:t>
            </w:r>
          </w:p>
        </w:tc>
      </w:tr>
      <w:tr w:rsidR="00501161" w14:paraId="25E0BEA3" w14:textId="77777777">
        <w:trPr>
          <w:jc w:val="center"/>
        </w:trPr>
        <w:tc>
          <w:tcPr>
            <w:tcW w:w="1427" w:type="dxa"/>
          </w:tcPr>
          <w:p w14:paraId="0F1CFC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ขนาด</w:t>
            </w:r>
          </w:p>
        </w:tc>
        <w:tc>
          <w:tcPr>
            <w:tcW w:w="7587" w:type="dxa"/>
          </w:tcPr>
          <w:p w14:paraId="660D43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30×30 </w:t>
            </w:r>
            <w:r>
              <w:rPr>
                <w:sz w:val="28"/>
                <w:szCs w:val="28"/>
              </w:rPr>
              <w:t>ต่อชั้น, 6 ชั้น</w:t>
            </w:r>
          </w:p>
        </w:tc>
      </w:tr>
      <w:tr w:rsidR="00501161" w14:paraId="347A53DD" w14:textId="77777777">
        <w:trPr>
          <w:jc w:val="center"/>
        </w:trPr>
        <w:tc>
          <w:tcPr>
            <w:tcW w:w="1427" w:type="dxa"/>
          </w:tcPr>
          <w:p w14:paraId="39FE27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Lv </w:t>
            </w:r>
            <w:r>
              <w:rPr>
                <w:sz w:val="28"/>
                <w:szCs w:val="28"/>
              </w:rPr>
              <w:t>ศัตรู</w:t>
            </w:r>
          </w:p>
        </w:tc>
        <w:tc>
          <w:tcPr>
            <w:tcW w:w="7587" w:type="dxa"/>
          </w:tcPr>
          <w:p w14:paraId="663904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62–76</w:t>
            </w:r>
          </w:p>
        </w:tc>
      </w:tr>
      <w:tr w:rsidR="00501161" w14:paraId="7AF61D06" w14:textId="77777777">
        <w:trPr>
          <w:jc w:val="center"/>
        </w:trPr>
        <w:tc>
          <w:tcPr>
            <w:tcW w:w="1427" w:type="dxa"/>
          </w:tcPr>
          <w:p w14:paraId="53F016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Gimmick</w:t>
            </w:r>
          </w:p>
        </w:tc>
        <w:tc>
          <w:tcPr>
            <w:tcW w:w="7587" w:type="dxa"/>
          </w:tcPr>
          <w:p w14:paraId="3CAAAE8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ลมและหลุม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 xml:space="preserve">ช่องลมพัดปาร์ตี้เลื่อน 2 ช่องตามทิศลม · </w:t>
            </w:r>
            <w:r>
              <w:rPr>
                <w:sz w:val="28"/>
                <w:szCs w:val="28"/>
              </w:rPr>
              <w:t>หลุมทำให้ตกลงชั้นล่าง (เสีย HP 10% และตกในจุดที่กำหนด) · สัตว์ชั้นสูงสายบินเดินข้ามผนังได้</w:t>
            </w:r>
          </w:p>
        </w:tc>
      </w:tr>
      <w:tr w:rsidR="00501161" w14:paraId="155945AA" w14:textId="77777777">
        <w:trPr>
          <w:jc w:val="center"/>
        </w:trPr>
        <w:tc>
          <w:tcPr>
            <w:tcW w:w="1427" w:type="dxa"/>
          </w:tcPr>
          <w:p w14:paraId="4EC460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วัตถุดิบจากการเก็บ</w:t>
            </w:r>
          </w:p>
        </w:tc>
        <w:tc>
          <w:tcPr>
            <w:tcW w:w="7587" w:type="dxa"/>
          </w:tcPr>
          <w:p w14:paraId="5EC70D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ขนนกยักษ์, กิ่งสิมพลี, หินเมฆ, น้ำค้างยอดเขา</w:t>
            </w:r>
          </w:p>
        </w:tc>
      </w:tr>
      <w:tr w:rsidR="00501161" w14:paraId="19C84887" w14:textId="77777777">
        <w:trPr>
          <w:jc w:val="center"/>
        </w:trPr>
        <w:tc>
          <w:tcPr>
            <w:tcW w:w="1427" w:type="dxa"/>
          </w:tcPr>
          <w:p w14:paraId="1CD255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มอนส์เตอร์</w:t>
            </w:r>
          </w:p>
        </w:tc>
        <w:tc>
          <w:tcPr>
            <w:tcW w:w="7587" w:type="dxa"/>
          </w:tcPr>
          <w:p w14:paraId="4C19ED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การวิก, อสุรปักษา, ทัณฑิมา, ไกรสรปักษา, หัสดีลิงค์, สกุณไกรสร</w:t>
            </w:r>
          </w:p>
        </w:tc>
      </w:tr>
      <w:tr w:rsidR="00501161" w14:paraId="04B79BED" w14:textId="77777777">
        <w:trPr>
          <w:jc w:val="center"/>
        </w:trPr>
        <w:tc>
          <w:tcPr>
            <w:tcW w:w="1427" w:type="dxa"/>
          </w:tcPr>
          <w:p w14:paraId="339330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</w:t>
            </w:r>
          </w:p>
        </w:tc>
        <w:tc>
          <w:tcPr>
            <w:tcW w:w="7587" w:type="dxa"/>
          </w:tcPr>
          <w:p w14:paraId="30C4B0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รอ Game Designer ระบุ</w:t>
            </w:r>
            <w:r>
              <w:rPr>
                <w:sz w:val="28"/>
                <w:szCs w:val="28"/>
              </w:rPr>
              <w:t xml:space="preserve"> (Section 14)</w:t>
            </w:r>
          </w:p>
        </w:tc>
      </w:tr>
    </w:tbl>
    <w:p w14:paraId="12E58B5F" w14:textId="77777777" w:rsidR="00501161" w:rsidRDefault="00501161">
      <w:pPr>
        <w:spacing w:after="40"/>
      </w:pPr>
    </w:p>
    <w:p w14:paraId="0B207ECD" w14:textId="77777777" w:rsidR="00501161" w:rsidRDefault="00C637DA">
      <w:pPr>
        <w:pStyle w:val="Heading3"/>
      </w:pPr>
      <w:r>
        <w:t xml:space="preserve">6.2.7 Chapter 7 — </w:t>
      </w:r>
      <w:r>
        <w:t>สระอโนดาตและเขาทั้งห้า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7"/>
        <w:gridCol w:w="7587"/>
      </w:tblGrid>
      <w:tr w:rsidR="00501161" w14:paraId="72F22953" w14:textId="77777777">
        <w:trPr>
          <w:tblHeader/>
          <w:jc w:val="center"/>
        </w:trPr>
        <w:tc>
          <w:tcPr>
            <w:tcW w:w="1427" w:type="dxa"/>
            <w:shd w:val="clear" w:color="auto" w:fill="F2F2F2"/>
          </w:tcPr>
          <w:p w14:paraId="78AD364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587" w:type="dxa"/>
            <w:shd w:val="clear" w:color="auto" w:fill="F2F2F2"/>
          </w:tcPr>
          <w:p w14:paraId="2808C17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53BC8F49" w14:textId="77777777">
        <w:trPr>
          <w:jc w:val="center"/>
        </w:trPr>
        <w:tc>
          <w:tcPr>
            <w:tcW w:w="1427" w:type="dxa"/>
          </w:tcPr>
          <w:p w14:paraId="4F2839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บรรยากาศ</w:t>
            </w:r>
          </w:p>
        </w:tc>
        <w:tc>
          <w:tcPr>
            <w:tcW w:w="7587" w:type="dxa"/>
          </w:tcPr>
          <w:p w14:paraId="5523A6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แสงทอง เงียบสนิท สวยงามจนน่ากลัว ใกล้แดนทิพย์ สัตว์บางตัวสื่อสารได้</w:t>
            </w:r>
          </w:p>
        </w:tc>
      </w:tr>
      <w:tr w:rsidR="00501161" w14:paraId="51E4F543" w14:textId="77777777">
        <w:trPr>
          <w:jc w:val="center"/>
        </w:trPr>
        <w:tc>
          <w:tcPr>
            <w:tcW w:w="1427" w:type="dxa"/>
          </w:tcPr>
          <w:p w14:paraId="03D1B5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สี / แสง</w:t>
            </w:r>
          </w:p>
        </w:tc>
        <w:tc>
          <w:tcPr>
            <w:tcW w:w="7587" w:type="dxa"/>
          </w:tcPr>
          <w:p w14:paraId="1F3511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ทองขาว ฟ้าใส เหนือจริง</w:t>
            </w:r>
          </w:p>
        </w:tc>
      </w:tr>
      <w:tr w:rsidR="00501161" w14:paraId="25612AB9" w14:textId="77777777">
        <w:trPr>
          <w:jc w:val="center"/>
        </w:trPr>
        <w:tc>
          <w:tcPr>
            <w:tcW w:w="1427" w:type="dxa"/>
          </w:tcPr>
          <w:p w14:paraId="57A1D9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เสียง</w:t>
            </w:r>
          </w:p>
        </w:tc>
        <w:tc>
          <w:tcPr>
            <w:tcW w:w="7587" w:type="dxa"/>
          </w:tcPr>
          <w:p w14:paraId="772A1B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เงียบ ดนตรีไกลๆ ที่ไม่รู้ที่มา</w:t>
            </w:r>
          </w:p>
        </w:tc>
      </w:tr>
      <w:tr w:rsidR="00501161" w14:paraId="10B0EBE9" w14:textId="77777777">
        <w:trPr>
          <w:jc w:val="center"/>
        </w:trPr>
        <w:tc>
          <w:tcPr>
            <w:tcW w:w="1427" w:type="dxa"/>
          </w:tcPr>
          <w:p w14:paraId="1BB0B6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ขนาด</w:t>
            </w:r>
          </w:p>
        </w:tc>
        <w:tc>
          <w:tcPr>
            <w:tcW w:w="7587" w:type="dxa"/>
          </w:tcPr>
          <w:p w14:paraId="655533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32×32 </w:t>
            </w:r>
            <w:r>
              <w:rPr>
                <w:sz w:val="28"/>
                <w:szCs w:val="28"/>
              </w:rPr>
              <w:t>ต่อชั้น, 6 ชั้น</w:t>
            </w:r>
          </w:p>
        </w:tc>
      </w:tr>
      <w:tr w:rsidR="00501161" w14:paraId="53B35F5C" w14:textId="77777777">
        <w:trPr>
          <w:jc w:val="center"/>
        </w:trPr>
        <w:tc>
          <w:tcPr>
            <w:tcW w:w="1427" w:type="dxa"/>
          </w:tcPr>
          <w:p w14:paraId="6E56F2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Lv </w:t>
            </w:r>
            <w:r>
              <w:rPr>
                <w:sz w:val="28"/>
                <w:szCs w:val="28"/>
              </w:rPr>
              <w:t>ศัตรู</w:t>
            </w:r>
          </w:p>
        </w:tc>
        <w:tc>
          <w:tcPr>
            <w:tcW w:w="7587" w:type="dxa"/>
          </w:tcPr>
          <w:p w14:paraId="1892D2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76–92</w:t>
            </w:r>
          </w:p>
        </w:tc>
      </w:tr>
      <w:tr w:rsidR="00501161" w14:paraId="406CF3A9" w14:textId="77777777">
        <w:trPr>
          <w:jc w:val="center"/>
        </w:trPr>
        <w:tc>
          <w:tcPr>
            <w:tcW w:w="1427" w:type="dxa"/>
          </w:tcPr>
          <w:p w14:paraId="235E37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Gimmick</w:t>
            </w:r>
          </w:p>
        </w:tc>
        <w:tc>
          <w:tcPr>
            <w:tcW w:w="7587" w:type="dxa"/>
          </w:tcPr>
          <w:p w14:paraId="707B2CA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มายา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ผนังลวงตา (เดินทะลุได้) และประตูซ่อน · บางเส้นทางสลับกันระหว่างกลางวัน/กลางคืน · แผนที่ที่ผู้เล่นวาดตอนกลางวันอาจไม่ถูกตอนกลางคืน ผู้เล่นต้องใช้สีพื้นแยกโซนเวลา</w:t>
            </w:r>
          </w:p>
        </w:tc>
      </w:tr>
      <w:tr w:rsidR="00501161" w14:paraId="76D5E8CA" w14:textId="77777777">
        <w:trPr>
          <w:jc w:val="center"/>
        </w:trPr>
        <w:tc>
          <w:tcPr>
            <w:tcW w:w="1427" w:type="dxa"/>
          </w:tcPr>
          <w:p w14:paraId="2ECC70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วัตถุดิบจากการเก็บ</w:t>
            </w:r>
          </w:p>
        </w:tc>
        <w:tc>
          <w:tcPr>
            <w:tcW w:w="7587" w:type="dxa"/>
          </w:tcPr>
          <w:p w14:paraId="741579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บัวทอง, ทรายทอง, น้ำอโนดาต, หินผลึกเขาไกรลาส</w:t>
            </w:r>
          </w:p>
        </w:tc>
      </w:tr>
      <w:tr w:rsidR="00501161" w14:paraId="0F7D6A6F" w14:textId="77777777">
        <w:trPr>
          <w:jc w:val="center"/>
        </w:trPr>
        <w:tc>
          <w:tcPr>
            <w:tcW w:w="1427" w:type="dxa"/>
          </w:tcPr>
          <w:p w14:paraId="075097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มอนส์เตอร์</w:t>
            </w:r>
          </w:p>
        </w:tc>
        <w:tc>
          <w:tcPr>
            <w:tcW w:w="7587" w:type="dxa"/>
          </w:tcPr>
          <w:p w14:paraId="39E133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กินนร / กินรี, เหมราช, เทพนรสิงห์, โตเทพอัสดร, ไกรสรจำแลง, กินนรราช</w:t>
            </w:r>
          </w:p>
        </w:tc>
      </w:tr>
      <w:tr w:rsidR="00501161" w14:paraId="2A9E1955" w14:textId="77777777">
        <w:trPr>
          <w:jc w:val="center"/>
        </w:trPr>
        <w:tc>
          <w:tcPr>
            <w:tcW w:w="1427" w:type="dxa"/>
          </w:tcPr>
          <w:p w14:paraId="5968D5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</w:t>
            </w:r>
          </w:p>
        </w:tc>
        <w:tc>
          <w:tcPr>
            <w:tcW w:w="7587" w:type="dxa"/>
          </w:tcPr>
          <w:p w14:paraId="25CFA9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รอ Game Designer ระบุ (Section 14)</w:t>
            </w:r>
          </w:p>
        </w:tc>
      </w:tr>
    </w:tbl>
    <w:p w14:paraId="0E3E941E" w14:textId="77777777" w:rsidR="00501161" w:rsidRDefault="00501161">
      <w:pPr>
        <w:spacing w:after="40"/>
      </w:pPr>
    </w:p>
    <w:p w14:paraId="11C50C42" w14:textId="77777777" w:rsidR="00501161" w:rsidRDefault="00C637DA">
      <w:pPr>
        <w:pStyle w:val="Heading2"/>
      </w:pPr>
      <w:bookmarkStart w:id="36" w:name="_Toc243336706"/>
      <w:r>
        <w:t xml:space="preserve">6.3 Depth Feeling — </w:t>
      </w:r>
      <w:r>
        <w:t>ทำให้รู้สึกว่าลึกขึ้นเรื่อยๆ</w:t>
      </w:r>
      <w:bookmarkEnd w:id="36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53"/>
        <w:gridCol w:w="2962"/>
        <w:gridCol w:w="2338"/>
        <w:gridCol w:w="2261"/>
      </w:tblGrid>
      <w:tr w:rsidR="00501161" w14:paraId="5F86DC8F" w14:textId="77777777">
        <w:trPr>
          <w:tblHeader/>
          <w:jc w:val="center"/>
        </w:trPr>
        <w:tc>
          <w:tcPr>
            <w:tcW w:w="1453" w:type="dxa"/>
            <w:shd w:val="clear" w:color="auto" w:fill="F2F2F2"/>
          </w:tcPr>
          <w:p w14:paraId="4F73ECC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ตัวแปร</w:t>
            </w:r>
          </w:p>
        </w:tc>
        <w:tc>
          <w:tcPr>
            <w:tcW w:w="2962" w:type="dxa"/>
            <w:shd w:val="clear" w:color="auto" w:fill="F2F2F2"/>
          </w:tcPr>
          <w:p w14:paraId="2D4FA65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ชั้นนอก (Ch1–2)</w:t>
            </w:r>
          </w:p>
        </w:tc>
        <w:tc>
          <w:tcPr>
            <w:tcW w:w="2338" w:type="dxa"/>
            <w:shd w:val="clear" w:color="auto" w:fill="F2F2F2"/>
          </w:tcPr>
          <w:p w14:paraId="63AC86A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ชั้นกลาง (Ch3–5)</w:t>
            </w:r>
          </w:p>
        </w:tc>
        <w:tc>
          <w:tcPr>
            <w:tcW w:w="2261" w:type="dxa"/>
            <w:shd w:val="clear" w:color="auto" w:fill="F2F2F2"/>
          </w:tcPr>
          <w:p w14:paraId="6CB7BAD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ชั้นใน (Ch6–7)</w:t>
            </w:r>
          </w:p>
        </w:tc>
      </w:tr>
      <w:tr w:rsidR="00501161" w14:paraId="491CACBE" w14:textId="77777777">
        <w:trPr>
          <w:jc w:val="center"/>
        </w:trPr>
        <w:tc>
          <w:tcPr>
            <w:tcW w:w="1453" w:type="dxa"/>
          </w:tcPr>
          <w:p w14:paraId="53C844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ร่องรอยมนุษย์</w:t>
            </w:r>
          </w:p>
        </w:tc>
        <w:tc>
          <w:tcPr>
            <w:tcW w:w="2962" w:type="dxa"/>
          </w:tcPr>
          <w:p w14:paraId="450700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ศาล </w:t>
            </w:r>
            <w:r>
              <w:rPr>
                <w:sz w:val="28"/>
                <w:szCs w:val="28"/>
              </w:rPr>
              <w:t>ทางเกวียน เรือแตก</w:t>
            </w:r>
          </w:p>
        </w:tc>
        <w:tc>
          <w:tcPr>
            <w:tcW w:w="2338" w:type="dxa"/>
          </w:tcPr>
          <w:p w14:paraId="38ADA7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เหลือแค่กระดูกและของพัง</w:t>
            </w:r>
          </w:p>
        </w:tc>
        <w:tc>
          <w:tcPr>
            <w:tcW w:w="2261" w:type="dxa"/>
          </w:tcPr>
          <w:p w14:paraId="79017C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ไม่มีเลย</w:t>
            </w:r>
          </w:p>
        </w:tc>
      </w:tr>
      <w:tr w:rsidR="00501161" w14:paraId="53BD6CD8" w14:textId="77777777">
        <w:trPr>
          <w:jc w:val="center"/>
        </w:trPr>
        <w:tc>
          <w:tcPr>
            <w:tcW w:w="1453" w:type="dxa"/>
          </w:tcPr>
          <w:p w14:paraId="6C1BD5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ขนาด</w:t>
            </w:r>
          </w:p>
        </w:tc>
        <w:tc>
          <w:tcPr>
            <w:tcW w:w="2962" w:type="dxa"/>
          </w:tcPr>
          <w:p w14:paraId="02E43A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ต้นไม้และสัตว์ขนาดปกติ</w:t>
            </w:r>
          </w:p>
        </w:tc>
        <w:tc>
          <w:tcPr>
            <w:tcW w:w="2338" w:type="dxa"/>
          </w:tcPr>
          <w:p w14:paraId="08942F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ใหญ่กว่าปกติหลายเท่า</w:t>
            </w:r>
          </w:p>
        </w:tc>
        <w:tc>
          <w:tcPr>
            <w:tcW w:w="2261" w:type="dxa"/>
          </w:tcPr>
          <w:p w14:paraId="37EE80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ใหญ่จนกล้องต้องเงยมอง</w:t>
            </w:r>
          </w:p>
        </w:tc>
      </w:tr>
      <w:tr w:rsidR="00501161" w14:paraId="38FA8752" w14:textId="77777777">
        <w:trPr>
          <w:jc w:val="center"/>
        </w:trPr>
        <w:tc>
          <w:tcPr>
            <w:tcW w:w="1453" w:type="dxa"/>
          </w:tcPr>
          <w:p w14:paraId="25058B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แสงและสี</w:t>
            </w:r>
          </w:p>
        </w:tc>
        <w:tc>
          <w:tcPr>
            <w:tcW w:w="2962" w:type="dxa"/>
          </w:tcPr>
          <w:p w14:paraId="60CCA4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เขียวธรรมชาติ</w:t>
            </w:r>
          </w:p>
        </w:tc>
        <w:tc>
          <w:tcPr>
            <w:tcW w:w="2338" w:type="dxa"/>
          </w:tcPr>
          <w:p w14:paraId="25BD3F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ทองหญ้า / เขียวเข้ม / </w:t>
            </w:r>
            <w:r>
              <w:rPr>
                <w:sz w:val="28"/>
                <w:szCs w:val="28"/>
              </w:rPr>
              <w:lastRenderedPageBreak/>
              <w:t>มืดในถ้ำ</w:t>
            </w:r>
          </w:p>
        </w:tc>
        <w:tc>
          <w:tcPr>
            <w:tcW w:w="2261" w:type="dxa"/>
          </w:tcPr>
          <w:p w14:paraId="6844F8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ขาวเมฆ ทอง เหนือจริง</w:t>
            </w:r>
          </w:p>
        </w:tc>
      </w:tr>
      <w:tr w:rsidR="00501161" w14:paraId="72A3A577" w14:textId="77777777">
        <w:trPr>
          <w:jc w:val="center"/>
        </w:trPr>
        <w:tc>
          <w:tcPr>
            <w:tcW w:w="1453" w:type="dxa"/>
          </w:tcPr>
          <w:p w14:paraId="7E2630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เสียง</w:t>
            </w:r>
          </w:p>
        </w:tc>
        <w:tc>
          <w:tcPr>
            <w:tcW w:w="2962" w:type="dxa"/>
          </w:tcPr>
          <w:p w14:paraId="1A30C4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นก แมลง ลม</w:t>
            </w:r>
          </w:p>
        </w:tc>
        <w:tc>
          <w:tcPr>
            <w:tcW w:w="2338" w:type="dxa"/>
          </w:tcPr>
          <w:p w14:paraId="5BE1D8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เสียงสัตว์ใหญ่ เสียงสะท้อน</w:t>
            </w:r>
          </w:p>
        </w:tc>
        <w:tc>
          <w:tcPr>
            <w:tcW w:w="2261" w:type="dxa"/>
          </w:tcPr>
          <w:p w14:paraId="024D82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เงียบ </w:t>
            </w:r>
            <w:r>
              <w:rPr>
                <w:sz w:val="28"/>
                <w:szCs w:val="28"/>
              </w:rPr>
              <w:t>ดนตรีไกลๆ</w:t>
            </w:r>
          </w:p>
        </w:tc>
      </w:tr>
      <w:tr w:rsidR="00501161" w14:paraId="5F9B9F7A" w14:textId="77777777">
        <w:trPr>
          <w:jc w:val="center"/>
        </w:trPr>
        <w:tc>
          <w:tcPr>
            <w:tcW w:w="1453" w:type="dxa"/>
          </w:tcPr>
          <w:p w14:paraId="0B0FC6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</w:t>
            </w:r>
          </w:p>
        </w:tc>
        <w:tc>
          <w:tcPr>
            <w:tcW w:w="2962" w:type="dxa"/>
          </w:tcPr>
          <w:p w14:paraId="773999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สัตว์ผสมชั้นต่ำ ดูเกือบเป็นสัตว์ธรรมดา</w:t>
            </w:r>
          </w:p>
        </w:tc>
        <w:tc>
          <w:tcPr>
            <w:tcW w:w="2338" w:type="dxa"/>
          </w:tcPr>
          <w:p w14:paraId="77B73B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สัตว์ผสมชัดเจน ดุร้าย</w:t>
            </w:r>
          </w:p>
        </w:tc>
        <w:tc>
          <w:tcPr>
            <w:tcW w:w="2261" w:type="dxa"/>
          </w:tcPr>
          <w:p w14:paraId="4B6AE9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สัตว์กึ่งเทพ บางตัวสื่อสารได้</w:t>
            </w:r>
          </w:p>
        </w:tc>
      </w:tr>
      <w:tr w:rsidR="00501161" w14:paraId="663E7AED" w14:textId="77777777">
        <w:trPr>
          <w:jc w:val="center"/>
        </w:trPr>
        <w:tc>
          <w:tcPr>
            <w:tcW w:w="1453" w:type="dxa"/>
          </w:tcPr>
          <w:p w14:paraId="7041E8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ค่าย</w:t>
            </w:r>
          </w:p>
        </w:tc>
        <w:tc>
          <w:tcPr>
            <w:tcW w:w="2962" w:type="dxa"/>
          </w:tcPr>
          <w:p w14:paraId="2B7CC2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ค่ายใหญ่ครบทุกบริการ</w:t>
            </w:r>
          </w:p>
        </w:tc>
        <w:tc>
          <w:tcPr>
            <w:tcW w:w="2338" w:type="dxa"/>
          </w:tcPr>
          <w:p w14:paraId="6C2B88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ค่ายหน้าเล็กลง ราคาสูงขึ้น</w:t>
            </w:r>
          </w:p>
        </w:tc>
        <w:tc>
          <w:tcPr>
            <w:tcW w:w="2261" w:type="dxa"/>
          </w:tcPr>
          <w:p w14:paraId="5D1E15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ค่ายหน้าเล็กที่สุด</w:t>
            </w:r>
          </w:p>
        </w:tc>
      </w:tr>
      <w:tr w:rsidR="00501161" w14:paraId="47D99723" w14:textId="77777777">
        <w:trPr>
          <w:jc w:val="center"/>
        </w:trPr>
        <w:tc>
          <w:tcPr>
            <w:tcW w:w="1453" w:type="dxa"/>
          </w:tcPr>
          <w:p w14:paraId="05FEC5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Encounter / Floor</w:t>
            </w:r>
          </w:p>
        </w:tc>
        <w:tc>
          <w:tcPr>
            <w:tcW w:w="2962" w:type="dxa"/>
          </w:tcPr>
          <w:p w14:paraId="19DDD7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ศัตรู/ไฟต์สูงสุด 3</w:t>
            </w:r>
          </w:p>
        </w:tc>
        <w:tc>
          <w:tcPr>
            <w:tcW w:w="2338" w:type="dxa"/>
          </w:tcPr>
          <w:p w14:paraId="6E97EF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สูงสุด 4</w:t>
            </w:r>
          </w:p>
        </w:tc>
        <w:tc>
          <w:tcPr>
            <w:tcW w:w="2261" w:type="dxa"/>
          </w:tcPr>
          <w:p w14:paraId="55C6D4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สูงสุด 5</w:t>
            </w:r>
          </w:p>
        </w:tc>
      </w:tr>
    </w:tbl>
    <w:p w14:paraId="0187EC97" w14:textId="77777777" w:rsidR="00501161" w:rsidRDefault="00501161">
      <w:pPr>
        <w:spacing w:after="40"/>
      </w:pPr>
    </w:p>
    <w:p w14:paraId="568C0C49" w14:textId="77777777" w:rsidR="00501161" w:rsidRDefault="00C637DA">
      <w:pPr>
        <w:pStyle w:val="ListBullet"/>
        <w:ind w:left="720"/>
      </w:pPr>
      <w:r>
        <w:rPr>
          <w:b/>
          <w:bCs/>
        </w:rPr>
        <w:t xml:space="preserve">Design </w:t>
      </w:r>
      <w:r>
        <w:rPr>
          <w:b/>
          <w:bCs/>
        </w:rPr>
        <w:t>Note:</w:t>
      </w:r>
      <w:r>
        <w:t xml:space="preserve"> </w:t>
      </w:r>
      <w:r>
        <w:t>ความรู้สึก "ลึกขึ้น" มาจากหลายช่องทางพร้อมกัน ไม่ใช่แค่ตัวเลขศัตรู ผู้เล่นควรรู้สึกได้ตั้งแต่ก้าวแรกของ Chapter ใหม่ผ่านแสง เสียง และขนาด ก่อนจะเจอศัตรูตัวแรก และค่ายที่ย้ายตามเข้าไปคือหลักฐานที่เห็นได้ทันทีว่าเดินทางมาไกลแค่ไหน</w:t>
      </w:r>
    </w:p>
    <w:p w14:paraId="55C02589" w14:textId="77777777" w:rsidR="00501161" w:rsidRDefault="00C637DA">
      <w:pPr>
        <w:pStyle w:val="Heading2"/>
      </w:pPr>
      <w:bookmarkStart w:id="37" w:name="_Toc243336707"/>
      <w:r>
        <w:t xml:space="preserve">6.4 Level Target per </w:t>
      </w:r>
      <w:r>
        <w:t>Chapter</w:t>
      </w:r>
      <w:bookmarkEnd w:id="37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1"/>
        <w:gridCol w:w="971"/>
        <w:gridCol w:w="2144"/>
        <w:gridCol w:w="1649"/>
        <w:gridCol w:w="971"/>
        <w:gridCol w:w="2309"/>
      </w:tblGrid>
      <w:tr w:rsidR="00501161" w14:paraId="6E44206E" w14:textId="77777777">
        <w:trPr>
          <w:tblHeader/>
          <w:jc w:val="center"/>
        </w:trPr>
        <w:tc>
          <w:tcPr>
            <w:tcW w:w="971" w:type="dxa"/>
            <w:shd w:val="clear" w:color="auto" w:fill="F2F2F2"/>
          </w:tcPr>
          <w:p w14:paraId="476CD5F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Ch</w:t>
            </w:r>
          </w:p>
        </w:tc>
        <w:tc>
          <w:tcPr>
            <w:tcW w:w="971" w:type="dxa"/>
            <w:shd w:val="clear" w:color="auto" w:fill="F2F2F2"/>
          </w:tcPr>
          <w:p w14:paraId="3559D68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Lv </w:t>
            </w:r>
            <w:r>
              <w:rPr>
                <w:b/>
                <w:bCs/>
                <w:sz w:val="28"/>
                <w:szCs w:val="28"/>
              </w:rPr>
              <w:t>ศัตรู</w:t>
            </w:r>
          </w:p>
        </w:tc>
        <w:tc>
          <w:tcPr>
            <w:tcW w:w="2144" w:type="dxa"/>
            <w:shd w:val="clear" w:color="auto" w:fill="F2F2F2"/>
          </w:tcPr>
          <w:p w14:paraId="5287B27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Lv </w:t>
            </w:r>
            <w:r>
              <w:rPr>
                <w:b/>
                <w:bCs/>
                <w:sz w:val="28"/>
                <w:szCs w:val="28"/>
              </w:rPr>
              <w:t>ตัวละครตอนสู้บอส (เป้า)</w:t>
            </w:r>
          </w:p>
        </w:tc>
        <w:tc>
          <w:tcPr>
            <w:tcW w:w="1649" w:type="dxa"/>
            <w:shd w:val="clear" w:color="auto" w:fill="F2F2F2"/>
          </w:tcPr>
          <w:p w14:paraId="3AD551C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EXP </w:t>
            </w:r>
            <w:r>
              <w:rPr>
                <w:b/>
                <w:bCs/>
                <w:sz w:val="28"/>
                <w:szCs w:val="28"/>
              </w:rPr>
              <w:t>สะสม (ตาราง 3.2)</w:t>
            </w:r>
          </w:p>
        </w:tc>
        <w:tc>
          <w:tcPr>
            <w:tcW w:w="971" w:type="dxa"/>
            <w:shd w:val="clear" w:color="auto" w:fill="F2F2F2"/>
          </w:tcPr>
          <w:p w14:paraId="24AEDFA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SP </w:t>
            </w:r>
            <w:r>
              <w:rPr>
                <w:b/>
                <w:bCs/>
                <w:sz w:val="28"/>
                <w:szCs w:val="28"/>
              </w:rPr>
              <w:t>ที่มี</w:t>
            </w:r>
          </w:p>
        </w:tc>
        <w:tc>
          <w:tcPr>
            <w:tcW w:w="2309" w:type="dxa"/>
            <w:shd w:val="clear" w:color="auto" w:fill="F2F2F2"/>
          </w:tcPr>
          <w:p w14:paraId="63C7423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ก้าวที่คาดว่าใช้ทั้ง Chapter</w:t>
            </w:r>
          </w:p>
        </w:tc>
      </w:tr>
      <w:tr w:rsidR="00501161" w14:paraId="675C6C8B" w14:textId="77777777">
        <w:trPr>
          <w:jc w:val="center"/>
        </w:trPr>
        <w:tc>
          <w:tcPr>
            <w:tcW w:w="971" w:type="dxa"/>
          </w:tcPr>
          <w:p w14:paraId="469CFD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1" w:type="dxa"/>
          </w:tcPr>
          <w:p w14:paraId="0FBF3D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1–12</w:t>
            </w:r>
          </w:p>
        </w:tc>
        <w:tc>
          <w:tcPr>
            <w:tcW w:w="2144" w:type="dxa"/>
          </w:tcPr>
          <w:p w14:paraId="36A79C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649" w:type="dxa"/>
          </w:tcPr>
          <w:p w14:paraId="571CCF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1,728</w:t>
            </w:r>
          </w:p>
        </w:tc>
        <w:tc>
          <w:tcPr>
            <w:tcW w:w="971" w:type="dxa"/>
          </w:tcPr>
          <w:p w14:paraId="0763F3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309" w:type="dxa"/>
          </w:tcPr>
          <w:p w14:paraId="207C9B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1,900</w:t>
            </w:r>
          </w:p>
        </w:tc>
      </w:tr>
      <w:tr w:rsidR="00501161" w14:paraId="44592F3C" w14:textId="77777777">
        <w:trPr>
          <w:jc w:val="center"/>
        </w:trPr>
        <w:tc>
          <w:tcPr>
            <w:tcW w:w="971" w:type="dxa"/>
          </w:tcPr>
          <w:p w14:paraId="5FBCF4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71" w:type="dxa"/>
          </w:tcPr>
          <w:p w14:paraId="6EF225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12–24</w:t>
            </w:r>
          </w:p>
        </w:tc>
        <w:tc>
          <w:tcPr>
            <w:tcW w:w="2144" w:type="dxa"/>
          </w:tcPr>
          <w:p w14:paraId="5AA2A1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649" w:type="dxa"/>
          </w:tcPr>
          <w:p w14:paraId="2C2C5A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13,824</w:t>
            </w:r>
          </w:p>
        </w:tc>
        <w:tc>
          <w:tcPr>
            <w:tcW w:w="971" w:type="dxa"/>
          </w:tcPr>
          <w:p w14:paraId="3C8A25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309" w:type="dxa"/>
          </w:tcPr>
          <w:p w14:paraId="1ACCF8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2,000</w:t>
            </w:r>
          </w:p>
        </w:tc>
      </w:tr>
      <w:tr w:rsidR="00501161" w14:paraId="4E48F0AF" w14:textId="77777777">
        <w:trPr>
          <w:jc w:val="center"/>
        </w:trPr>
        <w:tc>
          <w:tcPr>
            <w:tcW w:w="971" w:type="dxa"/>
          </w:tcPr>
          <w:p w14:paraId="2C75F1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71" w:type="dxa"/>
          </w:tcPr>
          <w:p w14:paraId="43C574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24–36</w:t>
            </w:r>
          </w:p>
        </w:tc>
        <w:tc>
          <w:tcPr>
            <w:tcW w:w="2144" w:type="dxa"/>
          </w:tcPr>
          <w:p w14:paraId="091BFF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649" w:type="dxa"/>
          </w:tcPr>
          <w:p w14:paraId="12289B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46,656</w:t>
            </w:r>
          </w:p>
        </w:tc>
        <w:tc>
          <w:tcPr>
            <w:tcW w:w="971" w:type="dxa"/>
          </w:tcPr>
          <w:p w14:paraId="3AEF87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2309" w:type="dxa"/>
          </w:tcPr>
          <w:p w14:paraId="122C73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2,050</w:t>
            </w:r>
          </w:p>
        </w:tc>
      </w:tr>
      <w:tr w:rsidR="00501161" w14:paraId="460D513E" w14:textId="77777777">
        <w:trPr>
          <w:jc w:val="center"/>
        </w:trPr>
        <w:tc>
          <w:tcPr>
            <w:tcW w:w="971" w:type="dxa"/>
          </w:tcPr>
          <w:p w14:paraId="5F4638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71" w:type="dxa"/>
          </w:tcPr>
          <w:p w14:paraId="23F43D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36–48</w:t>
            </w:r>
          </w:p>
        </w:tc>
        <w:tc>
          <w:tcPr>
            <w:tcW w:w="2144" w:type="dxa"/>
          </w:tcPr>
          <w:p w14:paraId="6BF8C2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649" w:type="dxa"/>
          </w:tcPr>
          <w:p w14:paraId="415BEF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110,592</w:t>
            </w:r>
          </w:p>
        </w:tc>
        <w:tc>
          <w:tcPr>
            <w:tcW w:w="971" w:type="dxa"/>
          </w:tcPr>
          <w:p w14:paraId="7EF701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309" w:type="dxa"/>
          </w:tcPr>
          <w:p w14:paraId="650D30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2,100</w:t>
            </w:r>
          </w:p>
        </w:tc>
      </w:tr>
      <w:tr w:rsidR="00501161" w14:paraId="30606389" w14:textId="77777777">
        <w:trPr>
          <w:jc w:val="center"/>
        </w:trPr>
        <w:tc>
          <w:tcPr>
            <w:tcW w:w="971" w:type="dxa"/>
          </w:tcPr>
          <w:p w14:paraId="07F289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71" w:type="dxa"/>
          </w:tcPr>
          <w:p w14:paraId="7E861C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48–62</w:t>
            </w:r>
          </w:p>
        </w:tc>
        <w:tc>
          <w:tcPr>
            <w:tcW w:w="2144" w:type="dxa"/>
          </w:tcPr>
          <w:p w14:paraId="7A0241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649" w:type="dxa"/>
          </w:tcPr>
          <w:p w14:paraId="43A394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216,000</w:t>
            </w:r>
          </w:p>
        </w:tc>
        <w:tc>
          <w:tcPr>
            <w:tcW w:w="971" w:type="dxa"/>
          </w:tcPr>
          <w:p w14:paraId="757DB3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2309" w:type="dxa"/>
          </w:tcPr>
          <w:p w14:paraId="725B37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2,150</w:t>
            </w:r>
          </w:p>
        </w:tc>
      </w:tr>
      <w:tr w:rsidR="00501161" w14:paraId="74ACE424" w14:textId="77777777">
        <w:trPr>
          <w:jc w:val="center"/>
        </w:trPr>
        <w:tc>
          <w:tcPr>
            <w:tcW w:w="971" w:type="dxa"/>
          </w:tcPr>
          <w:p w14:paraId="7CD73C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71" w:type="dxa"/>
          </w:tcPr>
          <w:p w14:paraId="68365A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62–76</w:t>
            </w:r>
          </w:p>
        </w:tc>
        <w:tc>
          <w:tcPr>
            <w:tcW w:w="2144" w:type="dxa"/>
          </w:tcPr>
          <w:p w14:paraId="084CC4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1649" w:type="dxa"/>
          </w:tcPr>
          <w:p w14:paraId="041FCA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405,224</w:t>
            </w:r>
          </w:p>
        </w:tc>
        <w:tc>
          <w:tcPr>
            <w:tcW w:w="971" w:type="dxa"/>
          </w:tcPr>
          <w:p w14:paraId="529AEB1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2309" w:type="dxa"/>
          </w:tcPr>
          <w:p w14:paraId="1C39E9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2,200</w:t>
            </w:r>
          </w:p>
        </w:tc>
      </w:tr>
      <w:tr w:rsidR="00501161" w14:paraId="6B971DC8" w14:textId="77777777">
        <w:trPr>
          <w:jc w:val="center"/>
        </w:trPr>
        <w:tc>
          <w:tcPr>
            <w:tcW w:w="971" w:type="dxa"/>
          </w:tcPr>
          <w:p w14:paraId="27B920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71" w:type="dxa"/>
          </w:tcPr>
          <w:p w14:paraId="04311B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76–92</w:t>
            </w:r>
          </w:p>
        </w:tc>
        <w:tc>
          <w:tcPr>
            <w:tcW w:w="2144" w:type="dxa"/>
          </w:tcPr>
          <w:p w14:paraId="6AE5FF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649" w:type="dxa"/>
          </w:tcPr>
          <w:p w14:paraId="148E9B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729,000</w:t>
            </w:r>
          </w:p>
        </w:tc>
        <w:tc>
          <w:tcPr>
            <w:tcW w:w="971" w:type="dxa"/>
          </w:tcPr>
          <w:p w14:paraId="3DFF40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2309" w:type="dxa"/>
          </w:tcPr>
          <w:p w14:paraId="04487A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2,250</w:t>
            </w:r>
          </w:p>
        </w:tc>
      </w:tr>
    </w:tbl>
    <w:p w14:paraId="1F5E60D1" w14:textId="77777777" w:rsidR="00501161" w:rsidRDefault="00501161">
      <w:pPr>
        <w:spacing w:after="40"/>
      </w:pPr>
    </w:p>
    <w:p w14:paraId="02B4FFC8" w14:textId="77777777" w:rsidR="00501161" w:rsidRDefault="00C637DA">
      <w:pPr>
        <w:ind w:firstLine="720"/>
      </w:pPr>
      <w:r>
        <w:t xml:space="preserve">Lv 90–99 </w:t>
      </w:r>
      <w:r>
        <w:t>สำหรับเนื้อหาหลังจบเกม (Post-game)</w:t>
      </w:r>
    </w:p>
    <w:p w14:paraId="74C54490" w14:textId="77777777" w:rsidR="00501161" w:rsidRDefault="00C637DA">
      <w:pPr>
        <w:pStyle w:val="Heading1"/>
        <w:pageBreakBefore/>
      </w:pPr>
      <w:bookmarkStart w:id="38" w:name="_Toc243336708"/>
      <w:r>
        <w:lastRenderedPageBreak/>
        <w:t>7. Exploration &amp; Dungeon System</w:t>
      </w:r>
      <w:bookmarkEnd w:id="38"/>
    </w:p>
    <w:p w14:paraId="4EE44F43" w14:textId="77777777" w:rsidR="00501161" w:rsidRDefault="00C637DA">
      <w:pPr>
        <w:pStyle w:val="Heading2"/>
      </w:pPr>
      <w:bookmarkStart w:id="39" w:name="_Toc243336709"/>
      <w:r>
        <w:t>7.1 Overview</w:t>
      </w:r>
      <w:bookmarkEnd w:id="39"/>
    </w:p>
    <w:p w14:paraId="27C18CFE" w14:textId="77777777" w:rsidR="00501161" w:rsidRDefault="00C637DA">
      <w:pPr>
        <w:ind w:firstLine="720"/>
      </w:pPr>
      <w:r>
        <w:t xml:space="preserve">การสำรวจเป็นมุมมองบุคคลที่หนึ่ง (First-person) เดินทีละช่องบนตาราง (Grid-based) แบบ Etrian Odyssey ฉาก 3D </w:t>
      </w:r>
      <w:r>
        <w:t>มอนส์เตอร์และตัวละคร 2D ทุกก้าวกิน Hunger และเวลา การเข้าป่าทุกครั้งจึงเป็นการตัดสินใจว่า "จะไปต่อหรือกลับค่าย"</w:t>
      </w:r>
    </w:p>
    <w:p w14:paraId="474AA2F9" w14:textId="77777777" w:rsidR="00501161" w:rsidRDefault="00C637DA">
      <w:pPr>
        <w:pStyle w:val="Heading2"/>
      </w:pPr>
      <w:bookmarkStart w:id="40" w:name="_Toc243336710"/>
      <w:r>
        <w:t>7.2 Movement</w:t>
      </w:r>
      <w:bookmarkEnd w:id="40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1446"/>
        <w:gridCol w:w="1446"/>
        <w:gridCol w:w="3401"/>
      </w:tblGrid>
      <w:tr w:rsidR="00501161" w14:paraId="287016BC" w14:textId="77777777">
        <w:trPr>
          <w:tblHeader/>
          <w:jc w:val="center"/>
        </w:trPr>
        <w:tc>
          <w:tcPr>
            <w:tcW w:w="2721" w:type="dxa"/>
            <w:shd w:val="clear" w:color="auto" w:fill="F2F2F2"/>
          </w:tcPr>
          <w:p w14:paraId="155AF4D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Action</w:t>
            </w:r>
          </w:p>
        </w:tc>
        <w:tc>
          <w:tcPr>
            <w:tcW w:w="1446" w:type="dxa"/>
            <w:shd w:val="clear" w:color="auto" w:fill="F2F2F2"/>
          </w:tcPr>
          <w:p w14:paraId="5D7083E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ปุ่ม</w:t>
            </w:r>
          </w:p>
        </w:tc>
        <w:tc>
          <w:tcPr>
            <w:tcW w:w="1446" w:type="dxa"/>
            <w:shd w:val="clear" w:color="auto" w:fill="F2F2F2"/>
          </w:tcPr>
          <w:p w14:paraId="4081D31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Hunger</w:t>
            </w:r>
          </w:p>
        </w:tc>
        <w:tc>
          <w:tcPr>
            <w:tcW w:w="3401" w:type="dxa"/>
            <w:shd w:val="clear" w:color="auto" w:fill="F2F2F2"/>
          </w:tcPr>
          <w:p w14:paraId="4F8B275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เวลาในเกม</w:t>
            </w:r>
          </w:p>
        </w:tc>
      </w:tr>
      <w:tr w:rsidR="00501161" w14:paraId="0DCB4D9E" w14:textId="77777777">
        <w:trPr>
          <w:jc w:val="center"/>
        </w:trPr>
        <w:tc>
          <w:tcPr>
            <w:tcW w:w="2721" w:type="dxa"/>
          </w:tcPr>
          <w:p w14:paraId="6F24E8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เดินหน้า / ถอยหลัง</w:t>
            </w:r>
          </w:p>
        </w:tc>
        <w:tc>
          <w:tcPr>
            <w:tcW w:w="1446" w:type="dxa"/>
          </w:tcPr>
          <w:p w14:paraId="75FD93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 / S</w:t>
            </w:r>
          </w:p>
        </w:tc>
        <w:tc>
          <w:tcPr>
            <w:tcW w:w="1446" w:type="dxa"/>
          </w:tcPr>
          <w:p w14:paraId="1C1DD5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−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3401" w:type="dxa"/>
          </w:tcPr>
          <w:p w14:paraId="3F968D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เวลาจริง (นาฬิกาเดินตลอด)</w:t>
            </w:r>
          </w:p>
        </w:tc>
      </w:tr>
      <w:tr w:rsidR="00501161" w14:paraId="5E716C5E" w14:textId="77777777">
        <w:trPr>
          <w:jc w:val="center"/>
        </w:trPr>
        <w:tc>
          <w:tcPr>
            <w:tcW w:w="2721" w:type="dxa"/>
          </w:tcPr>
          <w:p w14:paraId="4B6D4C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เดินข้าง</w:t>
            </w:r>
          </w:p>
        </w:tc>
        <w:tc>
          <w:tcPr>
            <w:tcW w:w="1446" w:type="dxa"/>
          </w:tcPr>
          <w:p w14:paraId="3B298E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Q / E</w:t>
            </w:r>
          </w:p>
        </w:tc>
        <w:tc>
          <w:tcPr>
            <w:tcW w:w="1446" w:type="dxa"/>
          </w:tcPr>
          <w:p w14:paraId="444E84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−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3401" w:type="dxa"/>
          </w:tcPr>
          <w:p w14:paraId="134879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เวลาจริง</w:t>
            </w:r>
          </w:p>
        </w:tc>
      </w:tr>
      <w:tr w:rsidR="00501161" w14:paraId="3520FC12" w14:textId="77777777">
        <w:trPr>
          <w:jc w:val="center"/>
        </w:trPr>
        <w:tc>
          <w:tcPr>
            <w:tcW w:w="2721" w:type="dxa"/>
          </w:tcPr>
          <w:p w14:paraId="40572F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หมุน 90°</w:t>
            </w:r>
          </w:p>
        </w:tc>
        <w:tc>
          <w:tcPr>
            <w:tcW w:w="1446" w:type="dxa"/>
          </w:tcPr>
          <w:p w14:paraId="6BCC34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 / D</w:t>
            </w:r>
          </w:p>
        </w:tc>
        <w:tc>
          <w:tcPr>
            <w:tcW w:w="1446" w:type="dxa"/>
          </w:tcPr>
          <w:p w14:paraId="13FD24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401" w:type="dxa"/>
          </w:tcPr>
          <w:p w14:paraId="716119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เวลาจริง</w:t>
            </w:r>
          </w:p>
        </w:tc>
      </w:tr>
      <w:tr w:rsidR="00501161" w14:paraId="71E9598D" w14:textId="77777777">
        <w:trPr>
          <w:jc w:val="center"/>
        </w:trPr>
        <w:tc>
          <w:tcPr>
            <w:tcW w:w="2721" w:type="dxa"/>
          </w:tcPr>
          <w:p w14:paraId="4D731C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ขึ้น/ลงบันได</w:t>
            </w:r>
          </w:p>
        </w:tc>
        <w:tc>
          <w:tcPr>
            <w:tcW w:w="1446" w:type="dxa"/>
          </w:tcPr>
          <w:p w14:paraId="541C0B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Enter</w:t>
            </w:r>
          </w:p>
        </w:tc>
        <w:tc>
          <w:tcPr>
            <w:tcW w:w="1446" w:type="dxa"/>
          </w:tcPr>
          <w:p w14:paraId="52F877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401" w:type="dxa"/>
          </w:tcPr>
          <w:p w14:paraId="211D08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เวลาจริง</w:t>
            </w:r>
          </w:p>
        </w:tc>
      </w:tr>
      <w:tr w:rsidR="00501161" w14:paraId="22632F12" w14:textId="77777777">
        <w:trPr>
          <w:jc w:val="center"/>
        </w:trPr>
        <w:tc>
          <w:tcPr>
            <w:tcW w:w="2721" w:type="dxa"/>
          </w:tcPr>
          <w:p w14:paraId="201D65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โดนกระแสน้ำ/ลมพัด</w:t>
            </w:r>
          </w:p>
        </w:tc>
        <w:tc>
          <w:tcPr>
            <w:tcW w:w="1446" w:type="dxa"/>
          </w:tcPr>
          <w:p w14:paraId="22CE42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6" w:type="dxa"/>
          </w:tcPr>
          <w:p w14:paraId="5DDAAF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401" w:type="dxa"/>
          </w:tcPr>
          <w:p w14:paraId="299709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เวลาจริง</w:t>
            </w:r>
          </w:p>
        </w:tc>
      </w:tr>
      <w:tr w:rsidR="00501161" w14:paraId="34CBF487" w14:textId="77777777">
        <w:trPr>
          <w:jc w:val="center"/>
        </w:trPr>
        <w:tc>
          <w:tcPr>
            <w:tcW w:w="2721" w:type="dxa"/>
          </w:tcPr>
          <w:p w14:paraId="521184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เปิด Full Map / เมนู</w:t>
            </w:r>
          </w:p>
        </w:tc>
        <w:tc>
          <w:tcPr>
            <w:tcW w:w="1446" w:type="dxa"/>
          </w:tcPr>
          <w:p w14:paraId="051CCB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 / Esc</w:t>
            </w:r>
          </w:p>
        </w:tc>
        <w:tc>
          <w:tcPr>
            <w:tcW w:w="1446" w:type="dxa"/>
          </w:tcPr>
          <w:p w14:paraId="3CC90B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401" w:type="dxa"/>
          </w:tcPr>
          <w:p w14:paraId="07DC98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หยุดเวลา</w:t>
            </w:r>
          </w:p>
        </w:tc>
      </w:tr>
    </w:tbl>
    <w:p w14:paraId="0F70B31E" w14:textId="77777777" w:rsidR="00501161" w:rsidRDefault="00501161">
      <w:pPr>
        <w:spacing w:after="40"/>
      </w:pPr>
    </w:p>
    <w:p w14:paraId="719431BB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Hunger </w:t>
      </w:r>
      <w:r>
        <w:t>ผูกกับก้าว แต่เวลาผูกกับนาฬิกาจริง ทำให้มีแรงกดดันสองแบบ: เดินมากเปลืองอาหาร ลังเลนานเปลืองวัน การหมุนตัวไม่เสีย Hunger เพื่อให้ผู้เล่นมองรอบตัวและวาดแผนที่ได้ และ Full Map หยุดเวลาให้วางแผนได้เต็มที่</w:t>
      </w:r>
    </w:p>
    <w:p w14:paraId="5D44B6BD" w14:textId="77777777" w:rsidR="00501161" w:rsidRDefault="00C637DA">
      <w:pPr>
        <w:pStyle w:val="Heading2"/>
      </w:pPr>
      <w:bookmarkStart w:id="41" w:name="_Toc243336711"/>
      <w:r>
        <w:t>7.3 Random Encounter</w:t>
      </w:r>
      <w:bookmarkEnd w:id="41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93"/>
        <w:gridCol w:w="7022"/>
      </w:tblGrid>
      <w:tr w:rsidR="00501161" w14:paraId="3556F670" w14:textId="77777777">
        <w:trPr>
          <w:tblHeader/>
          <w:jc w:val="center"/>
        </w:trPr>
        <w:tc>
          <w:tcPr>
            <w:tcW w:w="1993" w:type="dxa"/>
            <w:shd w:val="clear" w:color="auto" w:fill="F2F2F2"/>
          </w:tcPr>
          <w:p w14:paraId="3023486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022" w:type="dxa"/>
            <w:shd w:val="clear" w:color="auto" w:fill="F2F2F2"/>
          </w:tcPr>
          <w:p w14:paraId="549D65C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108E9C21" w14:textId="77777777">
        <w:trPr>
          <w:jc w:val="center"/>
        </w:trPr>
        <w:tc>
          <w:tcPr>
            <w:tcW w:w="1993" w:type="dxa"/>
          </w:tcPr>
          <w:p w14:paraId="6438EA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Steps unt</w:t>
            </w:r>
            <w:r>
              <w:rPr>
                <w:sz w:val="28"/>
                <w:szCs w:val="28"/>
              </w:rPr>
              <w:t>il Encounter</w:t>
            </w:r>
          </w:p>
        </w:tc>
        <w:tc>
          <w:tcPr>
            <w:tcW w:w="7022" w:type="dxa"/>
          </w:tcPr>
          <w:p w14:paraId="768612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สุ่ม 10–20 ก้าว เฉลี่ย 15 (สุ่มใหม่หลังทุกไฟต์)</w:t>
            </w:r>
          </w:p>
        </w:tc>
      </w:tr>
      <w:tr w:rsidR="00501161" w14:paraId="13FC505F" w14:textId="77777777">
        <w:trPr>
          <w:jc w:val="center"/>
        </w:trPr>
        <w:tc>
          <w:tcPr>
            <w:tcW w:w="1993" w:type="dxa"/>
          </w:tcPr>
          <w:p w14:paraId="4A084A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กลางคืน</w:t>
            </w:r>
          </w:p>
        </w:tc>
        <w:tc>
          <w:tcPr>
            <w:tcW w:w="7022" w:type="dxa"/>
          </w:tcPr>
          <w:p w14:paraId="3B219F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 0.7 (</w:t>
            </w:r>
            <w:r>
              <w:rPr>
                <w:sz w:val="28"/>
                <w:szCs w:val="28"/>
              </w:rPr>
              <w:t>ปัดขึ้น)</w:t>
            </w:r>
          </w:p>
        </w:tc>
      </w:tr>
      <w:tr w:rsidR="00501161" w14:paraId="1404B8C8" w14:textId="77777777">
        <w:trPr>
          <w:jc w:val="center"/>
        </w:trPr>
        <w:tc>
          <w:tcPr>
            <w:tcW w:w="1993" w:type="dxa"/>
          </w:tcPr>
          <w:p w14:paraId="51A3F8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ไม่มีแสง (Ch5)</w:t>
            </w:r>
          </w:p>
        </w:tc>
        <w:tc>
          <w:tcPr>
            <w:tcW w:w="7022" w:type="dxa"/>
          </w:tcPr>
          <w:p w14:paraId="1A784B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 0.7</w:t>
            </w:r>
          </w:p>
        </w:tc>
      </w:tr>
      <w:tr w:rsidR="00501161" w14:paraId="7BFED2DC" w14:textId="77777777">
        <w:trPr>
          <w:jc w:val="center"/>
        </w:trPr>
        <w:tc>
          <w:tcPr>
            <w:tcW w:w="1993" w:type="dxa"/>
          </w:tcPr>
          <w:p w14:paraId="14319E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ไอเทมธูปไล่สัตว์</w:t>
            </w:r>
          </w:p>
        </w:tc>
        <w:tc>
          <w:tcPr>
            <w:tcW w:w="7022" w:type="dxa"/>
          </w:tcPr>
          <w:p w14:paraId="4EA070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ไม่มี Encounter 30 ก้าว</w:t>
            </w:r>
          </w:p>
        </w:tc>
      </w:tr>
      <w:tr w:rsidR="00501161" w14:paraId="7AC6852D" w14:textId="77777777">
        <w:trPr>
          <w:jc w:val="center"/>
        </w:trPr>
        <w:tc>
          <w:tcPr>
            <w:tcW w:w="1993" w:type="dxa"/>
          </w:tcPr>
          <w:p w14:paraId="79EC48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Danger Gauge</w:t>
            </w:r>
          </w:p>
        </w:tc>
        <w:tc>
          <w:tcPr>
            <w:tcW w:w="7022" w:type="dxa"/>
          </w:tcPr>
          <w:p w14:paraId="7894AD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เขียว: เหลือ &gt; 60% · เหลือง: 30–60% · แดง: &lt; 30% ของก้าวที่สุ่มได้</w:t>
            </w:r>
          </w:p>
        </w:tc>
      </w:tr>
      <w:tr w:rsidR="00501161" w14:paraId="25CA9AF1" w14:textId="77777777">
        <w:trPr>
          <w:jc w:val="center"/>
        </w:trPr>
        <w:tc>
          <w:tcPr>
            <w:tcW w:w="1993" w:type="dxa"/>
          </w:tcPr>
          <w:p w14:paraId="2CEFF9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Preemptive</w:t>
            </w:r>
          </w:p>
        </w:tc>
        <w:tc>
          <w:tcPr>
            <w:tcW w:w="7022" w:type="dxa"/>
          </w:tcPr>
          <w:p w14:paraId="0D558B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10% + </w:t>
            </w:r>
            <w:r>
              <w:rPr>
                <w:sz w:val="28"/>
                <w:szCs w:val="28"/>
              </w:rPr>
              <w:t>หูไวตาไวพราน (ปาร์ตี้ได้เล่นก่อน 1 เทิร์น)</w:t>
            </w:r>
          </w:p>
        </w:tc>
      </w:tr>
      <w:tr w:rsidR="00501161" w14:paraId="357178DB" w14:textId="77777777">
        <w:trPr>
          <w:jc w:val="center"/>
        </w:trPr>
        <w:tc>
          <w:tcPr>
            <w:tcW w:w="1993" w:type="dxa"/>
          </w:tcPr>
          <w:p w14:paraId="68A6E0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Ambush</w:t>
            </w:r>
          </w:p>
        </w:tc>
        <w:tc>
          <w:tcPr>
            <w:tcW w:w="7022" w:type="dxa"/>
          </w:tcPr>
          <w:p w14:paraId="650CC1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10% − </w:t>
            </w:r>
            <w:r>
              <w:rPr>
                <w:sz w:val="28"/>
                <w:szCs w:val="28"/>
              </w:rPr>
              <w:t>หูไวตาไวพราน (+20% ในหญ้าสูง) (ศัตรูได้เล่นก่อน 1 เทิร์น)</w:t>
            </w:r>
          </w:p>
        </w:tc>
      </w:tr>
      <w:tr w:rsidR="00501161" w14:paraId="1BB5AB40" w14:textId="77777777">
        <w:trPr>
          <w:jc w:val="center"/>
        </w:trPr>
        <w:tc>
          <w:tcPr>
            <w:tcW w:w="1993" w:type="dxa"/>
          </w:tcPr>
          <w:p w14:paraId="5D3633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Encounter Table</w:t>
            </w:r>
          </w:p>
        </w:tc>
        <w:tc>
          <w:tcPr>
            <w:tcW w:w="7022" w:type="dxa"/>
          </w:tcPr>
          <w:p w14:paraId="03602D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สุ่มจากรายชื่อมอนส์เตอร์ของชั้นนั้น (Section 13.4) จำนวนตามคอลัมน์ "กลุ่ม"</w:t>
            </w:r>
          </w:p>
        </w:tc>
      </w:tr>
    </w:tbl>
    <w:p w14:paraId="23778168" w14:textId="77777777" w:rsidR="00501161" w:rsidRDefault="00501161">
      <w:pPr>
        <w:spacing w:after="40"/>
      </w:pPr>
    </w:p>
    <w:p w14:paraId="3AAC2D60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Danger Gauge </w:t>
      </w:r>
      <w:r>
        <w:t>มาจาก Etrian Odyssey ให้ข้อมูลผู้เล่นพอที่จะตัดสินใจ เช่น เดินอีก 2 ก้าวไปถึงบันไดก่อนเจอศัตรูไหม โดยไม่บอกจำนวนก้าวตรงๆ</w:t>
      </w:r>
    </w:p>
    <w:p w14:paraId="7A55975C" w14:textId="77777777" w:rsidR="00501161" w:rsidRDefault="00C637DA">
      <w:pPr>
        <w:pStyle w:val="Heading2"/>
      </w:pPr>
      <w:bookmarkStart w:id="42" w:name="_Toc243336712"/>
      <w:r>
        <w:lastRenderedPageBreak/>
        <w:t>7.4 Gathering</w:t>
      </w:r>
      <w:bookmarkEnd w:id="42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6179"/>
      </w:tblGrid>
      <w:tr w:rsidR="00501161" w14:paraId="3BA2AC38" w14:textId="77777777">
        <w:trPr>
          <w:tblHeader/>
          <w:jc w:val="center"/>
        </w:trPr>
        <w:tc>
          <w:tcPr>
            <w:tcW w:w="1418" w:type="dxa"/>
            <w:shd w:val="clear" w:color="auto" w:fill="F2F2F2"/>
          </w:tcPr>
          <w:p w14:paraId="409C9C4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ชนิด</w:t>
            </w:r>
          </w:p>
        </w:tc>
        <w:tc>
          <w:tcPr>
            <w:tcW w:w="1418" w:type="dxa"/>
            <w:shd w:val="clear" w:color="auto" w:fill="F2F2F2"/>
          </w:tcPr>
          <w:p w14:paraId="53254E2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6179" w:type="dxa"/>
            <w:shd w:val="clear" w:color="auto" w:fill="F2F2F2"/>
          </w:tcPr>
          <w:p w14:paraId="593404A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61CB1411" w14:textId="77777777">
        <w:trPr>
          <w:jc w:val="center"/>
        </w:trPr>
        <w:tc>
          <w:tcPr>
            <w:tcW w:w="1418" w:type="dxa"/>
          </w:tcPr>
          <w:p w14:paraId="6AB5B3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Scavenge</w:t>
            </w:r>
          </w:p>
        </w:tc>
        <w:tc>
          <w:tcPr>
            <w:tcW w:w="1418" w:type="dxa"/>
          </w:tcPr>
          <w:p w14:paraId="57AEDA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โอกาสต่อก้าว</w:t>
            </w:r>
          </w:p>
        </w:tc>
        <w:tc>
          <w:tcPr>
            <w:tcW w:w="6179" w:type="dxa"/>
          </w:tcPr>
          <w:p w14:paraId="6A01CA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22% </w:t>
            </w:r>
            <w:r>
              <w:rPr>
                <w:sz w:val="28"/>
                <w:szCs w:val="28"/>
              </w:rPr>
              <w:t>ได้วัตถุดิบพื้นฐานของ Chapter 1 ชิ้น</w:t>
            </w:r>
          </w:p>
        </w:tc>
      </w:tr>
      <w:tr w:rsidR="00501161" w14:paraId="1F3A7C43" w14:textId="77777777">
        <w:trPr>
          <w:jc w:val="center"/>
        </w:trPr>
        <w:tc>
          <w:tcPr>
            <w:tcW w:w="1418" w:type="dxa"/>
          </w:tcPr>
          <w:p w14:paraId="46CDA9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Gathering Point</w:t>
            </w:r>
          </w:p>
        </w:tc>
        <w:tc>
          <w:tcPr>
            <w:tcW w:w="1418" w:type="dxa"/>
          </w:tcPr>
          <w:p w14:paraId="5AEC0E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ชนิด</w:t>
            </w:r>
          </w:p>
        </w:tc>
        <w:tc>
          <w:tcPr>
            <w:tcW w:w="6179" w:type="dxa"/>
          </w:tcPr>
          <w:p w14:paraId="2CE318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เก็บ (พืช), ตัด (ไม้), ขุด (หินแร่)</w:t>
            </w:r>
          </w:p>
        </w:tc>
      </w:tr>
      <w:tr w:rsidR="00501161" w14:paraId="38D8A146" w14:textId="77777777">
        <w:trPr>
          <w:jc w:val="center"/>
        </w:trPr>
        <w:tc>
          <w:tcPr>
            <w:tcW w:w="1418" w:type="dxa"/>
          </w:tcPr>
          <w:p w14:paraId="21BDD462" w14:textId="77777777" w:rsidR="00501161" w:rsidRDefault="00501161">
            <w:pPr>
              <w:spacing w:after="0"/>
            </w:pPr>
          </w:p>
        </w:tc>
        <w:tc>
          <w:tcPr>
            <w:tcW w:w="1418" w:type="dxa"/>
          </w:tcPr>
          <w:p w14:paraId="0A8976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จำนวนครั้ง</w:t>
            </w:r>
          </w:p>
        </w:tc>
        <w:tc>
          <w:tcPr>
            <w:tcW w:w="6179" w:type="dxa"/>
          </w:tcPr>
          <w:p w14:paraId="568EA1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ครั้งต่อจุดต่อวัน (+1 ด้วยวิชาพรานไพร Rank 3+)</w:t>
            </w:r>
          </w:p>
        </w:tc>
      </w:tr>
      <w:tr w:rsidR="00501161" w14:paraId="68EB78B5" w14:textId="77777777">
        <w:trPr>
          <w:jc w:val="center"/>
        </w:trPr>
        <w:tc>
          <w:tcPr>
            <w:tcW w:w="1418" w:type="dxa"/>
          </w:tcPr>
          <w:p w14:paraId="69AFC85A" w14:textId="77777777" w:rsidR="00501161" w:rsidRDefault="00501161">
            <w:pPr>
              <w:spacing w:after="0"/>
            </w:pPr>
          </w:p>
        </w:tc>
        <w:tc>
          <w:tcPr>
            <w:tcW w:w="1418" w:type="dxa"/>
          </w:tcPr>
          <w:p w14:paraId="17A621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เวลา</w:t>
            </w:r>
          </w:p>
        </w:tc>
        <w:tc>
          <w:tcPr>
            <w:tcW w:w="6179" w:type="dxa"/>
          </w:tcPr>
          <w:p w14:paraId="5B5863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+30 </w:t>
            </w:r>
            <w:r>
              <w:rPr>
                <w:sz w:val="28"/>
                <w:szCs w:val="28"/>
              </w:rPr>
              <w:t>นาที ต่อครั้ง</w:t>
            </w:r>
          </w:p>
        </w:tc>
      </w:tr>
      <w:tr w:rsidR="00501161" w14:paraId="58A17B4B" w14:textId="77777777">
        <w:trPr>
          <w:jc w:val="center"/>
        </w:trPr>
        <w:tc>
          <w:tcPr>
            <w:tcW w:w="1418" w:type="dxa"/>
          </w:tcPr>
          <w:p w14:paraId="2C829A5C" w14:textId="77777777" w:rsidR="00501161" w:rsidRDefault="00501161">
            <w:pPr>
              <w:spacing w:after="0"/>
            </w:pPr>
          </w:p>
        </w:tc>
        <w:tc>
          <w:tcPr>
            <w:tcW w:w="1418" w:type="dxa"/>
          </w:tcPr>
          <w:p w14:paraId="296896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ซุ่มโจมตี</w:t>
            </w:r>
          </w:p>
        </w:tc>
        <w:tc>
          <w:tcPr>
            <w:tcW w:w="6179" w:type="dxa"/>
          </w:tcPr>
          <w:p w14:paraId="2C6C7A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10% </w:t>
            </w:r>
            <w:r>
              <w:rPr>
                <w:sz w:val="28"/>
                <w:szCs w:val="28"/>
              </w:rPr>
              <w:t>ต่อครั้ง (Ambush เสมอ)</w:t>
            </w:r>
          </w:p>
        </w:tc>
      </w:tr>
      <w:tr w:rsidR="00501161" w14:paraId="3DBE0EE1" w14:textId="77777777">
        <w:trPr>
          <w:jc w:val="center"/>
        </w:trPr>
        <w:tc>
          <w:tcPr>
            <w:tcW w:w="1418" w:type="dxa"/>
          </w:tcPr>
          <w:p w14:paraId="4603C1F7" w14:textId="77777777" w:rsidR="00501161" w:rsidRDefault="00501161">
            <w:pPr>
              <w:spacing w:after="0"/>
            </w:pPr>
          </w:p>
        </w:tc>
        <w:tc>
          <w:tcPr>
            <w:tcW w:w="1418" w:type="dxa"/>
          </w:tcPr>
          <w:p w14:paraId="1934F2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ผลลัพธ์</w:t>
            </w:r>
          </w:p>
        </w:tc>
        <w:tc>
          <w:tcPr>
            <w:tcW w:w="6179" w:type="dxa"/>
          </w:tcPr>
          <w:p w14:paraId="1F5292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Common 70% / Uncommon 25% / Rare 5% (× Drop Multiplier </w:t>
            </w:r>
            <w:r>
              <w:rPr>
                <w:sz w:val="28"/>
                <w:szCs w:val="28"/>
              </w:rPr>
              <w:t>สำหรับ Rare)</w:t>
            </w:r>
          </w:p>
        </w:tc>
      </w:tr>
    </w:tbl>
    <w:p w14:paraId="3F4D9B5D" w14:textId="77777777" w:rsidR="00501161" w:rsidRDefault="00501161">
      <w:pPr>
        <w:spacing w:after="40"/>
      </w:pPr>
    </w:p>
    <w:p w14:paraId="1F4E1F85" w14:textId="77777777" w:rsidR="00501161" w:rsidRDefault="00C637DA">
      <w:pPr>
        <w:pStyle w:val="Heading2"/>
      </w:pPr>
      <w:bookmarkStart w:id="43" w:name="_Toc243336713"/>
      <w:r>
        <w:t xml:space="preserve">7.5 </w:t>
      </w:r>
      <w:r>
        <w:t>สัตว์ชั้นสูง (Visible Elite)</w:t>
      </w:r>
      <w:bookmarkEnd w:id="43"/>
    </w:p>
    <w:p w14:paraId="131BF7E7" w14:textId="77777777" w:rsidR="00501161" w:rsidRDefault="00C637DA">
      <w:pPr>
        <w:ind w:firstLine="720"/>
      </w:pPr>
      <w:r>
        <w:t>อ้างอิงระบบ F.O.E. ของ Etrian Odyssey สัตว์ชั้นสูงมองเห็นบนจอ (โมเดลลอยเหนือพื้นมีออร่า) และบนแผนที่ในระยะที่มองเห็น เคลื่อนที่ 1 ช่องทุกครั้งที่ปาร์ตี้เคลื่อนที่ 1 ช่อง (หมุนตัวไม่นับ)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6"/>
        <w:gridCol w:w="7588"/>
      </w:tblGrid>
      <w:tr w:rsidR="00501161" w14:paraId="60CC2F45" w14:textId="77777777">
        <w:trPr>
          <w:tblHeader/>
          <w:jc w:val="center"/>
        </w:trPr>
        <w:tc>
          <w:tcPr>
            <w:tcW w:w="1426" w:type="dxa"/>
            <w:shd w:val="clear" w:color="auto" w:fill="F2F2F2"/>
          </w:tcPr>
          <w:p w14:paraId="3302107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588" w:type="dxa"/>
            <w:shd w:val="clear" w:color="auto" w:fill="F2F2F2"/>
          </w:tcPr>
          <w:p w14:paraId="713D896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5CDA2158" w14:textId="77777777">
        <w:trPr>
          <w:jc w:val="center"/>
        </w:trPr>
        <w:tc>
          <w:tcPr>
            <w:tcW w:w="1426" w:type="dxa"/>
          </w:tcPr>
          <w:p w14:paraId="143E4C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Movement Pattern</w:t>
            </w:r>
          </w:p>
        </w:tc>
        <w:tc>
          <w:tcPr>
            <w:tcW w:w="7588" w:type="dxa"/>
          </w:tcPr>
          <w:p w14:paraId="350D5D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Patrol (</w:t>
            </w:r>
            <w:r>
              <w:rPr>
                <w:sz w:val="28"/>
                <w:szCs w:val="28"/>
              </w:rPr>
              <w:t>เดินวนเส้นทางตายตัว), Chase (ไล่เมื่อเห็นในแนวตรง N ช่อง), Guard (อยู่กับที่), Flying (ข้ามผนังได้)</w:t>
            </w:r>
          </w:p>
        </w:tc>
      </w:tr>
      <w:tr w:rsidR="00501161" w14:paraId="32E583EF" w14:textId="77777777">
        <w:trPr>
          <w:jc w:val="center"/>
        </w:trPr>
        <w:tc>
          <w:tcPr>
            <w:tcW w:w="1426" w:type="dxa"/>
          </w:tcPr>
          <w:p w14:paraId="373E26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เริ่มต่อสู้</w:t>
            </w:r>
          </w:p>
        </w:tc>
        <w:tc>
          <w:tcPr>
            <w:tcW w:w="7588" w:type="dxa"/>
          </w:tcPr>
          <w:p w14:paraId="665DAD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เมื่อสัตว์ชั้นสูงและปาร์ตี้อยู่ช่องเดียวกัน</w:t>
            </w:r>
          </w:p>
        </w:tc>
      </w:tr>
      <w:tr w:rsidR="00501161" w14:paraId="703F59E0" w14:textId="77777777">
        <w:trPr>
          <w:jc w:val="center"/>
        </w:trPr>
        <w:tc>
          <w:tcPr>
            <w:tcW w:w="1426" w:type="dxa"/>
          </w:tcPr>
          <w:p w14:paraId="2A033B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เข้าร่วมไฟต์อื่น</w:t>
            </w:r>
          </w:p>
        </w:tc>
        <w:tc>
          <w:tcPr>
            <w:tcW w:w="7588" w:type="dxa"/>
          </w:tcPr>
          <w:p w14:paraId="591AB2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ถ้าอยู่ในระยะ 3 ช่องตอนเกิด Random Encounter จะเดินเข้ามา 1 ช่องต่อเทิร์น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ถึงแล้วเข้าร่วมไฟต์</w:t>
            </w:r>
          </w:p>
        </w:tc>
      </w:tr>
      <w:tr w:rsidR="00501161" w14:paraId="6301F46D" w14:textId="77777777">
        <w:trPr>
          <w:jc w:val="center"/>
        </w:trPr>
        <w:tc>
          <w:tcPr>
            <w:tcW w:w="1426" w:type="dxa"/>
          </w:tcPr>
          <w:p w14:paraId="4967E4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Respawn</w:t>
            </w:r>
          </w:p>
        </w:tc>
        <w:tc>
          <w:tcPr>
            <w:tcW w:w="7588" w:type="dxa"/>
          </w:tcPr>
          <w:p w14:paraId="31A6B1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วันในเกมหลังถูกล้ม</w:t>
            </w:r>
          </w:p>
        </w:tc>
      </w:tr>
      <w:tr w:rsidR="00501161" w14:paraId="248C2AD9" w14:textId="77777777">
        <w:trPr>
          <w:jc w:val="center"/>
        </w:trPr>
        <w:tc>
          <w:tcPr>
            <w:tcW w:w="1426" w:type="dxa"/>
          </w:tcPr>
          <w:p w14:paraId="5D0AD9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Stat</w:t>
            </w:r>
          </w:p>
        </w:tc>
        <w:tc>
          <w:tcPr>
            <w:tcW w:w="7588" w:type="dxa"/>
          </w:tcPr>
          <w:p w14:paraId="0449F6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HP ×3, ATK ×1.4, Resist </w:t>
            </w:r>
            <w:r>
              <w:rPr>
                <w:sz w:val="28"/>
                <w:szCs w:val="28"/>
              </w:rPr>
              <w:t>สถานะ 25%, Accuracy +5% เทียบกับตัวทั่วไปเลเวลเดียวกัน</w:t>
            </w:r>
          </w:p>
        </w:tc>
      </w:tr>
      <w:tr w:rsidR="00501161" w14:paraId="4A896205" w14:textId="77777777">
        <w:trPr>
          <w:jc w:val="center"/>
        </w:trPr>
        <w:tc>
          <w:tcPr>
            <w:tcW w:w="1426" w:type="dxa"/>
          </w:tcPr>
          <w:p w14:paraId="30548D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รางวัล</w:t>
            </w:r>
          </w:p>
        </w:tc>
        <w:tc>
          <w:tcPr>
            <w:tcW w:w="7588" w:type="dxa"/>
          </w:tcPr>
          <w:p w14:paraId="36C1F9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EXP ×3, Gold ×3, </w:t>
            </w:r>
            <w:r>
              <w:rPr>
                <w:sz w:val="28"/>
                <w:szCs w:val="28"/>
              </w:rPr>
              <w:t>วัตถุดิบหลักของอาวุธดีที่สุดใน Chapter (ดรอป 100%)</w:t>
            </w:r>
          </w:p>
        </w:tc>
      </w:tr>
    </w:tbl>
    <w:p w14:paraId="13823ADA" w14:textId="77777777" w:rsidR="00501161" w:rsidRDefault="00501161">
      <w:pPr>
        <w:spacing w:after="40"/>
      </w:pPr>
    </w:p>
    <w:p w14:paraId="0618794B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สัตว์ชั้นสูงออกแบบให้ผู้เล่น "หลบ" ในรอบแรก และกลับมาล้มเมื่อเก่งขึ้น เป็นตัววัดความก้าวหน้าที่ผู้เล่นรู้สึกได้เอง และเป็นเหตุผลให้วาดแผนที่ เพราะต้องจดเส้นทางเดินของมัน</w:t>
      </w:r>
    </w:p>
    <w:p w14:paraId="73F1D948" w14:textId="77777777" w:rsidR="00501161" w:rsidRDefault="00C637DA">
      <w:pPr>
        <w:pStyle w:val="Heading2"/>
      </w:pPr>
      <w:bookmarkStart w:id="44" w:name="_Toc243336714"/>
      <w:r>
        <w:t>7.6 Return to Camp</w:t>
      </w:r>
      <w:bookmarkEnd w:id="44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5"/>
        <w:gridCol w:w="4299"/>
        <w:gridCol w:w="3190"/>
      </w:tblGrid>
      <w:tr w:rsidR="00501161" w14:paraId="3B92A2A1" w14:textId="77777777">
        <w:trPr>
          <w:tblHeader/>
          <w:jc w:val="center"/>
        </w:trPr>
        <w:tc>
          <w:tcPr>
            <w:tcW w:w="1525" w:type="dxa"/>
            <w:shd w:val="clear" w:color="auto" w:fill="F2F2F2"/>
          </w:tcPr>
          <w:p w14:paraId="2029915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วิธี</w:t>
            </w:r>
          </w:p>
        </w:tc>
        <w:tc>
          <w:tcPr>
            <w:tcW w:w="4299" w:type="dxa"/>
            <w:shd w:val="clear" w:color="auto" w:fill="F2F2F2"/>
          </w:tcPr>
          <w:p w14:paraId="75B9D64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เงื่อนไข</w:t>
            </w:r>
          </w:p>
        </w:tc>
        <w:tc>
          <w:tcPr>
            <w:tcW w:w="3190" w:type="dxa"/>
            <w:shd w:val="clear" w:color="auto" w:fill="F2F2F2"/>
          </w:tcPr>
          <w:p w14:paraId="755E3E8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</w:tr>
      <w:tr w:rsidR="00501161" w14:paraId="7BA25245" w14:textId="77777777">
        <w:trPr>
          <w:jc w:val="center"/>
        </w:trPr>
        <w:tc>
          <w:tcPr>
            <w:tcW w:w="1525" w:type="dxa"/>
          </w:tcPr>
          <w:p w14:paraId="0375DA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เดินกลับทางออกชั้น 1</w:t>
            </w:r>
          </w:p>
        </w:tc>
        <w:tc>
          <w:tcPr>
            <w:tcW w:w="4299" w:type="dxa"/>
          </w:tcPr>
          <w:p w14:paraId="5B50E1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190" w:type="dxa"/>
          </w:tcPr>
          <w:p w14:paraId="48E105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กลับค่าย เวลาเดินตามก้าวจ</w:t>
            </w:r>
            <w:r>
              <w:rPr>
                <w:sz w:val="28"/>
                <w:szCs w:val="28"/>
              </w:rPr>
              <w:t>ริง</w:t>
            </w:r>
          </w:p>
        </w:tc>
      </w:tr>
      <w:tr w:rsidR="00501161" w14:paraId="2C8BABBB" w14:textId="77777777">
        <w:trPr>
          <w:jc w:val="center"/>
        </w:trPr>
        <w:tc>
          <w:tcPr>
            <w:tcW w:w="1525" w:type="dxa"/>
          </w:tcPr>
          <w:p w14:paraId="1D3B1E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ด้ายสายสิญจน์</w:t>
            </w:r>
          </w:p>
        </w:tc>
        <w:tc>
          <w:tcPr>
            <w:tcW w:w="4299" w:type="dxa"/>
          </w:tcPr>
          <w:p w14:paraId="00052A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ใช้นอกการต่อสู้เท่านั้น</w:t>
            </w:r>
          </w:p>
        </w:tc>
        <w:tc>
          <w:tcPr>
            <w:tcW w:w="3190" w:type="dxa"/>
          </w:tcPr>
          <w:p w14:paraId="614EF1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กลับค่ายทันที +1 ชม. (ไอเทม 60 Gold </w:t>
            </w:r>
            <w:r>
              <w:rPr>
                <w:sz w:val="28"/>
                <w:szCs w:val="28"/>
              </w:rPr>
              <w:lastRenderedPageBreak/>
              <w:t>× Chapter)</w:t>
            </w:r>
          </w:p>
        </w:tc>
      </w:tr>
      <w:tr w:rsidR="00501161" w14:paraId="5155E3CF" w14:textId="77777777">
        <w:trPr>
          <w:jc w:val="center"/>
        </w:trPr>
        <w:tc>
          <w:tcPr>
            <w:tcW w:w="1525" w:type="dxa"/>
          </w:tcPr>
          <w:p w14:paraId="0547F2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ทางลัด</w:t>
            </w:r>
          </w:p>
        </w:tc>
        <w:tc>
          <w:tcPr>
            <w:tcW w:w="4299" w:type="dxa"/>
          </w:tcPr>
          <w:p w14:paraId="342899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ประตูที่เปิดได้จากฝั่งเดียว</w:t>
            </w:r>
          </w:p>
        </w:tc>
        <w:tc>
          <w:tcPr>
            <w:tcW w:w="3190" w:type="dxa"/>
          </w:tcPr>
          <w:p w14:paraId="14851A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เปิดแล้วเปิดถาวร</w:t>
            </w:r>
          </w:p>
        </w:tc>
      </w:tr>
      <w:tr w:rsidR="00501161" w14:paraId="6D4D0C69" w14:textId="77777777">
        <w:trPr>
          <w:jc w:val="center"/>
        </w:trPr>
        <w:tc>
          <w:tcPr>
            <w:tcW w:w="1525" w:type="dxa"/>
          </w:tcPr>
          <w:p w14:paraId="671151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ศิลาจารึก (จุดลัดชั้น)</w:t>
            </w:r>
          </w:p>
        </w:tc>
        <w:tc>
          <w:tcPr>
            <w:tcW w:w="4299" w:type="dxa"/>
          </w:tcPr>
          <w:p w14:paraId="1E60D7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แตะครั้งแรกเพื่อเปิด อยู่ที่ชั้น 1 และชั้นกลางของแต่ละ Chapter</w:t>
            </w:r>
          </w:p>
        </w:tc>
        <w:tc>
          <w:tcPr>
            <w:tcW w:w="3190" w:type="dxa"/>
          </w:tcPr>
          <w:p w14:paraId="04452F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เดินทางจากค่ายมาที่ศิลาได้ทันที +1 ชม.</w:t>
            </w:r>
          </w:p>
        </w:tc>
      </w:tr>
    </w:tbl>
    <w:p w14:paraId="3FE20C82" w14:textId="77777777" w:rsidR="00501161" w:rsidRDefault="00501161">
      <w:pPr>
        <w:spacing w:after="40"/>
      </w:pPr>
    </w:p>
    <w:p w14:paraId="5E06B483" w14:textId="77777777" w:rsidR="00501161" w:rsidRDefault="00C637DA">
      <w:pPr>
        <w:pStyle w:val="Heading1"/>
        <w:pageBreakBefore/>
      </w:pPr>
      <w:bookmarkStart w:id="45" w:name="_Toc243336715"/>
      <w:r>
        <w:lastRenderedPageBreak/>
        <w:t xml:space="preserve">8. Cartography — </w:t>
      </w:r>
      <w:r>
        <w:t>ระบบวาดแผนที่</w:t>
      </w:r>
      <w:bookmarkEnd w:id="45"/>
    </w:p>
    <w:p w14:paraId="4247E4E6" w14:textId="77777777" w:rsidR="00501161" w:rsidRDefault="00C637DA">
      <w:pPr>
        <w:pStyle w:val="Heading2"/>
      </w:pPr>
      <w:bookmarkStart w:id="46" w:name="_Toc243336716"/>
      <w:r>
        <w:t>8.1 Overview</w:t>
      </w:r>
      <w:bookmarkEnd w:id="46"/>
    </w:p>
    <w:p w14:paraId="5B252731" w14:textId="77777777" w:rsidR="00501161" w:rsidRDefault="00C637DA">
      <w:pPr>
        <w:ind w:firstLine="720"/>
      </w:pPr>
      <w:r>
        <w:t>ระบบวาดแผนที่คือองค์ประกอบหลักที่นำมาจาก Etrian Odyssey และเป็นหัวใจของ Core Experience "เอาชีวิตรอด เขียนแผนที่ และพัฒนาตัวละคร" เกมไม่วาดแผนที่ให้ ผู้เล่นวาดเองบนตารางขอ</w:t>
      </w:r>
      <w:r>
        <w:t>งแต่ละชั้น แผนที่ที่ดีช่วยประหยัด Hunger และเวลาโดยตรง และแผนที่คือบันทึกการเดินทางของผู้เล่นเองที่ไม่มีใครมีเหมือนกัน</w:t>
      </w:r>
    </w:p>
    <w:p w14:paraId="3B5D6243" w14:textId="77777777" w:rsidR="00501161" w:rsidRDefault="00C637DA">
      <w:pPr>
        <w:ind w:firstLine="720"/>
      </w:pPr>
      <w:r>
        <w:t>Design principles:</w:t>
      </w:r>
    </w:p>
    <w:p w14:paraId="088F678E" w14:textId="77777777" w:rsidR="00501161" w:rsidRDefault="00C637DA">
      <w:pPr>
        <w:pStyle w:val="ListBullet"/>
        <w:ind w:left="720"/>
      </w:pPr>
      <w:r>
        <w:rPr>
          <w:b/>
          <w:bCs/>
        </w:rPr>
        <w:t>เดินแล้วระบายเอง วาดล่วงหน้าได้</w:t>
      </w:r>
      <w:r>
        <w:t xml:space="preserve">: Mini Map </w:t>
      </w:r>
      <w:r>
        <w:t>เป็นกริดที่วาดได้ทุกช่อง ช่องที่เดินผ่านจะระบายพื้นให้อัตโนมัติ (Auto Floor)</w:t>
      </w:r>
      <w:r>
        <w:t xml:space="preserve"> </w:t>
      </w:r>
      <w:r>
        <w:t>ส่วนช่องที่ยังไม่เคยไป ผู้เล่นวาดล่วงหน้าได้ เช่น จดทางที่มองเห็นไกลๆ หรือวางแผนเส้นทาง ช่องที่วาดล่วงหน้าจะแสดงสีเข้มกว่าจนกว่าจะเดินถึง</w:t>
      </w:r>
    </w:p>
    <w:p w14:paraId="00846372" w14:textId="77777777" w:rsidR="00501161" w:rsidRDefault="00C637DA">
      <w:pPr>
        <w:pStyle w:val="ListBullet"/>
        <w:ind w:left="720"/>
      </w:pPr>
      <w:r>
        <w:rPr>
          <w:b/>
          <w:bCs/>
        </w:rPr>
        <w:t>ผนังอยู่ที่ขอบช่อง</w:t>
      </w:r>
      <w:r>
        <w:t xml:space="preserve">: </w:t>
      </w:r>
      <w:r>
        <w:t>ผนังเป็นเส้นระหว่างช่อง ไม่ใช่ทั้งช่อง แบบ Etrian Odyssey ทำให้ทางเดินและห้องดูเป็นห้องจริง</w:t>
      </w:r>
    </w:p>
    <w:p w14:paraId="71E7AA02" w14:textId="77777777" w:rsidR="00501161" w:rsidRDefault="00C637DA">
      <w:pPr>
        <w:pStyle w:val="ListBullet"/>
        <w:ind w:left="720"/>
      </w:pPr>
      <w:r>
        <w:rPr>
          <w:b/>
          <w:bCs/>
        </w:rPr>
        <w:t>ช่วยไ</w:t>
      </w:r>
      <w:r>
        <w:rPr>
          <w:b/>
          <w:bCs/>
        </w:rPr>
        <w:t>ด้แต่ไม่ทำแทน</w:t>
      </w:r>
      <w:r>
        <w:t xml:space="preserve">: </w:t>
      </w:r>
      <w:r>
        <w:t>มี Auto-Map ช่วยงานซ้ำๆ แต่ส่วนที่ทำให้ "เข้าใจแมพ" ผู้เล่นต้องทำเอง</w:t>
      </w:r>
    </w:p>
    <w:p w14:paraId="5F720543" w14:textId="77777777" w:rsidR="00501161" w:rsidRDefault="00C637DA">
      <w:pPr>
        <w:pStyle w:val="ListBullet"/>
        <w:ind w:left="720"/>
      </w:pPr>
      <w:r>
        <w:rPr>
          <w:b/>
          <w:bCs/>
        </w:rPr>
        <w:t>แผนที่มีรางวัล</w:t>
      </w:r>
      <w:r>
        <w:t xml:space="preserve">: </w:t>
      </w:r>
      <w:r>
        <w:t>วาดครบได้รางวัลจริง เพื่อให้คนที่ไม่ชอบวาดยังมีเหตุผลที่จะวาด</w:t>
      </w:r>
    </w:p>
    <w:p w14:paraId="3440CE5B" w14:textId="77777777" w:rsidR="00501161" w:rsidRDefault="00C637DA">
      <w:pPr>
        <w:pStyle w:val="Heading2"/>
      </w:pPr>
      <w:bookmarkStart w:id="47" w:name="_Toc243336717"/>
      <w:r>
        <w:t>8.2 Map Screens</w:t>
      </w:r>
      <w:bookmarkEnd w:id="47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3"/>
        <w:gridCol w:w="1475"/>
        <w:gridCol w:w="3360"/>
        <w:gridCol w:w="2213"/>
        <w:gridCol w:w="983"/>
      </w:tblGrid>
      <w:tr w:rsidR="00501161" w14:paraId="2D7C4DA3" w14:textId="77777777">
        <w:trPr>
          <w:tblHeader/>
          <w:jc w:val="center"/>
        </w:trPr>
        <w:tc>
          <w:tcPr>
            <w:tcW w:w="983" w:type="dxa"/>
            <w:shd w:val="clear" w:color="auto" w:fill="F2F2F2"/>
          </w:tcPr>
          <w:p w14:paraId="35394BE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หน้าจอ</w:t>
            </w:r>
          </w:p>
        </w:tc>
        <w:tc>
          <w:tcPr>
            <w:tcW w:w="1475" w:type="dxa"/>
            <w:shd w:val="clear" w:color="auto" w:fill="F2F2F2"/>
          </w:tcPr>
          <w:p w14:paraId="7222BF4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ตำแหน่ง</w:t>
            </w:r>
          </w:p>
        </w:tc>
        <w:tc>
          <w:tcPr>
            <w:tcW w:w="3360" w:type="dxa"/>
            <w:shd w:val="clear" w:color="auto" w:fill="F2F2F2"/>
          </w:tcPr>
          <w:p w14:paraId="3A0FF9A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ขนาดที่แสดง</w:t>
            </w:r>
          </w:p>
        </w:tc>
        <w:tc>
          <w:tcPr>
            <w:tcW w:w="2213" w:type="dxa"/>
            <w:shd w:val="clear" w:color="auto" w:fill="F2F2F2"/>
          </w:tcPr>
          <w:p w14:paraId="11E8673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วาดได้</w:t>
            </w:r>
          </w:p>
        </w:tc>
        <w:tc>
          <w:tcPr>
            <w:tcW w:w="983" w:type="dxa"/>
            <w:shd w:val="clear" w:color="auto" w:fill="F2F2F2"/>
          </w:tcPr>
          <w:p w14:paraId="1BCD492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เวลา</w:t>
            </w:r>
          </w:p>
        </w:tc>
      </w:tr>
      <w:tr w:rsidR="00501161" w14:paraId="44B789DE" w14:textId="77777777">
        <w:trPr>
          <w:jc w:val="center"/>
        </w:trPr>
        <w:tc>
          <w:tcPr>
            <w:tcW w:w="983" w:type="dxa"/>
          </w:tcPr>
          <w:p w14:paraId="14BB32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Mini Map</w:t>
            </w:r>
          </w:p>
        </w:tc>
        <w:tc>
          <w:tcPr>
            <w:tcW w:w="1475" w:type="dxa"/>
          </w:tcPr>
          <w:p w14:paraId="6C8722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มุมขวาบนของจอสำรวจ</w:t>
            </w:r>
          </w:p>
        </w:tc>
        <w:tc>
          <w:tcPr>
            <w:tcW w:w="3360" w:type="dxa"/>
          </w:tcPr>
          <w:p w14:paraId="17407B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กริด 7×7 ช่องรอบตัว (แสดงเส้นกริดทุกช่อง)</w:t>
            </w:r>
          </w:p>
        </w:tc>
        <w:tc>
          <w:tcPr>
            <w:tcW w:w="2213" w:type="dxa"/>
          </w:tcPr>
          <w:p w14:paraId="1FDD16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ได้ทุกช่อง (คลิก/ลากบนกริด)</w:t>
            </w:r>
          </w:p>
        </w:tc>
        <w:tc>
          <w:tcPr>
            <w:tcW w:w="983" w:type="dxa"/>
          </w:tcPr>
          <w:p w14:paraId="7FC507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เดินต่อ</w:t>
            </w:r>
          </w:p>
        </w:tc>
      </w:tr>
      <w:tr w:rsidR="00501161" w14:paraId="66EBD581" w14:textId="77777777">
        <w:trPr>
          <w:jc w:val="center"/>
        </w:trPr>
        <w:tc>
          <w:tcPr>
            <w:tcW w:w="983" w:type="dxa"/>
          </w:tcPr>
          <w:p w14:paraId="5030ED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Full Map</w:t>
            </w:r>
          </w:p>
        </w:tc>
        <w:tc>
          <w:tcPr>
            <w:tcW w:w="1475" w:type="dxa"/>
          </w:tcPr>
          <w:p w14:paraId="0020B2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กด M เต็มจอ</w:t>
            </w:r>
          </w:p>
        </w:tc>
        <w:tc>
          <w:tcPr>
            <w:tcW w:w="3360" w:type="dxa"/>
          </w:tcPr>
          <w:p w14:paraId="016287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ทั้งชั้น ซูม 3 ระดับ</w:t>
            </w:r>
          </w:p>
        </w:tc>
        <w:tc>
          <w:tcPr>
            <w:tcW w:w="2213" w:type="dxa"/>
          </w:tcPr>
          <w:p w14:paraId="3C0591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ได้ทุกเครื่องมือ</w:t>
            </w:r>
          </w:p>
        </w:tc>
        <w:tc>
          <w:tcPr>
            <w:tcW w:w="983" w:type="dxa"/>
          </w:tcPr>
          <w:p w14:paraId="3C997A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หยุด</w:t>
            </w:r>
          </w:p>
        </w:tc>
      </w:tr>
      <w:tr w:rsidR="00501161" w14:paraId="0DB7ABEF" w14:textId="77777777">
        <w:trPr>
          <w:jc w:val="center"/>
        </w:trPr>
        <w:tc>
          <w:tcPr>
            <w:tcW w:w="983" w:type="dxa"/>
          </w:tcPr>
          <w:p w14:paraId="006AAA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World Map</w:t>
            </w:r>
          </w:p>
        </w:tc>
        <w:tc>
          <w:tcPr>
            <w:tcW w:w="1475" w:type="dxa"/>
          </w:tcPr>
          <w:p w14:paraId="170B90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ที่ค่าย / ในเมนู</w:t>
            </w:r>
          </w:p>
        </w:tc>
        <w:tc>
          <w:tcPr>
            <w:tcW w:w="3360" w:type="dxa"/>
          </w:tcPr>
          <w:p w14:paraId="31B4DE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รายการชั้นทุก Chapter + % ความครบ</w:t>
            </w:r>
          </w:p>
        </w:tc>
        <w:tc>
          <w:tcPr>
            <w:tcW w:w="2213" w:type="dxa"/>
          </w:tcPr>
          <w:p w14:paraId="02D0FC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ไม่ได้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ดูอย่างเดียว)</w:t>
            </w:r>
          </w:p>
        </w:tc>
        <w:tc>
          <w:tcPr>
            <w:tcW w:w="983" w:type="dxa"/>
          </w:tcPr>
          <w:p w14:paraId="26866A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5A4BB552" w14:textId="77777777" w:rsidR="00501161" w:rsidRDefault="00501161">
      <w:pPr>
        <w:spacing w:after="40"/>
      </w:pPr>
    </w:p>
    <w:p w14:paraId="2577E38B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Mini Map </w:t>
      </w:r>
      <w:r>
        <w:t>ที่วาดได้ระหว่างเดินคือหัวใจของ Etrian Odyssey (บนจอล่างของ DS) ผู้เล่นวาดไปพร้อมเดินได้โดยไม่ต้องเปิดเมนูทุกก้าว บน PC ใช้เมาส์วาดบน Mini Map แทนปากกา</w:t>
      </w:r>
    </w:p>
    <w:p w14:paraId="03611814" w14:textId="77777777" w:rsidR="00501161" w:rsidRDefault="00C637DA">
      <w:pPr>
        <w:pStyle w:val="Heading2"/>
      </w:pPr>
      <w:bookmarkStart w:id="48" w:name="_Toc243336718"/>
      <w:r>
        <w:t>8.3 Map Layers</w:t>
      </w:r>
      <w:bookmarkEnd w:id="48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32"/>
        <w:gridCol w:w="1332"/>
        <w:gridCol w:w="1573"/>
        <w:gridCol w:w="4776"/>
      </w:tblGrid>
      <w:tr w:rsidR="00501161" w14:paraId="7D767991" w14:textId="77777777">
        <w:trPr>
          <w:tblHeader/>
          <w:jc w:val="center"/>
        </w:trPr>
        <w:tc>
          <w:tcPr>
            <w:tcW w:w="1332" w:type="dxa"/>
            <w:shd w:val="clear" w:color="auto" w:fill="F2F2F2"/>
          </w:tcPr>
          <w:p w14:paraId="3EE55CC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Layer</w:t>
            </w:r>
          </w:p>
        </w:tc>
        <w:tc>
          <w:tcPr>
            <w:tcW w:w="1332" w:type="dxa"/>
            <w:shd w:val="clear" w:color="auto" w:fill="F2F2F2"/>
          </w:tcPr>
          <w:p w14:paraId="002624C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ใส่อะไร</w:t>
            </w:r>
          </w:p>
        </w:tc>
        <w:tc>
          <w:tcPr>
            <w:tcW w:w="1573" w:type="dxa"/>
            <w:shd w:val="clear" w:color="auto" w:fill="F2F2F2"/>
          </w:tcPr>
          <w:p w14:paraId="525CB26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วิธีวาด</w:t>
            </w:r>
          </w:p>
        </w:tc>
        <w:tc>
          <w:tcPr>
            <w:tcW w:w="4776" w:type="dxa"/>
            <w:shd w:val="clear" w:color="auto" w:fill="F2F2F2"/>
          </w:tcPr>
          <w:p w14:paraId="49347B9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4D2DE10F" w14:textId="77777777">
        <w:trPr>
          <w:jc w:val="center"/>
        </w:trPr>
        <w:tc>
          <w:tcPr>
            <w:tcW w:w="1332" w:type="dxa"/>
          </w:tcPr>
          <w:p w14:paraId="452299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1. Floor</w:t>
            </w:r>
          </w:p>
        </w:tc>
        <w:tc>
          <w:tcPr>
            <w:tcW w:w="1332" w:type="dxa"/>
          </w:tcPr>
          <w:p w14:paraId="5B66A3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ระบายช่องที่เ</w:t>
            </w:r>
            <w:r>
              <w:rPr>
                <w:sz w:val="28"/>
                <w:szCs w:val="28"/>
              </w:rPr>
              <w:lastRenderedPageBreak/>
              <w:t>ดินได้</w:t>
            </w:r>
          </w:p>
        </w:tc>
        <w:tc>
          <w:tcPr>
            <w:tcW w:w="1573" w:type="dxa"/>
          </w:tcPr>
          <w:p w14:paraId="0B8B14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คลิก/ลากบนช่อง</w:t>
            </w:r>
          </w:p>
        </w:tc>
        <w:tc>
          <w:tcPr>
            <w:tcW w:w="4776" w:type="dxa"/>
          </w:tcPr>
          <w:p w14:paraId="7193C6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สีพื้น 4 สี (ปกติ, น้ำเงิน, แดง, เหลือง) ใช้แบ่งโซน เช่น โซนน้ำ </w:t>
            </w:r>
            <w:r>
              <w:rPr>
                <w:sz w:val="28"/>
                <w:szCs w:val="28"/>
              </w:rPr>
              <w:lastRenderedPageBreak/>
              <w:t>โซนอันตราย โซนกลางคืน</w:t>
            </w:r>
          </w:p>
        </w:tc>
      </w:tr>
      <w:tr w:rsidR="00501161" w14:paraId="13BBCF2D" w14:textId="77777777">
        <w:trPr>
          <w:jc w:val="center"/>
        </w:trPr>
        <w:tc>
          <w:tcPr>
            <w:tcW w:w="1332" w:type="dxa"/>
          </w:tcPr>
          <w:p w14:paraId="741FDF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2. Wall</w:t>
            </w:r>
          </w:p>
        </w:tc>
        <w:tc>
          <w:tcPr>
            <w:tcW w:w="1332" w:type="dxa"/>
          </w:tcPr>
          <w:p w14:paraId="05C597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ผนังที่ขอบช่อง</w:t>
            </w:r>
          </w:p>
        </w:tc>
        <w:tc>
          <w:tcPr>
            <w:tcW w:w="1573" w:type="dxa"/>
          </w:tcPr>
          <w:p w14:paraId="084012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คลิก/ลากบนเส้นขอบระหว่างช่อง</w:t>
            </w:r>
          </w:p>
        </w:tc>
        <w:tc>
          <w:tcPr>
            <w:tcW w:w="4776" w:type="dxa"/>
          </w:tcPr>
          <w:p w14:paraId="1CFF93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ช่องมีขอบ 4 ด้าน วาดผนังได้ทีละขอบ</w:t>
            </w:r>
          </w:p>
        </w:tc>
      </w:tr>
      <w:tr w:rsidR="00501161" w14:paraId="14C0D986" w14:textId="77777777">
        <w:trPr>
          <w:jc w:val="center"/>
        </w:trPr>
        <w:tc>
          <w:tcPr>
            <w:tcW w:w="1332" w:type="dxa"/>
          </w:tcPr>
          <w:p w14:paraId="2707AC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3. Icon</w:t>
            </w:r>
          </w:p>
        </w:tc>
        <w:tc>
          <w:tcPr>
            <w:tcW w:w="1332" w:type="dxa"/>
          </w:tcPr>
          <w:p w14:paraId="6C78D6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สัญลักษณ์บนช่องหรือขอบ</w:t>
            </w:r>
          </w:p>
        </w:tc>
        <w:tc>
          <w:tcPr>
            <w:tcW w:w="1573" w:type="dxa"/>
          </w:tcPr>
          <w:p w14:paraId="72D32C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เลือกไอคอนแล้วคลิก</w:t>
            </w:r>
          </w:p>
        </w:tc>
        <w:tc>
          <w:tcPr>
            <w:tcW w:w="4776" w:type="dxa"/>
          </w:tcPr>
          <w:p w14:paraId="2A4E31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ช่องละ 1 ไอคอน + ขอบละ 1 ไอคอน (ประตู)</w:t>
            </w:r>
          </w:p>
        </w:tc>
      </w:tr>
      <w:tr w:rsidR="00501161" w14:paraId="68BEB8E9" w14:textId="77777777">
        <w:trPr>
          <w:jc w:val="center"/>
        </w:trPr>
        <w:tc>
          <w:tcPr>
            <w:tcW w:w="1332" w:type="dxa"/>
          </w:tcPr>
          <w:p w14:paraId="4565A5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4. Memo</w:t>
            </w:r>
          </w:p>
        </w:tc>
        <w:tc>
          <w:tcPr>
            <w:tcW w:w="1332" w:type="dxa"/>
          </w:tcPr>
          <w:p w14:paraId="677E6B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ข้อความสั้น</w:t>
            </w:r>
          </w:p>
        </w:tc>
        <w:tc>
          <w:tcPr>
            <w:tcW w:w="1573" w:type="dxa"/>
          </w:tcPr>
          <w:p w14:paraId="77E9BB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คลิกขวา → เพิ่ม Memo</w:t>
            </w:r>
          </w:p>
        </w:tc>
        <w:tc>
          <w:tcPr>
            <w:tcW w:w="4776" w:type="dxa"/>
          </w:tcPr>
          <w:p w14:paraId="5CCE13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สูงสุด 40 ตัวอักษรต่อช่อง แสดงเมื่อชี้เมาส์</w:t>
            </w:r>
          </w:p>
        </w:tc>
      </w:tr>
    </w:tbl>
    <w:p w14:paraId="77C8A9E5" w14:textId="77777777" w:rsidR="00501161" w:rsidRDefault="00501161">
      <w:pPr>
        <w:spacing w:after="40"/>
      </w:pPr>
    </w:p>
    <w:p w14:paraId="682A9B91" w14:textId="77777777" w:rsidR="00501161" w:rsidRDefault="00C637DA">
      <w:pPr>
        <w:pStyle w:val="Heading2"/>
      </w:pPr>
      <w:bookmarkStart w:id="49" w:name="_Toc243336719"/>
      <w:r>
        <w:t>8.4 Icon List</w:t>
      </w:r>
      <w:bookmarkEnd w:id="49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83"/>
        <w:gridCol w:w="6447"/>
        <w:gridCol w:w="1283"/>
      </w:tblGrid>
      <w:tr w:rsidR="00501161" w14:paraId="1014FC56" w14:textId="77777777">
        <w:trPr>
          <w:tblHeader/>
          <w:jc w:val="center"/>
        </w:trPr>
        <w:tc>
          <w:tcPr>
            <w:tcW w:w="1283" w:type="dxa"/>
            <w:shd w:val="clear" w:color="auto" w:fill="F2F2F2"/>
          </w:tcPr>
          <w:p w14:paraId="459F00B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หมวด</w:t>
            </w:r>
          </w:p>
        </w:tc>
        <w:tc>
          <w:tcPr>
            <w:tcW w:w="6447" w:type="dxa"/>
            <w:shd w:val="clear" w:color="auto" w:fill="F2F2F2"/>
          </w:tcPr>
          <w:p w14:paraId="7FEC1E2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ไอคอน</w:t>
            </w:r>
          </w:p>
        </w:tc>
        <w:tc>
          <w:tcPr>
            <w:tcW w:w="1283" w:type="dxa"/>
            <w:shd w:val="clear" w:color="auto" w:fill="F2F2F2"/>
          </w:tcPr>
          <w:p w14:paraId="204EF4E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จำนวน</w:t>
            </w:r>
          </w:p>
        </w:tc>
      </w:tr>
      <w:tr w:rsidR="00501161" w14:paraId="5EB0DA9D" w14:textId="77777777">
        <w:trPr>
          <w:jc w:val="center"/>
        </w:trPr>
        <w:tc>
          <w:tcPr>
            <w:tcW w:w="1283" w:type="dxa"/>
          </w:tcPr>
          <w:p w14:paraId="102123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ทางผ่าน</w:t>
            </w:r>
          </w:p>
        </w:tc>
        <w:tc>
          <w:tcPr>
            <w:tcW w:w="6447" w:type="dxa"/>
          </w:tcPr>
          <w:p w14:paraId="6251DD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ประตู, ประตูทางเดียว (มีลูกศร), ทางลัด, </w:t>
            </w:r>
            <w:r>
              <w:rPr>
                <w:sz w:val="28"/>
                <w:szCs w:val="28"/>
              </w:rPr>
              <w:t>บันไดขึ้น, บันไดลง, ศิลาจารึก, ผนังลวงตา, ผนังรอยแตก</w:t>
            </w:r>
          </w:p>
        </w:tc>
        <w:tc>
          <w:tcPr>
            <w:tcW w:w="1283" w:type="dxa"/>
          </w:tcPr>
          <w:p w14:paraId="79AF8C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</w:t>
            </w:r>
          </w:p>
        </w:tc>
      </w:tr>
      <w:tr w:rsidR="00501161" w14:paraId="4B18D93D" w14:textId="77777777">
        <w:trPr>
          <w:jc w:val="center"/>
        </w:trPr>
        <w:tc>
          <w:tcPr>
            <w:tcW w:w="1283" w:type="dxa"/>
          </w:tcPr>
          <w:p w14:paraId="41BF92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ทรัพยากร</w:t>
            </w:r>
          </w:p>
        </w:tc>
        <w:tc>
          <w:tcPr>
            <w:tcW w:w="6447" w:type="dxa"/>
          </w:tcPr>
          <w:p w14:paraId="6D66ED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จุดเก็บ, จุดตัด, จุดขุด, หีบสมบัติ (ปิด), หีบสมบัติ (เปิดแล้ว), น้ำดื่ม</w:t>
            </w:r>
          </w:p>
        </w:tc>
        <w:tc>
          <w:tcPr>
            <w:tcW w:w="1283" w:type="dxa"/>
          </w:tcPr>
          <w:p w14:paraId="20B497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075C7D9C" w14:textId="77777777">
        <w:trPr>
          <w:jc w:val="center"/>
        </w:trPr>
        <w:tc>
          <w:tcPr>
            <w:tcW w:w="1283" w:type="dxa"/>
          </w:tcPr>
          <w:p w14:paraId="1352D9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อันตราย</w:t>
            </w:r>
          </w:p>
        </w:tc>
        <w:tc>
          <w:tcPr>
            <w:tcW w:w="6447" w:type="dxa"/>
          </w:tcPr>
          <w:p w14:paraId="6C80CC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พื้นเสียเลือด, หลุม, กับดัก, สัตว์ชั้นสูง, ลูกศรเส้นทางสัตว์ชั้นสูง</w:t>
            </w:r>
          </w:p>
        </w:tc>
        <w:tc>
          <w:tcPr>
            <w:tcW w:w="1283" w:type="dxa"/>
          </w:tcPr>
          <w:p w14:paraId="2437AF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50CC13FF" w14:textId="77777777">
        <w:trPr>
          <w:jc w:val="center"/>
        </w:trPr>
        <w:tc>
          <w:tcPr>
            <w:tcW w:w="1283" w:type="dxa"/>
          </w:tcPr>
          <w:p w14:paraId="024B8E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Gimmick</w:t>
            </w:r>
          </w:p>
        </w:tc>
        <w:tc>
          <w:tcPr>
            <w:tcW w:w="6447" w:type="dxa"/>
          </w:tcPr>
          <w:p w14:paraId="27B06E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ลูกศร 4 ทิศ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กระแสน้ำ/ลม), หญ้าสูง, พื้นมืด</w:t>
            </w:r>
          </w:p>
        </w:tc>
        <w:tc>
          <w:tcPr>
            <w:tcW w:w="1283" w:type="dxa"/>
          </w:tcPr>
          <w:p w14:paraId="367C12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</w:tr>
      <w:tr w:rsidR="00501161" w14:paraId="59062EBC" w14:textId="77777777">
        <w:trPr>
          <w:jc w:val="center"/>
        </w:trPr>
        <w:tc>
          <w:tcPr>
            <w:tcW w:w="1283" w:type="dxa"/>
          </w:tcPr>
          <w:p w14:paraId="4027F0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บันทึก</w:t>
            </w:r>
          </w:p>
        </w:tc>
        <w:tc>
          <w:tcPr>
            <w:tcW w:w="6447" w:type="dxa"/>
          </w:tcPr>
          <w:p w14:paraId="574B20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จุดเหตุการณ์, เครื่องหมายคำถาม, เครื่องหมายตกใจ, ดาว, หมายเลข 1–9</w:t>
            </w:r>
          </w:p>
        </w:tc>
        <w:tc>
          <w:tcPr>
            <w:tcW w:w="1283" w:type="dxa"/>
          </w:tcPr>
          <w:p w14:paraId="782FB3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5CABF5BD" w14:textId="77777777">
        <w:trPr>
          <w:jc w:val="center"/>
        </w:trPr>
        <w:tc>
          <w:tcPr>
            <w:tcW w:w="1283" w:type="dxa"/>
          </w:tcPr>
          <w:p w14:paraId="5D3BB83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รวม</w:t>
            </w:r>
          </w:p>
        </w:tc>
        <w:tc>
          <w:tcPr>
            <w:tcW w:w="6447" w:type="dxa"/>
          </w:tcPr>
          <w:p w14:paraId="5717E31C" w14:textId="77777777" w:rsidR="00501161" w:rsidRDefault="00501161">
            <w:pPr>
              <w:spacing w:after="0"/>
            </w:pPr>
          </w:p>
        </w:tc>
        <w:tc>
          <w:tcPr>
            <w:tcW w:w="1283" w:type="dxa"/>
          </w:tcPr>
          <w:p w14:paraId="4A70990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38</w:t>
            </w:r>
          </w:p>
        </w:tc>
      </w:tr>
    </w:tbl>
    <w:p w14:paraId="4BFF3D15" w14:textId="77777777" w:rsidR="00501161" w:rsidRDefault="00501161">
      <w:pPr>
        <w:spacing w:after="40"/>
      </w:pPr>
    </w:p>
    <w:p w14:paraId="19D73E46" w14:textId="77777777" w:rsidR="00501161" w:rsidRDefault="00C637DA">
      <w:pPr>
        <w:pStyle w:val="ListBullet"/>
        <w:ind w:left="720"/>
      </w:pPr>
      <w:r>
        <w:t xml:space="preserve">หีบสมบัติที่เปิดแล้ว และจุดเก็บที่ใช้ครบในวันนั้น ไอคอนจะเปลี่ยนเป็นสีเทาเอง (ระบบรู้ว่าเปิดแล้ว) </w:t>
      </w:r>
      <w:r>
        <w:t>เพื่อให้ผู้เล่นวางแผนเส้นทางเก็บของรายวันได้</w:t>
      </w:r>
    </w:p>
    <w:p w14:paraId="717CCFA1" w14:textId="77777777" w:rsidR="00501161" w:rsidRDefault="00C637DA">
      <w:pPr>
        <w:pStyle w:val="ListBullet"/>
        <w:ind w:left="720"/>
      </w:pPr>
      <w:r>
        <w:t>ไอคอนสัตว์ชั้นสูงจะแสดง</w:t>
      </w:r>
      <w:r>
        <w:rPr>
          <w:b/>
          <w:bCs/>
        </w:rPr>
        <w:t>ตำแหน่งจริงแบบ Real-time</w:t>
      </w:r>
      <w:r>
        <w:t xml:space="preserve"> </w:t>
      </w:r>
      <w:r>
        <w:t>เมื่ออยู่ในระยะสายตา (ยกเว้นไม่มีแสงใน Ch5) แต่เส้นทางเดินผู้เล่นต้องวาดลูกศรเอง</w:t>
      </w:r>
    </w:p>
    <w:p w14:paraId="5C364946" w14:textId="77777777" w:rsidR="00501161" w:rsidRDefault="00C637DA">
      <w:pPr>
        <w:pStyle w:val="Heading2"/>
      </w:pPr>
      <w:bookmarkStart w:id="50" w:name="_Toc243336720"/>
      <w:r>
        <w:t>8.5 Auto-Map Options</w:t>
      </w:r>
      <w:bookmarkEnd w:id="50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22"/>
        <w:gridCol w:w="5113"/>
        <w:gridCol w:w="1480"/>
      </w:tblGrid>
      <w:tr w:rsidR="00501161" w14:paraId="11A5E8EA" w14:textId="77777777">
        <w:trPr>
          <w:tblHeader/>
          <w:jc w:val="center"/>
        </w:trPr>
        <w:tc>
          <w:tcPr>
            <w:tcW w:w="2422" w:type="dxa"/>
            <w:shd w:val="clear" w:color="auto" w:fill="F2F2F2"/>
          </w:tcPr>
          <w:p w14:paraId="29A5F0F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ตัวเลือก</w:t>
            </w:r>
          </w:p>
        </w:tc>
        <w:tc>
          <w:tcPr>
            <w:tcW w:w="5113" w:type="dxa"/>
            <w:shd w:val="clear" w:color="auto" w:fill="F2F2F2"/>
          </w:tcPr>
          <w:p w14:paraId="5E19710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ทำอะไร</w:t>
            </w:r>
          </w:p>
        </w:tc>
        <w:tc>
          <w:tcPr>
            <w:tcW w:w="1480" w:type="dxa"/>
            <w:shd w:val="clear" w:color="auto" w:fill="F2F2F2"/>
          </w:tcPr>
          <w:p w14:paraId="111299E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ค่าเริ่มต้น</w:t>
            </w:r>
          </w:p>
        </w:tc>
      </w:tr>
      <w:tr w:rsidR="00501161" w14:paraId="0FEAF8D9" w14:textId="77777777">
        <w:trPr>
          <w:jc w:val="center"/>
        </w:trPr>
        <w:tc>
          <w:tcPr>
            <w:tcW w:w="2422" w:type="dxa"/>
          </w:tcPr>
          <w:p w14:paraId="24E517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Auto Floor</w:t>
            </w:r>
          </w:p>
        </w:tc>
        <w:tc>
          <w:tcPr>
            <w:tcW w:w="5113" w:type="dxa"/>
          </w:tcPr>
          <w:p w14:paraId="03D1AF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ระบายพื้นช่องที่เดินผ</w:t>
            </w:r>
            <w:r>
              <w:rPr>
                <w:sz w:val="28"/>
                <w:szCs w:val="28"/>
              </w:rPr>
              <w:t>่าน (สีปกติ)</w:t>
            </w:r>
          </w:p>
        </w:tc>
        <w:tc>
          <w:tcPr>
            <w:tcW w:w="1480" w:type="dxa"/>
          </w:tcPr>
          <w:p w14:paraId="1E35C5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เปิด</w:t>
            </w:r>
          </w:p>
        </w:tc>
      </w:tr>
      <w:tr w:rsidR="00501161" w14:paraId="3AE323E4" w14:textId="77777777">
        <w:trPr>
          <w:jc w:val="center"/>
        </w:trPr>
        <w:tc>
          <w:tcPr>
            <w:tcW w:w="2422" w:type="dxa"/>
          </w:tcPr>
          <w:p w14:paraId="445944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Auto Wall</w:t>
            </w:r>
          </w:p>
        </w:tc>
        <w:tc>
          <w:tcPr>
            <w:tcW w:w="5113" w:type="dxa"/>
          </w:tcPr>
          <w:p w14:paraId="2F934D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วาดผนังรอบช่องที่เดินผ่าน</w:t>
            </w:r>
          </w:p>
        </w:tc>
        <w:tc>
          <w:tcPr>
            <w:tcW w:w="1480" w:type="dxa"/>
          </w:tcPr>
          <w:p w14:paraId="411417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ปิด</w:t>
            </w:r>
          </w:p>
        </w:tc>
      </w:tr>
      <w:tr w:rsidR="00501161" w14:paraId="3D815D93" w14:textId="77777777">
        <w:trPr>
          <w:jc w:val="center"/>
        </w:trPr>
        <w:tc>
          <w:tcPr>
            <w:tcW w:w="2422" w:type="dxa"/>
          </w:tcPr>
          <w:p w14:paraId="36E4AF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Auto Door / Stairs</w:t>
            </w:r>
          </w:p>
        </w:tc>
        <w:tc>
          <w:tcPr>
            <w:tcW w:w="5113" w:type="dxa"/>
          </w:tcPr>
          <w:p w14:paraId="7E3475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ปักไอคอนประตูและบันไดเมื่อเดินผ่าน</w:t>
            </w:r>
          </w:p>
        </w:tc>
        <w:tc>
          <w:tcPr>
            <w:tcW w:w="1480" w:type="dxa"/>
          </w:tcPr>
          <w:p w14:paraId="3D8BF6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ปิด</w:t>
            </w:r>
          </w:p>
        </w:tc>
      </w:tr>
      <w:tr w:rsidR="00501161" w14:paraId="45F21B1B" w14:textId="77777777">
        <w:trPr>
          <w:jc w:val="center"/>
        </w:trPr>
        <w:tc>
          <w:tcPr>
            <w:tcW w:w="2422" w:type="dxa"/>
          </w:tcPr>
          <w:p w14:paraId="26EF97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Auto Event</w:t>
            </w:r>
          </w:p>
        </w:tc>
        <w:tc>
          <w:tcPr>
            <w:tcW w:w="5113" w:type="dxa"/>
          </w:tcPr>
          <w:p w14:paraId="5085DF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ปักไอคอนจุดเหตุการณ์เมื่อเกิดเหตุการณ์</w:t>
            </w:r>
          </w:p>
        </w:tc>
        <w:tc>
          <w:tcPr>
            <w:tcW w:w="1480" w:type="dxa"/>
          </w:tcPr>
          <w:p w14:paraId="3ACF83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เปิด</w:t>
            </w:r>
          </w:p>
        </w:tc>
      </w:tr>
    </w:tbl>
    <w:p w14:paraId="7406B638" w14:textId="77777777" w:rsidR="00501161" w:rsidRDefault="00501161">
      <w:pPr>
        <w:spacing w:after="40"/>
      </w:pPr>
    </w:p>
    <w:p w14:paraId="40897343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 xml:space="preserve">เปิดแค่ Auto Floor และ Auto Event เป็นค่าเริ่มต้น เพื่อไม่ให้ผู้เล่นใหม่เบื่อกับการระบายพื้นทุกช่อง แต่ยังต้องวาดผนัง ประตู และไอคอนเอง </w:t>
      </w:r>
      <w:r>
        <w:lastRenderedPageBreak/>
        <w:t>ซึ่งเป็นส่วนที่ทำให้เข้าใจแมพ คนที่อยากเล่นเต็มรูปแบบปิดได้ คนที่ไม่ชอบวาดเปิดทั้งหมดได้ — Etrian Odyssey รุ่นหลังก็ใช้</w:t>
      </w:r>
      <w:r>
        <w:t>แนวทางนี้</w:t>
      </w:r>
    </w:p>
    <w:p w14:paraId="7417A0FC" w14:textId="77777777" w:rsidR="00501161" w:rsidRDefault="00C637DA">
      <w:pPr>
        <w:pStyle w:val="Heading2"/>
      </w:pPr>
      <w:bookmarkStart w:id="51" w:name="_Toc243336721"/>
      <w:r>
        <w:t>8.6 Map Completion</w:t>
      </w:r>
      <w:bookmarkEnd w:id="51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39"/>
        <w:gridCol w:w="7575"/>
      </w:tblGrid>
      <w:tr w:rsidR="00501161" w14:paraId="16C4A7AB" w14:textId="77777777">
        <w:trPr>
          <w:tblHeader/>
          <w:jc w:val="center"/>
        </w:trPr>
        <w:tc>
          <w:tcPr>
            <w:tcW w:w="1439" w:type="dxa"/>
            <w:shd w:val="clear" w:color="auto" w:fill="F2F2F2"/>
          </w:tcPr>
          <w:p w14:paraId="4987E6F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575" w:type="dxa"/>
            <w:shd w:val="clear" w:color="auto" w:fill="F2F2F2"/>
          </w:tcPr>
          <w:p w14:paraId="7DB4A90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5AE68D40" w14:textId="77777777">
        <w:trPr>
          <w:jc w:val="center"/>
        </w:trPr>
        <w:tc>
          <w:tcPr>
            <w:tcW w:w="1439" w:type="dxa"/>
          </w:tcPr>
          <w:p w14:paraId="1160FB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Completion %</w:t>
            </w:r>
          </w:p>
        </w:tc>
        <w:tc>
          <w:tcPr>
            <w:tcW w:w="7575" w:type="dxa"/>
          </w:tcPr>
          <w:p w14:paraId="508A0B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พื้นที่วาดถูก + ผนังที่วาดถูก) ÷ (พื้นทั้งหมด + ผนังทั้งหมดของชั้น) × 100</w:t>
            </w:r>
          </w:p>
        </w:tc>
      </w:tr>
      <w:tr w:rsidR="00501161" w14:paraId="00F17925" w14:textId="77777777">
        <w:trPr>
          <w:jc w:val="center"/>
        </w:trPr>
        <w:tc>
          <w:tcPr>
            <w:tcW w:w="1439" w:type="dxa"/>
          </w:tcPr>
          <w:p w14:paraId="59C5B2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วาดผิด</w:t>
            </w:r>
          </w:p>
        </w:tc>
        <w:tc>
          <w:tcPr>
            <w:tcW w:w="7575" w:type="dxa"/>
          </w:tcPr>
          <w:p w14:paraId="106B56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ไม่หักคะแนน แต่ไม่นับ (พื้นที่จริงเป็นผนัง หรือผนังที่จริงเป็นทางเดิน)</w:t>
            </w:r>
          </w:p>
        </w:tc>
      </w:tr>
      <w:tr w:rsidR="00501161" w14:paraId="2BA1EFD1" w14:textId="77777777">
        <w:trPr>
          <w:jc w:val="center"/>
        </w:trPr>
        <w:tc>
          <w:tcPr>
            <w:tcW w:w="1439" w:type="dxa"/>
          </w:tcPr>
          <w:p w14:paraId="4AC12D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ไอคอน</w:t>
            </w:r>
          </w:p>
        </w:tc>
        <w:tc>
          <w:tcPr>
            <w:tcW w:w="7575" w:type="dxa"/>
          </w:tcPr>
          <w:p w14:paraId="7005DA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ไม่นับใน %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เป็นของผู้เล่นเอง)</w:t>
            </w:r>
          </w:p>
        </w:tc>
      </w:tr>
      <w:tr w:rsidR="00501161" w14:paraId="30EE1A69" w14:textId="77777777">
        <w:trPr>
          <w:jc w:val="center"/>
        </w:trPr>
        <w:tc>
          <w:tcPr>
            <w:tcW w:w="1439" w:type="dxa"/>
          </w:tcPr>
          <w:p w14:paraId="7E79F2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แสดงผล</w:t>
            </w:r>
          </w:p>
        </w:tc>
        <w:tc>
          <w:tcPr>
            <w:tcW w:w="7575" w:type="dxa"/>
          </w:tcPr>
          <w:p w14:paraId="27638B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World Map </w:t>
            </w:r>
            <w:r>
              <w:rPr>
                <w:sz w:val="28"/>
                <w:szCs w:val="28"/>
              </w:rPr>
              <w:t>แสดง % ของแต่ละชั้น ปัดลงเป็นจำนวนเต็ม</w:t>
            </w:r>
          </w:p>
        </w:tc>
      </w:tr>
    </w:tbl>
    <w:p w14:paraId="3977F4BA" w14:textId="77777777" w:rsidR="00501161" w:rsidRDefault="00501161">
      <w:pPr>
        <w:spacing w:after="40"/>
      </w:pPr>
    </w:p>
    <w:p w14:paraId="49F46175" w14:textId="77777777" w:rsidR="00501161" w:rsidRDefault="00C637DA">
      <w:pPr>
        <w:pStyle w:val="Heading3"/>
      </w:pPr>
      <w:r>
        <w:t>8.6.1 Completion Rewards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9"/>
        <w:gridCol w:w="7595"/>
      </w:tblGrid>
      <w:tr w:rsidR="00501161" w14:paraId="4C91019A" w14:textId="77777777">
        <w:trPr>
          <w:tblHeader/>
          <w:jc w:val="center"/>
        </w:trPr>
        <w:tc>
          <w:tcPr>
            <w:tcW w:w="1419" w:type="dxa"/>
            <w:shd w:val="clear" w:color="auto" w:fill="F2F2F2"/>
          </w:tcPr>
          <w:p w14:paraId="3F4B8FD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ความครบ</w:t>
            </w:r>
          </w:p>
        </w:tc>
        <w:tc>
          <w:tcPr>
            <w:tcW w:w="7595" w:type="dxa"/>
            <w:shd w:val="clear" w:color="auto" w:fill="F2F2F2"/>
          </w:tcPr>
          <w:p w14:paraId="50D9BF6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รางวัล</w:t>
            </w:r>
          </w:p>
        </w:tc>
      </w:tr>
      <w:tr w:rsidR="00501161" w14:paraId="1A82FFD8" w14:textId="77777777">
        <w:trPr>
          <w:jc w:val="center"/>
        </w:trPr>
        <w:tc>
          <w:tcPr>
            <w:tcW w:w="1419" w:type="dxa"/>
          </w:tcPr>
          <w:p w14:paraId="71F73E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  <w:tc>
          <w:tcPr>
            <w:tcW w:w="7595" w:type="dxa"/>
          </w:tcPr>
          <w:p w14:paraId="351FA8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Gold 100 × Chapter</w:t>
            </w:r>
          </w:p>
        </w:tc>
      </w:tr>
      <w:tr w:rsidR="00501161" w14:paraId="65866A9E" w14:textId="77777777">
        <w:trPr>
          <w:jc w:val="center"/>
        </w:trPr>
        <w:tc>
          <w:tcPr>
            <w:tcW w:w="1419" w:type="dxa"/>
          </w:tcPr>
          <w:p w14:paraId="2E9DB7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80%</w:t>
            </w:r>
          </w:p>
        </w:tc>
        <w:tc>
          <w:tcPr>
            <w:tcW w:w="7595" w:type="dxa"/>
          </w:tcPr>
          <w:p w14:paraId="73A394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ภารกิจแผนที่จากขุนวรวาทีสำเร็จ (Gold 300 × Chapter + ไอเทม)</w:t>
            </w:r>
          </w:p>
        </w:tc>
      </w:tr>
      <w:tr w:rsidR="00501161" w14:paraId="4C4E628B" w14:textId="77777777">
        <w:trPr>
          <w:jc w:val="center"/>
        </w:trPr>
        <w:tc>
          <w:tcPr>
            <w:tcW w:w="1419" w:type="dxa"/>
          </w:tcPr>
          <w:p w14:paraId="70B50C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7595" w:type="dxa"/>
          </w:tcPr>
          <w:p w14:paraId="6CA335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ไอเทมเฉพาะชั้น 1 ชิ้น + </w:t>
            </w:r>
            <w:r>
              <w:rPr>
                <w:sz w:val="28"/>
                <w:szCs w:val="28"/>
              </w:rPr>
              <w:t>แสดงตำแหน่งหีบสมบัติที่ยังไม่ได้เปิดในชั้นนั้น</w:t>
            </w:r>
          </w:p>
        </w:tc>
      </w:tr>
    </w:tbl>
    <w:p w14:paraId="762759B7" w14:textId="77777777" w:rsidR="00501161" w:rsidRDefault="00501161">
      <w:pPr>
        <w:spacing w:after="40"/>
      </w:pPr>
    </w:p>
    <w:p w14:paraId="5EA9BEE9" w14:textId="77777777" w:rsidR="00501161" w:rsidRDefault="00C637DA">
      <w:pPr>
        <w:pStyle w:val="Heading2"/>
      </w:pPr>
      <w:bookmarkStart w:id="52" w:name="_Toc243336722"/>
      <w:r>
        <w:t>8.7 Map &amp; Gimmick</w:t>
      </w:r>
      <w:bookmarkEnd w:id="52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02"/>
        <w:gridCol w:w="1831"/>
        <w:gridCol w:w="5781"/>
      </w:tblGrid>
      <w:tr w:rsidR="00501161" w14:paraId="3C925766" w14:textId="77777777">
        <w:trPr>
          <w:tblHeader/>
          <w:jc w:val="center"/>
        </w:trPr>
        <w:tc>
          <w:tcPr>
            <w:tcW w:w="1402" w:type="dxa"/>
            <w:shd w:val="clear" w:color="auto" w:fill="F2F2F2"/>
          </w:tcPr>
          <w:p w14:paraId="310DCD2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Chapter</w:t>
            </w:r>
          </w:p>
        </w:tc>
        <w:tc>
          <w:tcPr>
            <w:tcW w:w="1831" w:type="dxa"/>
            <w:shd w:val="clear" w:color="auto" w:fill="F2F2F2"/>
          </w:tcPr>
          <w:p w14:paraId="7985440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Gimmick</w:t>
            </w:r>
          </w:p>
        </w:tc>
        <w:tc>
          <w:tcPr>
            <w:tcW w:w="5781" w:type="dxa"/>
            <w:shd w:val="clear" w:color="auto" w:fill="F2F2F2"/>
          </w:tcPr>
          <w:p w14:paraId="0890F84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สิ่งที่ผู้เล่นควรจดลงแผนที่</w:t>
            </w:r>
          </w:p>
        </w:tc>
      </w:tr>
      <w:tr w:rsidR="00501161" w14:paraId="5063362E" w14:textId="77777777">
        <w:trPr>
          <w:jc w:val="center"/>
        </w:trPr>
        <w:tc>
          <w:tcPr>
            <w:tcW w:w="1402" w:type="dxa"/>
          </w:tcPr>
          <w:p w14:paraId="552FAB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31" w:type="dxa"/>
          </w:tcPr>
          <w:p w14:paraId="20C34C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ไม่มี (ช่วงสอนระบบ)</w:t>
            </w:r>
          </w:p>
        </w:tc>
        <w:tc>
          <w:tcPr>
            <w:tcW w:w="5781" w:type="dxa"/>
          </w:tcPr>
          <w:p w14:paraId="7F53E4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เส้นทางเดินวนของโลโต จุดซุ่มของสางแปลง</w:t>
            </w:r>
          </w:p>
        </w:tc>
      </w:tr>
      <w:tr w:rsidR="00501161" w14:paraId="1CE230B3" w14:textId="77777777">
        <w:trPr>
          <w:jc w:val="center"/>
        </w:trPr>
        <w:tc>
          <w:tcPr>
            <w:tcW w:w="1402" w:type="dxa"/>
          </w:tcPr>
          <w:p w14:paraId="092250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31" w:type="dxa"/>
          </w:tcPr>
          <w:p w14:paraId="046834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กระแสน้ำ</w:t>
            </w:r>
          </w:p>
        </w:tc>
        <w:tc>
          <w:tcPr>
            <w:tcW w:w="5781" w:type="dxa"/>
          </w:tcPr>
          <w:p w14:paraId="2CADA6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ทิศของกระแสน้ำ (ลูกศร), </w:t>
            </w:r>
            <w:r>
              <w:rPr>
                <w:sz w:val="28"/>
                <w:szCs w:val="28"/>
              </w:rPr>
              <w:t>ช่องที่น้ำขึ้นตอนกลางคืน (สีน้ำเงิน)</w:t>
            </w:r>
          </w:p>
        </w:tc>
      </w:tr>
      <w:tr w:rsidR="00501161" w14:paraId="63A726BC" w14:textId="77777777">
        <w:trPr>
          <w:jc w:val="center"/>
        </w:trPr>
        <w:tc>
          <w:tcPr>
            <w:tcW w:w="1402" w:type="dxa"/>
          </w:tcPr>
          <w:p w14:paraId="2C72F1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31" w:type="dxa"/>
          </w:tcPr>
          <w:p w14:paraId="50A9CD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หญ้าสูง</w:t>
            </w:r>
          </w:p>
        </w:tc>
        <w:tc>
          <w:tcPr>
            <w:tcW w:w="5781" w:type="dxa"/>
          </w:tcPr>
          <w:p w14:paraId="1D2D08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ช่องหญ้าสูง, ทิศเสียงคำราม</w:t>
            </w:r>
          </w:p>
        </w:tc>
      </w:tr>
      <w:tr w:rsidR="00501161" w14:paraId="08E5A011" w14:textId="77777777">
        <w:trPr>
          <w:jc w:val="center"/>
        </w:trPr>
        <w:tc>
          <w:tcPr>
            <w:tcW w:w="1402" w:type="dxa"/>
          </w:tcPr>
          <w:p w14:paraId="1E85EE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31" w:type="dxa"/>
          </w:tcPr>
          <w:p w14:paraId="1321A6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ฝูงช้าง</w:t>
            </w:r>
          </w:p>
        </w:tc>
        <w:tc>
          <w:tcPr>
            <w:tcW w:w="5781" w:type="dxa"/>
          </w:tcPr>
          <w:p w14:paraId="0D0160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เส้นทางฝูงช้าง, ผนังรอยแตก</w:t>
            </w:r>
          </w:p>
        </w:tc>
      </w:tr>
      <w:tr w:rsidR="00501161" w14:paraId="1F8E800F" w14:textId="77777777">
        <w:trPr>
          <w:jc w:val="center"/>
        </w:trPr>
        <w:tc>
          <w:tcPr>
            <w:tcW w:w="1402" w:type="dxa"/>
          </w:tcPr>
          <w:p w14:paraId="6C3A64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31" w:type="dxa"/>
          </w:tcPr>
          <w:p w14:paraId="173D92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ความมืด</w:t>
            </w:r>
          </w:p>
        </w:tc>
        <w:tc>
          <w:tcPr>
            <w:tcW w:w="5781" w:type="dxa"/>
          </w:tcPr>
          <w:p w14:paraId="3021E6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จุดน้ำซับ, ทางที่เดินได้ตอนไม่มีแสง</w:t>
            </w:r>
          </w:p>
        </w:tc>
      </w:tr>
      <w:tr w:rsidR="00501161" w14:paraId="5707D7B9" w14:textId="77777777">
        <w:trPr>
          <w:jc w:val="center"/>
        </w:trPr>
        <w:tc>
          <w:tcPr>
            <w:tcW w:w="1402" w:type="dxa"/>
          </w:tcPr>
          <w:p w14:paraId="38D37A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31" w:type="dxa"/>
          </w:tcPr>
          <w:p w14:paraId="241D72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ลมและหลุม</w:t>
            </w:r>
          </w:p>
        </w:tc>
        <w:tc>
          <w:tcPr>
            <w:tcW w:w="5781" w:type="dxa"/>
          </w:tcPr>
          <w:p w14:paraId="18AD9A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ทิศลม, หลุมและจุดที่ตกลงไป</w:t>
            </w:r>
          </w:p>
        </w:tc>
      </w:tr>
      <w:tr w:rsidR="00501161" w14:paraId="43BD57B2" w14:textId="77777777">
        <w:trPr>
          <w:jc w:val="center"/>
        </w:trPr>
        <w:tc>
          <w:tcPr>
            <w:tcW w:w="1402" w:type="dxa"/>
          </w:tcPr>
          <w:p w14:paraId="62EBAA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31" w:type="dxa"/>
          </w:tcPr>
          <w:p w14:paraId="05F11A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มายา</w:t>
            </w:r>
          </w:p>
        </w:tc>
        <w:tc>
          <w:tcPr>
            <w:tcW w:w="5781" w:type="dxa"/>
          </w:tcPr>
          <w:p w14:paraId="0D9261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ผนังลวงตา, </w:t>
            </w:r>
            <w:r>
              <w:rPr>
                <w:sz w:val="28"/>
                <w:szCs w:val="28"/>
              </w:rPr>
              <w:t>เส้นทางกลางวันกับกลางคืน (แยกสีพื้น)</w:t>
            </w:r>
          </w:p>
        </w:tc>
      </w:tr>
    </w:tbl>
    <w:p w14:paraId="51DA2A0B" w14:textId="77777777" w:rsidR="00501161" w:rsidRDefault="00501161">
      <w:pPr>
        <w:spacing w:after="40"/>
      </w:pPr>
    </w:p>
    <w:p w14:paraId="398BD4CB" w14:textId="77777777" w:rsidR="00501161" w:rsidRDefault="00C637DA">
      <w:pPr>
        <w:pStyle w:val="Heading2"/>
      </w:pPr>
      <w:bookmarkStart w:id="53" w:name="_Toc243336723"/>
      <w:r>
        <w:t>8.8 Data &amp; Save</w:t>
      </w:r>
      <w:bookmarkEnd w:id="53"/>
    </w:p>
    <w:p w14:paraId="446F3FB2" w14:textId="77777777" w:rsidR="00501161" w:rsidRDefault="00C637DA">
      <w:pPr>
        <w:pStyle w:val="ListBullet"/>
        <w:ind w:left="720"/>
      </w:pPr>
      <w:r>
        <w:t>แผนที่บันทึกแยกตามชั้น เก็บข้ามรอบการเข้าป่า และเซฟไปพร้อมเกม</w:t>
      </w:r>
    </w:p>
    <w:p w14:paraId="7AEB623B" w14:textId="77777777" w:rsidR="00501161" w:rsidRDefault="00C637DA">
      <w:pPr>
        <w:pStyle w:val="ListBullet"/>
        <w:ind w:left="720"/>
      </w:pPr>
      <w:r>
        <w:t xml:space="preserve">Data </w:t>
      </w:r>
      <w:r>
        <w:t>ต่อชั้น: Floor (สี 0–4 ต่อช่อง), Wall (4 bit ต่อช่อง), Icon (id ต่อช่อง/ขอบ), Memo (ข้อความต่อช่อง), Seen (bool ต่อช่อง)</w:t>
      </w:r>
    </w:p>
    <w:p w14:paraId="33247815" w14:textId="77777777" w:rsidR="00501161" w:rsidRDefault="00C637DA">
      <w:pPr>
        <w:pStyle w:val="ListBullet"/>
        <w:ind w:left="720"/>
      </w:pPr>
      <w:r>
        <w:t>ปุ่ม Clear Fl</w:t>
      </w:r>
      <w:r>
        <w:t>oor (</w:t>
      </w:r>
      <w:r>
        <w:t>ลบทั้งชั้น) ต้องยืนยัน 2 ครั้ง</w:t>
      </w:r>
    </w:p>
    <w:p w14:paraId="191F80D8" w14:textId="77777777" w:rsidR="00501161" w:rsidRDefault="00C637DA">
      <w:pPr>
        <w:pStyle w:val="Heading1"/>
        <w:pageBreakBefore/>
      </w:pPr>
      <w:bookmarkStart w:id="54" w:name="_Toc243336724"/>
      <w:r>
        <w:lastRenderedPageBreak/>
        <w:t>9. Survival &amp; Time System</w:t>
      </w:r>
      <w:bookmarkEnd w:id="54"/>
    </w:p>
    <w:p w14:paraId="689E8F52" w14:textId="77777777" w:rsidR="00501161" w:rsidRDefault="00C637DA">
      <w:pPr>
        <w:pStyle w:val="Heading2"/>
      </w:pPr>
      <w:bookmarkStart w:id="55" w:name="_Toc243336725"/>
      <w:r>
        <w:t>9.1 Hunger</w:t>
      </w:r>
      <w:bookmarkEnd w:id="55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0"/>
        <w:gridCol w:w="7175"/>
      </w:tblGrid>
      <w:tr w:rsidR="00501161" w14:paraId="72522E3A" w14:textId="77777777">
        <w:trPr>
          <w:tblHeader/>
          <w:jc w:val="center"/>
        </w:trPr>
        <w:tc>
          <w:tcPr>
            <w:tcW w:w="1840" w:type="dxa"/>
            <w:shd w:val="clear" w:color="auto" w:fill="F2F2F2"/>
          </w:tcPr>
          <w:p w14:paraId="25ED271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175" w:type="dxa"/>
            <w:shd w:val="clear" w:color="auto" w:fill="F2F2F2"/>
          </w:tcPr>
          <w:p w14:paraId="160253B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10C7A37A" w14:textId="77777777">
        <w:trPr>
          <w:jc w:val="center"/>
        </w:trPr>
        <w:tc>
          <w:tcPr>
            <w:tcW w:w="1840" w:type="dxa"/>
          </w:tcPr>
          <w:p w14:paraId="55C461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Max Hunger</w:t>
            </w:r>
          </w:p>
        </w:tc>
        <w:tc>
          <w:tcPr>
            <w:tcW w:w="7175" w:type="dxa"/>
          </w:tcPr>
          <w:p w14:paraId="69D7A4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 (</w:t>
            </w:r>
            <w:r>
              <w:rPr>
                <w:sz w:val="28"/>
                <w:szCs w:val="28"/>
              </w:rPr>
              <w:t>ใช้ร่วมกันทั้งปาร์ตี้)</w:t>
            </w:r>
          </w:p>
        </w:tc>
      </w:tr>
      <w:tr w:rsidR="00501161" w14:paraId="200C5334" w14:textId="77777777">
        <w:trPr>
          <w:jc w:val="center"/>
        </w:trPr>
        <w:tc>
          <w:tcPr>
            <w:tcW w:w="1840" w:type="dxa"/>
          </w:tcPr>
          <w:p w14:paraId="55D72F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ลดต่อก้าว</w:t>
            </w:r>
          </w:p>
        </w:tc>
        <w:tc>
          <w:tcPr>
            <w:tcW w:w="7175" w:type="dxa"/>
          </w:tcPr>
          <w:p w14:paraId="3B5752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× (1 − Hunger Reduction) · Reduction </w:t>
            </w:r>
            <w:r>
              <w:rPr>
                <w:sz w:val="28"/>
                <w:szCs w:val="28"/>
              </w:rPr>
              <w:t>รวมสูงสุด 60%</w:t>
            </w:r>
          </w:p>
        </w:tc>
      </w:tr>
      <w:tr w:rsidR="00501161" w14:paraId="725DDD6B" w14:textId="77777777">
        <w:trPr>
          <w:jc w:val="center"/>
        </w:trPr>
        <w:tc>
          <w:tcPr>
            <w:tcW w:w="1840" w:type="dxa"/>
          </w:tcPr>
          <w:p w14:paraId="13E0B1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ลดต่อไฟต์</w:t>
            </w:r>
          </w:p>
        </w:tc>
        <w:tc>
          <w:tcPr>
            <w:tcW w:w="7175" w:type="dxa"/>
          </w:tcPr>
          <w:p w14:paraId="2E14E3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</w:t>
            </w:r>
          </w:p>
        </w:tc>
      </w:tr>
      <w:tr w:rsidR="00501161" w14:paraId="3C629A46" w14:textId="77777777">
        <w:trPr>
          <w:jc w:val="center"/>
        </w:trPr>
        <w:tc>
          <w:tcPr>
            <w:tcW w:w="1840" w:type="dxa"/>
          </w:tcPr>
          <w:p w14:paraId="160438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Hunger = 0 (</w:t>
            </w:r>
            <w:r>
              <w:rPr>
                <w:sz w:val="28"/>
                <w:szCs w:val="28"/>
              </w:rPr>
              <w:t>อดอาหาร)</w:t>
            </w:r>
          </w:p>
        </w:tc>
        <w:tc>
          <w:tcPr>
            <w:tcW w:w="7175" w:type="dxa"/>
          </w:tcPr>
          <w:p w14:paraId="3AF0A1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ตัวละครที่ยังมีชีวิตทุกตัวเสีย HP 5% Max HP ต่อก้าว</w:t>
            </w:r>
          </w:p>
        </w:tc>
      </w:tr>
      <w:tr w:rsidR="00501161" w14:paraId="44C2D426" w14:textId="77777777">
        <w:trPr>
          <w:jc w:val="center"/>
        </w:trPr>
        <w:tc>
          <w:tcPr>
            <w:tcW w:w="1840" w:type="dxa"/>
          </w:tcPr>
          <w:p w14:paraId="2DC552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ตายจากอดอาหาร</w:t>
            </w:r>
          </w:p>
        </w:tc>
        <w:tc>
          <w:tcPr>
            <w:tcW w:w="7175" w:type="dxa"/>
          </w:tcPr>
          <w:p w14:paraId="05EBDE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ตายจริง ต้องชุบชีวิต · ถ้าตายหมด = Game Over</w:t>
            </w:r>
          </w:p>
        </w:tc>
      </w:tr>
      <w:tr w:rsidR="00501161" w14:paraId="4FD84CD8" w14:textId="77777777">
        <w:trPr>
          <w:jc w:val="center"/>
        </w:trPr>
        <w:tc>
          <w:tcPr>
            <w:tcW w:w="1840" w:type="dxa"/>
          </w:tcPr>
          <w:p w14:paraId="015189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ฟื้นฟู</w:t>
            </w:r>
          </w:p>
        </w:tc>
        <w:tc>
          <w:tcPr>
            <w:tcW w:w="7175" w:type="dxa"/>
          </w:tcPr>
          <w:p w14:paraId="302328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อาหาร (Section 11.3), น้ำดื่มในแมพ (+10), กลืนกิน (สัตว์อสูร), กลับค่าย (เต็ม)</w:t>
            </w:r>
          </w:p>
        </w:tc>
      </w:tr>
    </w:tbl>
    <w:p w14:paraId="3808DDB6" w14:textId="77777777" w:rsidR="00501161" w:rsidRDefault="00501161">
      <w:pPr>
        <w:spacing w:after="40"/>
      </w:pPr>
    </w:p>
    <w:p w14:paraId="472E6C2E" w14:textId="77777777" w:rsidR="00501161" w:rsidRDefault="00C637DA">
      <w:pPr>
        <w:ind w:firstLine="720"/>
      </w:pPr>
      <w:r>
        <w:rPr>
          <w:b/>
          <w:bCs/>
        </w:rPr>
        <w:t>ตัวอย่าง Hunger Budget:</w:t>
      </w:r>
      <w:r>
        <w:t xml:space="preserve"> Chapter 1 </w:t>
      </w:r>
      <w:r>
        <w:t>ชั้น 1 ขนาด 20×20 มีพ</w:t>
      </w:r>
      <w:r>
        <w:t>ื้นที่เดินได้ประมาณ 160 ช่อง ถ้าเดินสำรวจครั้งแรกแบบไม่หลงต้องใช้ประมาณ 120–150 ก้าว (รวมเดินย้อน) → Hunger 100 ไม่พอสำรวจครบในรอบเดียว ผู้เล่นต้อง (1) พกอาหาร 1–2 ชิ้น (2) ใช้พรานลด Hunger หรือ (3) กลับค่ายแล้วมาต่อโดยใช้แผนที่ที่วาดไว้เดินตรงไปจุดที่ค้าง</w:t>
      </w:r>
    </w:p>
    <w:p w14:paraId="5AF8EB1D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Hunger </w:t>
      </w:r>
      <w:r>
        <w:t>คือค่าใช้จ่ายของทุก Action ในป่า ส่วนเส้นตาย 31 วันคือจังหวะของเนื้อเรื่อง สองค่านี้กดดันคนละระดับ: Hunger จำกัด "ระยะ" ของการเข้าป่าแต่ละรอบ ส่วน 31 วันจำกัด "จำนวนรอบ" ที่เข้าป่าได้ทั้ง Chapter</w:t>
      </w:r>
    </w:p>
    <w:p w14:paraId="1A609F8A" w14:textId="77777777" w:rsidR="00501161" w:rsidRDefault="00C637DA">
      <w:pPr>
        <w:pStyle w:val="Heading2"/>
      </w:pPr>
      <w:bookmarkStart w:id="56" w:name="_Toc243336726"/>
      <w:r>
        <w:t>9.2 Time — Day Light Cycle</w:t>
      </w:r>
      <w:bookmarkEnd w:id="56"/>
    </w:p>
    <w:p w14:paraId="07D5291C" w14:textId="77777777" w:rsidR="00501161" w:rsidRDefault="00C637DA">
      <w:pPr>
        <w:ind w:firstLine="720"/>
      </w:pPr>
      <w:r>
        <w:t>เวลาในเกมเดิ</w:t>
      </w:r>
      <w:r>
        <w:t>นแบบเวลาจริง (Real-time) ระหว่างสำรวจในป่า ตามแนวคิด Survival Day System เดิม แต่ปรับความยาวของวันให้ 31 วันพอดีกับเวลาเล่น 7–10 ชั่วโมงต่อ Chapter ระหว่างการต่อสู้ บทสนทนา เมนู และหน้าแผนที่เต็มจอ นาฬิกาหยุด แล้วแต่ละ Action จะบวกเวลาคงที่แทน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56"/>
        <w:gridCol w:w="7158"/>
      </w:tblGrid>
      <w:tr w:rsidR="00501161" w14:paraId="44679ED0" w14:textId="77777777">
        <w:trPr>
          <w:tblHeader/>
          <w:jc w:val="center"/>
        </w:trPr>
        <w:tc>
          <w:tcPr>
            <w:tcW w:w="1856" w:type="dxa"/>
            <w:shd w:val="clear" w:color="auto" w:fill="F2F2F2"/>
          </w:tcPr>
          <w:p w14:paraId="1796BE9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158" w:type="dxa"/>
            <w:shd w:val="clear" w:color="auto" w:fill="F2F2F2"/>
          </w:tcPr>
          <w:p w14:paraId="0D1A48C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4B4B64BF" w14:textId="77777777">
        <w:trPr>
          <w:jc w:val="center"/>
        </w:trPr>
        <w:tc>
          <w:tcPr>
            <w:tcW w:w="1856" w:type="dxa"/>
          </w:tcPr>
          <w:p w14:paraId="564470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ชั่วโมงในเกม</w:t>
            </w:r>
          </w:p>
        </w:tc>
        <w:tc>
          <w:tcPr>
            <w:tcW w:w="7158" w:type="dxa"/>
          </w:tcPr>
          <w:p w14:paraId="1A9117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วินาทีจริง (ขณะสำรวจ)</w:t>
            </w:r>
          </w:p>
        </w:tc>
      </w:tr>
      <w:tr w:rsidR="00501161" w14:paraId="3A25C15F" w14:textId="77777777">
        <w:trPr>
          <w:jc w:val="center"/>
        </w:trPr>
        <w:tc>
          <w:tcPr>
            <w:tcW w:w="1856" w:type="dxa"/>
          </w:tcPr>
          <w:p w14:paraId="2664D9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วันในเกม</w:t>
            </w:r>
          </w:p>
        </w:tc>
        <w:tc>
          <w:tcPr>
            <w:tcW w:w="7158" w:type="dxa"/>
          </w:tcPr>
          <w:p w14:paraId="05FC46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384 </w:t>
            </w:r>
            <w:r>
              <w:rPr>
                <w:sz w:val="28"/>
                <w:szCs w:val="28"/>
              </w:rPr>
              <w:t>วินาที = 6 นาที 24 วินาทีจริง</w:t>
            </w:r>
          </w:p>
        </w:tc>
      </w:tr>
      <w:tr w:rsidR="00501161" w14:paraId="50B9AB43" w14:textId="77777777">
        <w:trPr>
          <w:jc w:val="center"/>
        </w:trPr>
        <w:tc>
          <w:tcPr>
            <w:tcW w:w="1856" w:type="dxa"/>
          </w:tcPr>
          <w:p w14:paraId="55783F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31 </w:t>
            </w:r>
            <w:r>
              <w:rPr>
                <w:sz w:val="28"/>
                <w:szCs w:val="28"/>
              </w:rPr>
              <w:t>วัน</w:t>
            </w:r>
          </w:p>
        </w:tc>
        <w:tc>
          <w:tcPr>
            <w:tcW w:w="7158" w:type="dxa"/>
          </w:tcPr>
          <w:p w14:paraId="011D00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3.3 </w:t>
            </w:r>
            <w:r>
              <w:rPr>
                <w:sz w:val="28"/>
                <w:szCs w:val="28"/>
              </w:rPr>
              <w:t>ชั่วโมงจริง (ถ้าใช้ทั้งหมดไปกับการสำรวจ)</w:t>
            </w:r>
          </w:p>
        </w:tc>
      </w:tr>
      <w:tr w:rsidR="00501161" w14:paraId="355AAEE8" w14:textId="77777777">
        <w:trPr>
          <w:jc w:val="center"/>
        </w:trPr>
        <w:tc>
          <w:tcPr>
            <w:tcW w:w="1856" w:type="dxa"/>
          </w:tcPr>
          <w:p w14:paraId="7DEC0C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นาฬิกาเดิน</w:t>
            </w:r>
          </w:p>
        </w:tc>
        <w:tc>
          <w:tcPr>
            <w:tcW w:w="7158" w:type="dxa"/>
          </w:tcPr>
          <w:p w14:paraId="63A468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ขณะอยู่ในป่า ทั้งเดินและยืนนิ่ง (รวมการวาดบน Mini Map)</w:t>
            </w:r>
          </w:p>
        </w:tc>
      </w:tr>
      <w:tr w:rsidR="00501161" w14:paraId="60502C05" w14:textId="77777777">
        <w:trPr>
          <w:jc w:val="center"/>
        </w:trPr>
        <w:tc>
          <w:tcPr>
            <w:tcW w:w="1856" w:type="dxa"/>
          </w:tcPr>
          <w:p w14:paraId="72F4CD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นาฬิกาหยุด</w:t>
            </w:r>
          </w:p>
        </w:tc>
        <w:tc>
          <w:tcPr>
            <w:tcW w:w="7158" w:type="dxa"/>
          </w:tcPr>
          <w:p w14:paraId="347AA67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การต่อสู้, บทสนทนา, เมนู </w:t>
            </w:r>
            <w:r>
              <w:rPr>
                <w:sz w:val="28"/>
                <w:szCs w:val="28"/>
              </w:rPr>
              <w:t xml:space="preserve">Esc, Full Map, </w:t>
            </w:r>
            <w:r>
              <w:rPr>
                <w:sz w:val="28"/>
                <w:szCs w:val="28"/>
              </w:rPr>
              <w:t>เมนูในค่าย</w:t>
            </w:r>
          </w:p>
        </w:tc>
      </w:tr>
    </w:tbl>
    <w:p w14:paraId="7EB59607" w14:textId="77777777" w:rsidR="00501161" w:rsidRDefault="00501161">
      <w:pPr>
        <w:spacing w:after="40"/>
      </w:pPr>
    </w:p>
    <w:p w14:paraId="17497F0F" w14:textId="77777777" w:rsidR="00501161" w:rsidRDefault="00C637DA">
      <w:pPr>
        <w:pStyle w:val="ListBullet"/>
        <w:ind w:left="720"/>
      </w:pPr>
      <w:r>
        <w:rPr>
          <w:b/>
          <w:bCs/>
        </w:rPr>
        <w:lastRenderedPageBreak/>
        <w:t>Design Note:</w:t>
      </w:r>
      <w:r>
        <w:t xml:space="preserve"> </w:t>
      </w:r>
      <w:r>
        <w:t>ยืนนิ่งในป่าแล้วเวลายังเดิน เพราะนี่คือแรงกดดันของเกม Survival แต่ Full Map หยุดเวลา เพื่อให้ผู้เล่นวางแผนและวาดแผนที่ละเอียดได้โดยไม่โดนลงโทษ ส่วน Mini Map ไม่หยุดเวลา ทำให้ผู้เล่นที่วาดเก่งและเร็วได้เปรียบ</w:t>
      </w:r>
    </w:p>
    <w:p w14:paraId="799C274E" w14:textId="77777777" w:rsidR="00501161" w:rsidRDefault="00C637DA">
      <w:pPr>
        <w:pStyle w:val="Heading3"/>
      </w:pPr>
      <w:r>
        <w:t xml:space="preserve">9.2.1 </w:t>
      </w:r>
      <w:r>
        <w:t>ตารางเวลาในเกม vs เวลาจริง (แทนตาราง 1 เด</w:t>
      </w:r>
      <w:r>
        <w:t>ิม)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32"/>
        <w:gridCol w:w="4282"/>
      </w:tblGrid>
      <w:tr w:rsidR="00501161" w14:paraId="52E04016" w14:textId="77777777">
        <w:trPr>
          <w:tblHeader/>
          <w:jc w:val="center"/>
        </w:trPr>
        <w:tc>
          <w:tcPr>
            <w:tcW w:w="4732" w:type="dxa"/>
            <w:shd w:val="clear" w:color="auto" w:fill="F2F2F2"/>
          </w:tcPr>
          <w:p w14:paraId="769CD8C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เวลาในเกม</w:t>
            </w:r>
          </w:p>
        </w:tc>
        <w:tc>
          <w:tcPr>
            <w:tcW w:w="4282" w:type="dxa"/>
            <w:shd w:val="clear" w:color="auto" w:fill="F2F2F2"/>
          </w:tcPr>
          <w:p w14:paraId="7A34B3B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เวลาจริง (ขณะสำรวจ)</w:t>
            </w:r>
          </w:p>
        </w:tc>
      </w:tr>
      <w:tr w:rsidR="00501161" w14:paraId="27A5490F" w14:textId="77777777">
        <w:trPr>
          <w:jc w:val="center"/>
        </w:trPr>
        <w:tc>
          <w:tcPr>
            <w:tcW w:w="4732" w:type="dxa"/>
          </w:tcPr>
          <w:p w14:paraId="000771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10 </w:t>
            </w:r>
            <w:r>
              <w:rPr>
                <w:sz w:val="28"/>
                <w:szCs w:val="28"/>
              </w:rPr>
              <w:t>นาที</w:t>
            </w:r>
          </w:p>
        </w:tc>
        <w:tc>
          <w:tcPr>
            <w:tcW w:w="4282" w:type="dxa"/>
          </w:tcPr>
          <w:p w14:paraId="389AD9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2.7 </w:t>
            </w:r>
            <w:r>
              <w:rPr>
                <w:sz w:val="28"/>
                <w:szCs w:val="28"/>
              </w:rPr>
              <w:t>วินาที</w:t>
            </w:r>
          </w:p>
        </w:tc>
      </w:tr>
      <w:tr w:rsidR="00501161" w14:paraId="2323B4B4" w14:textId="77777777">
        <w:trPr>
          <w:jc w:val="center"/>
        </w:trPr>
        <w:tc>
          <w:tcPr>
            <w:tcW w:w="4732" w:type="dxa"/>
          </w:tcPr>
          <w:p w14:paraId="0AF08E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ชั่วโมง</w:t>
            </w:r>
          </w:p>
        </w:tc>
        <w:tc>
          <w:tcPr>
            <w:tcW w:w="4282" w:type="dxa"/>
          </w:tcPr>
          <w:p w14:paraId="49858A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วินาที</w:t>
            </w:r>
          </w:p>
        </w:tc>
      </w:tr>
      <w:tr w:rsidR="00501161" w14:paraId="33FA20D1" w14:textId="77777777">
        <w:trPr>
          <w:jc w:val="center"/>
        </w:trPr>
        <w:tc>
          <w:tcPr>
            <w:tcW w:w="4732" w:type="dxa"/>
          </w:tcPr>
          <w:p w14:paraId="2BD827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6 </w:t>
            </w:r>
            <w:r>
              <w:rPr>
                <w:sz w:val="28"/>
                <w:szCs w:val="28"/>
              </w:rPr>
              <w:t>ชั่วโมง</w:t>
            </w:r>
          </w:p>
        </w:tc>
        <w:tc>
          <w:tcPr>
            <w:tcW w:w="4282" w:type="dxa"/>
          </w:tcPr>
          <w:p w14:paraId="1E5EC0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นาที 36 วินาที</w:t>
            </w:r>
          </w:p>
        </w:tc>
      </w:tr>
      <w:tr w:rsidR="00501161" w14:paraId="2BE7F6D6" w14:textId="77777777">
        <w:trPr>
          <w:jc w:val="center"/>
        </w:trPr>
        <w:tc>
          <w:tcPr>
            <w:tcW w:w="4732" w:type="dxa"/>
          </w:tcPr>
          <w:p w14:paraId="1DC9BB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12 </w:t>
            </w:r>
            <w:r>
              <w:rPr>
                <w:sz w:val="28"/>
                <w:szCs w:val="28"/>
              </w:rPr>
              <w:t>ชั่วโมง (ครึ่งวัน)</w:t>
            </w:r>
          </w:p>
        </w:tc>
        <w:tc>
          <w:tcPr>
            <w:tcW w:w="4282" w:type="dxa"/>
          </w:tcPr>
          <w:p w14:paraId="5F3C6B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นาที 12 วินาที</w:t>
            </w:r>
          </w:p>
        </w:tc>
      </w:tr>
      <w:tr w:rsidR="00501161" w14:paraId="39C06433" w14:textId="77777777">
        <w:trPr>
          <w:jc w:val="center"/>
        </w:trPr>
        <w:tc>
          <w:tcPr>
            <w:tcW w:w="4732" w:type="dxa"/>
          </w:tcPr>
          <w:p w14:paraId="7CF53B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24 </w:t>
            </w:r>
            <w:r>
              <w:rPr>
                <w:sz w:val="28"/>
                <w:szCs w:val="28"/>
              </w:rPr>
              <w:t>ชั่วโมง (1 วัน)</w:t>
            </w:r>
          </w:p>
        </w:tc>
        <w:tc>
          <w:tcPr>
            <w:tcW w:w="4282" w:type="dxa"/>
          </w:tcPr>
          <w:p w14:paraId="66FE02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6 </w:t>
            </w:r>
            <w:r>
              <w:rPr>
                <w:sz w:val="28"/>
                <w:szCs w:val="28"/>
              </w:rPr>
              <w:t>นาที 24 วินาที</w:t>
            </w:r>
          </w:p>
        </w:tc>
      </w:tr>
      <w:tr w:rsidR="00501161" w14:paraId="6C73E358" w14:textId="77777777">
        <w:trPr>
          <w:jc w:val="center"/>
        </w:trPr>
        <w:tc>
          <w:tcPr>
            <w:tcW w:w="4732" w:type="dxa"/>
          </w:tcPr>
          <w:p w14:paraId="24D0CD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7 </w:t>
            </w:r>
            <w:r>
              <w:rPr>
                <w:sz w:val="28"/>
                <w:szCs w:val="28"/>
              </w:rPr>
              <w:t>วัน</w:t>
            </w:r>
          </w:p>
        </w:tc>
        <w:tc>
          <w:tcPr>
            <w:tcW w:w="4282" w:type="dxa"/>
          </w:tcPr>
          <w:p w14:paraId="7973D9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44 </w:t>
            </w:r>
            <w:r>
              <w:rPr>
                <w:sz w:val="28"/>
                <w:szCs w:val="28"/>
              </w:rPr>
              <w:t>นาที</w:t>
            </w:r>
          </w:p>
        </w:tc>
      </w:tr>
      <w:tr w:rsidR="00501161" w14:paraId="66B4AC9B" w14:textId="77777777">
        <w:trPr>
          <w:jc w:val="center"/>
        </w:trPr>
        <w:tc>
          <w:tcPr>
            <w:tcW w:w="4732" w:type="dxa"/>
          </w:tcPr>
          <w:p w14:paraId="34E5AB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31 </w:t>
            </w:r>
            <w:r>
              <w:rPr>
                <w:sz w:val="28"/>
                <w:szCs w:val="28"/>
              </w:rPr>
              <w:t>วัน (Boss Day)</w:t>
            </w:r>
          </w:p>
        </w:tc>
        <w:tc>
          <w:tcPr>
            <w:tcW w:w="4282" w:type="dxa"/>
          </w:tcPr>
          <w:p w14:paraId="69E08E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198 </w:t>
            </w:r>
            <w:r>
              <w:rPr>
                <w:sz w:val="28"/>
                <w:szCs w:val="28"/>
              </w:rPr>
              <w:t>นาที (3.3 ชม.)</w:t>
            </w:r>
          </w:p>
        </w:tc>
      </w:tr>
    </w:tbl>
    <w:p w14:paraId="3C4E93E5" w14:textId="77777777" w:rsidR="00501161" w:rsidRDefault="00501161">
      <w:pPr>
        <w:spacing w:after="40"/>
      </w:pPr>
    </w:p>
    <w:p w14:paraId="2D8C8D03" w14:textId="77777777" w:rsidR="00501161" w:rsidRDefault="00C637DA">
      <w:pPr>
        <w:pStyle w:val="Heading3"/>
      </w:pPr>
      <w:r>
        <w:t xml:space="preserve">9.2.2 Action </w:t>
      </w:r>
      <w:r>
        <w:t>ที่บวกเวลาคงที่ (แทนตาราง 2 เดิม)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48"/>
        <w:gridCol w:w="2905"/>
        <w:gridCol w:w="2050"/>
        <w:gridCol w:w="1411"/>
      </w:tblGrid>
      <w:tr w:rsidR="00501161" w14:paraId="1A6983AF" w14:textId="77777777">
        <w:trPr>
          <w:tblHeader/>
          <w:jc w:val="center"/>
        </w:trPr>
        <w:tc>
          <w:tcPr>
            <w:tcW w:w="2648" w:type="dxa"/>
            <w:shd w:val="clear" w:color="auto" w:fill="F2F2F2"/>
          </w:tcPr>
          <w:p w14:paraId="040A773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Action</w:t>
            </w:r>
          </w:p>
        </w:tc>
        <w:tc>
          <w:tcPr>
            <w:tcW w:w="2905" w:type="dxa"/>
            <w:shd w:val="clear" w:color="auto" w:fill="F2F2F2"/>
          </w:tcPr>
          <w:p w14:paraId="208D667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เวลาในเกม</w:t>
            </w:r>
          </w:p>
        </w:tc>
        <w:tc>
          <w:tcPr>
            <w:tcW w:w="2050" w:type="dxa"/>
            <w:shd w:val="clear" w:color="auto" w:fill="F2F2F2"/>
          </w:tcPr>
          <w:p w14:paraId="6BA1582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เวลาจริงที่ใช้</w:t>
            </w:r>
          </w:p>
        </w:tc>
        <w:tc>
          <w:tcPr>
            <w:tcW w:w="1411" w:type="dxa"/>
            <w:shd w:val="clear" w:color="auto" w:fill="F2F2F2"/>
          </w:tcPr>
          <w:p w14:paraId="27C0618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% </w:t>
            </w:r>
            <w:r>
              <w:rPr>
                <w:b/>
                <w:bCs/>
                <w:sz w:val="28"/>
                <w:szCs w:val="28"/>
              </w:rPr>
              <w:t>ของ 31 วัน</w:t>
            </w:r>
          </w:p>
        </w:tc>
      </w:tr>
      <w:tr w:rsidR="00501161" w14:paraId="24387CB5" w14:textId="77777777">
        <w:trPr>
          <w:jc w:val="center"/>
        </w:trPr>
        <w:tc>
          <w:tcPr>
            <w:tcW w:w="2648" w:type="dxa"/>
          </w:tcPr>
          <w:p w14:paraId="5CED80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การต่อสู้ 1 ครั้ง</w:t>
            </w:r>
          </w:p>
        </w:tc>
        <w:tc>
          <w:tcPr>
            <w:tcW w:w="2905" w:type="dxa"/>
          </w:tcPr>
          <w:p w14:paraId="1E6E5E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30 </w:t>
            </w:r>
            <w:r>
              <w:rPr>
                <w:sz w:val="28"/>
                <w:szCs w:val="28"/>
              </w:rPr>
              <w:t>นาที</w:t>
            </w:r>
          </w:p>
        </w:tc>
        <w:tc>
          <w:tcPr>
            <w:tcW w:w="2050" w:type="dxa"/>
          </w:tcPr>
          <w:p w14:paraId="0B2137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ตามไฟต์จริง (นาฬิกาหยุด)</w:t>
            </w:r>
          </w:p>
        </w:tc>
        <w:tc>
          <w:tcPr>
            <w:tcW w:w="1411" w:type="dxa"/>
          </w:tcPr>
          <w:p w14:paraId="1447DE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0.07%</w:t>
            </w:r>
          </w:p>
        </w:tc>
      </w:tr>
      <w:tr w:rsidR="00501161" w14:paraId="622B95A1" w14:textId="77777777">
        <w:trPr>
          <w:jc w:val="center"/>
        </w:trPr>
        <w:tc>
          <w:tcPr>
            <w:tcW w:w="2648" w:type="dxa"/>
          </w:tcPr>
          <w:p w14:paraId="2614FE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เก็บ Gathering Point 1 ครั้ง</w:t>
            </w:r>
          </w:p>
        </w:tc>
        <w:tc>
          <w:tcPr>
            <w:tcW w:w="2905" w:type="dxa"/>
          </w:tcPr>
          <w:p w14:paraId="0E6AB6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30 </w:t>
            </w:r>
            <w:r>
              <w:rPr>
                <w:sz w:val="28"/>
                <w:szCs w:val="28"/>
              </w:rPr>
              <w:t>นาที</w:t>
            </w:r>
          </w:p>
        </w:tc>
        <w:tc>
          <w:tcPr>
            <w:tcW w:w="2050" w:type="dxa"/>
          </w:tcPr>
          <w:p w14:paraId="2EEA9F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ทันที</w:t>
            </w:r>
          </w:p>
        </w:tc>
        <w:tc>
          <w:tcPr>
            <w:tcW w:w="1411" w:type="dxa"/>
          </w:tcPr>
          <w:p w14:paraId="7A0663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0.07%</w:t>
            </w:r>
          </w:p>
        </w:tc>
      </w:tr>
      <w:tr w:rsidR="00501161" w14:paraId="55B8E0AC" w14:textId="77777777">
        <w:trPr>
          <w:jc w:val="center"/>
        </w:trPr>
        <w:tc>
          <w:tcPr>
            <w:tcW w:w="2648" w:type="dxa"/>
          </w:tcPr>
          <w:p w14:paraId="3D1825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ทำอาหาร / ยา</w:t>
            </w:r>
          </w:p>
        </w:tc>
        <w:tc>
          <w:tcPr>
            <w:tcW w:w="2905" w:type="dxa"/>
          </w:tcPr>
          <w:p w14:paraId="627564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0.5 </w:t>
            </w:r>
            <w:r>
              <w:rPr>
                <w:sz w:val="28"/>
                <w:szCs w:val="28"/>
              </w:rPr>
              <w:t>ชม. ต่อชิ้น</w:t>
            </w:r>
          </w:p>
        </w:tc>
        <w:tc>
          <w:tcPr>
            <w:tcW w:w="2050" w:type="dxa"/>
          </w:tcPr>
          <w:p w14:paraId="4CA9C2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ทันที</w:t>
            </w:r>
          </w:p>
        </w:tc>
        <w:tc>
          <w:tcPr>
            <w:tcW w:w="1411" w:type="dxa"/>
          </w:tcPr>
          <w:p w14:paraId="278FE1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0.07%</w:t>
            </w:r>
          </w:p>
        </w:tc>
      </w:tr>
      <w:tr w:rsidR="00501161" w14:paraId="16A4F834" w14:textId="77777777">
        <w:trPr>
          <w:jc w:val="center"/>
        </w:trPr>
        <w:tc>
          <w:tcPr>
            <w:tcW w:w="2648" w:type="dxa"/>
          </w:tcPr>
          <w:p w14:paraId="30900E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จ้างคน / </w:t>
            </w:r>
            <w:r>
              <w:rPr>
                <w:sz w:val="28"/>
                <w:szCs w:val="28"/>
              </w:rPr>
              <w:t>รักษาที่เรือนหมอหลวง</w:t>
            </w:r>
          </w:p>
        </w:tc>
        <w:tc>
          <w:tcPr>
            <w:tcW w:w="2905" w:type="dxa"/>
          </w:tcPr>
          <w:p w14:paraId="218889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ชม.</w:t>
            </w:r>
          </w:p>
        </w:tc>
        <w:tc>
          <w:tcPr>
            <w:tcW w:w="2050" w:type="dxa"/>
          </w:tcPr>
          <w:p w14:paraId="0E0B42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ทันที</w:t>
            </w:r>
          </w:p>
        </w:tc>
        <w:tc>
          <w:tcPr>
            <w:tcW w:w="1411" w:type="dxa"/>
          </w:tcPr>
          <w:p w14:paraId="60FE4B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0.13%</w:t>
            </w:r>
          </w:p>
        </w:tc>
      </w:tr>
      <w:tr w:rsidR="00501161" w14:paraId="1AB6BB0F" w14:textId="77777777">
        <w:trPr>
          <w:jc w:val="center"/>
        </w:trPr>
        <w:tc>
          <w:tcPr>
            <w:tcW w:w="2648" w:type="dxa"/>
          </w:tcPr>
          <w:p w14:paraId="51D29B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ด้ายสายสิญจน์ / ศิลาจารึก</w:t>
            </w:r>
          </w:p>
        </w:tc>
        <w:tc>
          <w:tcPr>
            <w:tcW w:w="2905" w:type="dxa"/>
          </w:tcPr>
          <w:p w14:paraId="17975D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ชม.</w:t>
            </w:r>
          </w:p>
        </w:tc>
        <w:tc>
          <w:tcPr>
            <w:tcW w:w="2050" w:type="dxa"/>
          </w:tcPr>
          <w:p w14:paraId="24EC7B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ทันที</w:t>
            </w:r>
          </w:p>
        </w:tc>
        <w:tc>
          <w:tcPr>
            <w:tcW w:w="1411" w:type="dxa"/>
          </w:tcPr>
          <w:p w14:paraId="1F51A8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0.13%</w:t>
            </w:r>
          </w:p>
        </w:tc>
      </w:tr>
      <w:tr w:rsidR="00501161" w14:paraId="3AFD18E4" w14:textId="77777777">
        <w:trPr>
          <w:jc w:val="center"/>
        </w:trPr>
        <w:tc>
          <w:tcPr>
            <w:tcW w:w="2648" w:type="dxa"/>
          </w:tcPr>
          <w:p w14:paraId="6F32EC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ตีอาวุธ / เกราะ</w:t>
            </w:r>
          </w:p>
        </w:tc>
        <w:tc>
          <w:tcPr>
            <w:tcW w:w="2905" w:type="dxa"/>
          </w:tcPr>
          <w:p w14:paraId="0F9621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ชม. ต่อชิ้น</w:t>
            </w:r>
          </w:p>
        </w:tc>
        <w:tc>
          <w:tcPr>
            <w:tcW w:w="2050" w:type="dxa"/>
          </w:tcPr>
          <w:p w14:paraId="0D88C0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ทันที</w:t>
            </w:r>
          </w:p>
        </w:tc>
        <w:tc>
          <w:tcPr>
            <w:tcW w:w="1411" w:type="dxa"/>
          </w:tcPr>
          <w:p w14:paraId="5244F8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0.27%</w:t>
            </w:r>
          </w:p>
        </w:tc>
      </w:tr>
      <w:tr w:rsidR="00501161" w14:paraId="5002DE94" w14:textId="77777777">
        <w:trPr>
          <w:jc w:val="center"/>
        </w:trPr>
        <w:tc>
          <w:tcPr>
            <w:tcW w:w="2648" w:type="dxa"/>
          </w:tcPr>
          <w:p w14:paraId="1AB0C1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เรียกขวัญที่เรือนหมอหลวง</w:t>
            </w:r>
          </w:p>
        </w:tc>
        <w:tc>
          <w:tcPr>
            <w:tcW w:w="2905" w:type="dxa"/>
          </w:tcPr>
          <w:p w14:paraId="0A0ED4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ชม.</w:t>
            </w:r>
          </w:p>
        </w:tc>
        <w:tc>
          <w:tcPr>
            <w:tcW w:w="2050" w:type="dxa"/>
          </w:tcPr>
          <w:p w14:paraId="75FF4C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ทันที</w:t>
            </w:r>
          </w:p>
        </w:tc>
        <w:tc>
          <w:tcPr>
            <w:tcW w:w="1411" w:type="dxa"/>
          </w:tcPr>
          <w:p w14:paraId="5E21C1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0.40%</w:t>
            </w:r>
          </w:p>
        </w:tc>
      </w:tr>
      <w:tr w:rsidR="00501161" w14:paraId="0F64F4D6" w14:textId="77777777">
        <w:trPr>
          <w:jc w:val="center"/>
        </w:trPr>
        <w:tc>
          <w:tcPr>
            <w:tcW w:w="2648" w:type="dxa"/>
          </w:tcPr>
          <w:p w14:paraId="1921A1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คราฟรวด 10 อย่าง (เฉลี่ย)</w:t>
            </w:r>
          </w:p>
        </w:tc>
        <w:tc>
          <w:tcPr>
            <w:tcW w:w="2905" w:type="dxa"/>
          </w:tcPr>
          <w:p w14:paraId="3A3F19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10 </w:t>
            </w:r>
            <w:r>
              <w:rPr>
                <w:sz w:val="28"/>
                <w:szCs w:val="28"/>
              </w:rPr>
              <w:t>ชม.</w:t>
            </w:r>
          </w:p>
        </w:tc>
        <w:tc>
          <w:tcPr>
            <w:tcW w:w="2050" w:type="dxa"/>
          </w:tcPr>
          <w:p w14:paraId="21CDB2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ทันที</w:t>
            </w:r>
          </w:p>
        </w:tc>
        <w:tc>
          <w:tcPr>
            <w:tcW w:w="1411" w:type="dxa"/>
          </w:tcPr>
          <w:p w14:paraId="6B3946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1.34%</w:t>
            </w:r>
          </w:p>
        </w:tc>
      </w:tr>
      <w:tr w:rsidR="00501161" w14:paraId="1F93378F" w14:textId="77777777">
        <w:trPr>
          <w:jc w:val="center"/>
        </w:trPr>
        <w:tc>
          <w:tcPr>
            <w:tcW w:w="2648" w:type="dxa"/>
          </w:tcPr>
          <w:p w14:paraId="2F116D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นอนที่ศาลาพระ</w:t>
            </w:r>
          </w:p>
        </w:tc>
        <w:tc>
          <w:tcPr>
            <w:tcW w:w="2905" w:type="dxa"/>
          </w:tcPr>
          <w:p w14:paraId="4AAAD3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ถึง 06:00 </w:t>
            </w:r>
            <w:r>
              <w:rPr>
                <w:sz w:val="28"/>
                <w:szCs w:val="28"/>
              </w:rPr>
              <w:t>วันถัดไป (เฉลี่ย 10 ชม.)</w:t>
            </w:r>
          </w:p>
        </w:tc>
        <w:tc>
          <w:tcPr>
            <w:tcW w:w="2050" w:type="dxa"/>
          </w:tcPr>
          <w:p w14:paraId="167753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ทันที</w:t>
            </w:r>
          </w:p>
        </w:tc>
        <w:tc>
          <w:tcPr>
            <w:tcW w:w="1411" w:type="dxa"/>
          </w:tcPr>
          <w:p w14:paraId="7AC2D5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1.34%</w:t>
            </w:r>
          </w:p>
        </w:tc>
      </w:tr>
      <w:tr w:rsidR="00501161" w14:paraId="32318CB2" w14:textId="77777777">
        <w:trPr>
          <w:jc w:val="center"/>
        </w:trPr>
        <w:tc>
          <w:tcPr>
            <w:tcW w:w="2648" w:type="dxa"/>
          </w:tcPr>
          <w:p w14:paraId="6DC72C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พักฟื้น (Rest)</w:t>
            </w:r>
          </w:p>
        </w:tc>
        <w:tc>
          <w:tcPr>
            <w:tcW w:w="2905" w:type="dxa"/>
          </w:tcPr>
          <w:p w14:paraId="0CFBB7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วัน</w:t>
            </w:r>
          </w:p>
        </w:tc>
        <w:tc>
          <w:tcPr>
            <w:tcW w:w="2050" w:type="dxa"/>
          </w:tcPr>
          <w:p w14:paraId="2FC908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ทันที</w:t>
            </w:r>
          </w:p>
        </w:tc>
        <w:tc>
          <w:tcPr>
            <w:tcW w:w="1411" w:type="dxa"/>
          </w:tcPr>
          <w:p w14:paraId="4E551C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3.23%</w:t>
            </w:r>
          </w:p>
        </w:tc>
      </w:tr>
      <w:tr w:rsidR="00501161" w14:paraId="18CB9C89" w14:textId="77777777">
        <w:trPr>
          <w:jc w:val="center"/>
        </w:trPr>
        <w:tc>
          <w:tcPr>
            <w:tcW w:w="2648" w:type="dxa"/>
          </w:tcPr>
          <w:p w14:paraId="31EF5A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หมุนตัว, เมนู, Full Map, จัดทีม</w:t>
            </w:r>
          </w:p>
        </w:tc>
        <w:tc>
          <w:tcPr>
            <w:tcW w:w="2905" w:type="dxa"/>
          </w:tcPr>
          <w:p w14:paraId="466F2E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50" w:type="dxa"/>
          </w:tcPr>
          <w:p w14:paraId="3252DE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1" w:type="dxa"/>
          </w:tcPr>
          <w:p w14:paraId="303C6A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0%</w:t>
            </w:r>
          </w:p>
        </w:tc>
      </w:tr>
    </w:tbl>
    <w:p w14:paraId="5640EB71" w14:textId="77777777" w:rsidR="00501161" w:rsidRDefault="00501161">
      <w:pPr>
        <w:spacing w:after="40"/>
      </w:pPr>
    </w:p>
    <w:p w14:paraId="13952652" w14:textId="77777777" w:rsidR="00501161" w:rsidRDefault="00C637DA">
      <w:pPr>
        <w:pStyle w:val="Heading3"/>
      </w:pPr>
      <w:r>
        <w:t xml:space="preserve">9.2.3 Time Budget </w:t>
      </w:r>
      <w:r>
        <w:t>ต่อ Chapter (3 รูปแบบผู้เล่น)</w:t>
      </w:r>
    </w:p>
    <w:p w14:paraId="5BEBCA37" w14:textId="77777777" w:rsidR="00501161" w:rsidRDefault="00C637DA">
      <w:pPr>
        <w:ind w:firstLine="720"/>
      </w:pPr>
      <w:r>
        <w:t>เวลาเล่น 7–10 ชั่วโมงต่อ Chapter คือเวลารวมทั้งหมด: สำรวจ ต่อสู้ ค่าย บทสนทนา และไฟต์บอส ตารางน</w:t>
      </w:r>
      <w:r>
        <w:t>ี้จำลอง Chapter ขนาดกลาง (Chapter 4) ด้วย 3 รูปแบบผู้เล่น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"/>
        <w:gridCol w:w="807"/>
        <w:gridCol w:w="807"/>
        <w:gridCol w:w="807"/>
        <w:gridCol w:w="807"/>
        <w:gridCol w:w="1013"/>
        <w:gridCol w:w="807"/>
        <w:gridCol w:w="807"/>
        <w:gridCol w:w="2066"/>
      </w:tblGrid>
      <w:tr w:rsidR="00501161" w14:paraId="54EC0490" w14:textId="77777777">
        <w:trPr>
          <w:tblHeader/>
          <w:jc w:val="center"/>
        </w:trPr>
        <w:tc>
          <w:tcPr>
            <w:tcW w:w="1094" w:type="dxa"/>
            <w:shd w:val="clear" w:color="auto" w:fill="F2F2F2"/>
          </w:tcPr>
          <w:p w14:paraId="7FB9832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lastRenderedPageBreak/>
              <w:t>ผู้เล่น</w:t>
            </w:r>
          </w:p>
        </w:tc>
        <w:tc>
          <w:tcPr>
            <w:tcW w:w="807" w:type="dxa"/>
            <w:shd w:val="clear" w:color="auto" w:fill="F2F2F2"/>
          </w:tcPr>
          <w:p w14:paraId="0AEA8EC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วินาที/ก้าว</w:t>
            </w:r>
          </w:p>
        </w:tc>
        <w:tc>
          <w:tcPr>
            <w:tcW w:w="807" w:type="dxa"/>
            <w:shd w:val="clear" w:color="auto" w:fill="F2F2F2"/>
          </w:tcPr>
          <w:p w14:paraId="6374F12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ก้าว</w:t>
            </w:r>
          </w:p>
        </w:tc>
        <w:tc>
          <w:tcPr>
            <w:tcW w:w="807" w:type="dxa"/>
            <w:shd w:val="clear" w:color="auto" w:fill="F2F2F2"/>
          </w:tcPr>
          <w:p w14:paraId="1854B5E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ไฟต์</w:t>
            </w:r>
          </w:p>
        </w:tc>
        <w:tc>
          <w:tcPr>
            <w:tcW w:w="807" w:type="dxa"/>
            <w:shd w:val="clear" w:color="auto" w:fill="F2F2F2"/>
          </w:tcPr>
          <w:p w14:paraId="04D3D42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เข้าค่าย</w:t>
            </w:r>
          </w:p>
        </w:tc>
        <w:tc>
          <w:tcPr>
            <w:tcW w:w="1013" w:type="dxa"/>
            <w:shd w:val="clear" w:color="auto" w:fill="F2F2F2"/>
          </w:tcPr>
          <w:p w14:paraId="4D7EEFE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บทสนทนา + บอส (รวมแพ้บอส)</w:t>
            </w:r>
          </w:p>
        </w:tc>
        <w:tc>
          <w:tcPr>
            <w:tcW w:w="807" w:type="dxa"/>
            <w:shd w:val="clear" w:color="auto" w:fill="F2F2F2"/>
          </w:tcPr>
          <w:p w14:paraId="19C7386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วันในเกมที่ใช้</w:t>
            </w:r>
          </w:p>
        </w:tc>
        <w:tc>
          <w:tcPr>
            <w:tcW w:w="807" w:type="dxa"/>
            <w:shd w:val="clear" w:color="auto" w:fill="F2F2F2"/>
          </w:tcPr>
          <w:p w14:paraId="0ACCABE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เวลาจริง (ชม.)</w:t>
            </w:r>
          </w:p>
        </w:tc>
        <w:tc>
          <w:tcPr>
            <w:tcW w:w="2066" w:type="dxa"/>
            <w:shd w:val="clear" w:color="auto" w:fill="F2F2F2"/>
          </w:tcPr>
          <w:p w14:paraId="68EC866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ผลลัพธ์</w:t>
            </w:r>
          </w:p>
        </w:tc>
      </w:tr>
      <w:tr w:rsidR="00501161" w14:paraId="34416905" w14:textId="77777777">
        <w:trPr>
          <w:jc w:val="center"/>
        </w:trPr>
        <w:tc>
          <w:tcPr>
            <w:tcW w:w="1094" w:type="dxa"/>
          </w:tcPr>
          <w:p w14:paraId="7D77F3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เก่ง / รีบ</w:t>
            </w:r>
          </w:p>
        </w:tc>
        <w:tc>
          <w:tcPr>
            <w:tcW w:w="807" w:type="dxa"/>
          </w:tcPr>
          <w:p w14:paraId="7DC6A5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3.5 </w:t>
            </w:r>
            <w:r>
              <w:rPr>
                <w:sz w:val="28"/>
                <w:szCs w:val="28"/>
              </w:rPr>
              <w:t>วิ</w:t>
            </w:r>
          </w:p>
        </w:tc>
        <w:tc>
          <w:tcPr>
            <w:tcW w:w="807" w:type="dxa"/>
          </w:tcPr>
          <w:p w14:paraId="48D4DF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1,785</w:t>
            </w:r>
          </w:p>
        </w:tc>
        <w:tc>
          <w:tcPr>
            <w:tcW w:w="807" w:type="dxa"/>
          </w:tcPr>
          <w:p w14:paraId="29868D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119 × 60 </w:t>
            </w:r>
            <w:r>
              <w:rPr>
                <w:sz w:val="28"/>
                <w:szCs w:val="28"/>
              </w:rPr>
              <w:t>วิ</w:t>
            </w:r>
          </w:p>
        </w:tc>
        <w:tc>
          <w:tcPr>
            <w:tcW w:w="807" w:type="dxa"/>
          </w:tcPr>
          <w:p w14:paraId="29E482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8 × 5 </w:t>
            </w:r>
            <w:r>
              <w:rPr>
                <w:sz w:val="28"/>
                <w:szCs w:val="28"/>
              </w:rPr>
              <w:t>นาที</w:t>
            </w:r>
          </w:p>
        </w:tc>
        <w:tc>
          <w:tcPr>
            <w:tcW w:w="1013" w:type="dxa"/>
          </w:tcPr>
          <w:p w14:paraId="3E7AA3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32 </w:t>
            </w:r>
            <w:r>
              <w:rPr>
                <w:sz w:val="28"/>
                <w:szCs w:val="28"/>
              </w:rPr>
              <w:t>นาที</w:t>
            </w:r>
          </w:p>
        </w:tc>
        <w:tc>
          <w:tcPr>
            <w:tcW w:w="807" w:type="dxa"/>
          </w:tcPr>
          <w:p w14:paraId="01E6F0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23.7</w:t>
            </w:r>
          </w:p>
        </w:tc>
        <w:tc>
          <w:tcPr>
            <w:tcW w:w="807" w:type="dxa"/>
          </w:tcPr>
          <w:p w14:paraId="13B1D6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4.9</w:t>
            </w:r>
          </w:p>
        </w:tc>
        <w:tc>
          <w:tcPr>
            <w:tcW w:w="2066" w:type="dxa"/>
          </w:tcPr>
          <w:p w14:paraId="288FEB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ท้าบอสก่อนกำหนดได้ (Section 9.4.1)</w:t>
            </w:r>
          </w:p>
        </w:tc>
      </w:tr>
      <w:tr w:rsidR="00501161" w14:paraId="5E67EE2C" w14:textId="77777777">
        <w:trPr>
          <w:jc w:val="center"/>
        </w:trPr>
        <w:tc>
          <w:tcPr>
            <w:tcW w:w="1094" w:type="dxa"/>
          </w:tcPr>
          <w:p w14:paraId="4C66AC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ปกติ</w:t>
            </w:r>
          </w:p>
        </w:tc>
        <w:tc>
          <w:tcPr>
            <w:tcW w:w="807" w:type="dxa"/>
          </w:tcPr>
          <w:p w14:paraId="19E424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4.0 </w:t>
            </w:r>
            <w:r>
              <w:rPr>
                <w:sz w:val="28"/>
                <w:szCs w:val="28"/>
              </w:rPr>
              <w:t>วิ</w:t>
            </w:r>
          </w:p>
        </w:tc>
        <w:tc>
          <w:tcPr>
            <w:tcW w:w="807" w:type="dxa"/>
          </w:tcPr>
          <w:p w14:paraId="6063B1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2,100</w:t>
            </w:r>
          </w:p>
        </w:tc>
        <w:tc>
          <w:tcPr>
            <w:tcW w:w="807" w:type="dxa"/>
          </w:tcPr>
          <w:p w14:paraId="6BAC82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140 × 90 </w:t>
            </w:r>
            <w:r>
              <w:rPr>
                <w:sz w:val="28"/>
                <w:szCs w:val="28"/>
              </w:rPr>
              <w:t>วิ</w:t>
            </w:r>
          </w:p>
        </w:tc>
        <w:tc>
          <w:tcPr>
            <w:tcW w:w="807" w:type="dxa"/>
          </w:tcPr>
          <w:p w14:paraId="541AEA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10 × 6 </w:t>
            </w:r>
            <w:r>
              <w:rPr>
                <w:sz w:val="28"/>
                <w:szCs w:val="28"/>
              </w:rPr>
              <w:t>นาที</w:t>
            </w:r>
          </w:p>
        </w:tc>
        <w:tc>
          <w:tcPr>
            <w:tcW w:w="1013" w:type="dxa"/>
          </w:tcPr>
          <w:p w14:paraId="279D05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50 </w:t>
            </w:r>
            <w:r>
              <w:rPr>
                <w:sz w:val="28"/>
                <w:szCs w:val="28"/>
              </w:rPr>
              <w:t>นาที</w:t>
            </w:r>
          </w:p>
        </w:tc>
        <w:tc>
          <w:tcPr>
            <w:tcW w:w="807" w:type="dxa"/>
          </w:tcPr>
          <w:p w14:paraId="4DF4E0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31.0</w:t>
            </w:r>
          </w:p>
        </w:tc>
        <w:tc>
          <w:tcPr>
            <w:tcW w:w="807" w:type="dxa"/>
          </w:tcPr>
          <w:p w14:paraId="464A8E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7.7</w:t>
            </w:r>
          </w:p>
        </w:tc>
        <w:tc>
          <w:tcPr>
            <w:tcW w:w="2066" w:type="dxa"/>
          </w:tcPr>
          <w:p w14:paraId="353C1E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สู้บอสวันที่ 31 สำรวจได้เกือบครบ</w:t>
            </w:r>
          </w:p>
        </w:tc>
      </w:tr>
      <w:tr w:rsidR="00501161" w14:paraId="6F13368E" w14:textId="77777777">
        <w:trPr>
          <w:jc w:val="center"/>
        </w:trPr>
        <w:tc>
          <w:tcPr>
            <w:tcW w:w="1094" w:type="dxa"/>
          </w:tcPr>
          <w:p w14:paraId="5428FF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สำรวจละเอียด</w:t>
            </w:r>
          </w:p>
        </w:tc>
        <w:tc>
          <w:tcPr>
            <w:tcW w:w="807" w:type="dxa"/>
          </w:tcPr>
          <w:p w14:paraId="43D053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5.0 </w:t>
            </w:r>
            <w:r>
              <w:rPr>
                <w:sz w:val="28"/>
                <w:szCs w:val="28"/>
              </w:rPr>
              <w:t>วิ</w:t>
            </w:r>
          </w:p>
        </w:tc>
        <w:tc>
          <w:tcPr>
            <w:tcW w:w="807" w:type="dxa"/>
          </w:tcPr>
          <w:p w14:paraId="2A10FC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1,558</w:t>
            </w:r>
          </w:p>
        </w:tc>
        <w:tc>
          <w:tcPr>
            <w:tcW w:w="807" w:type="dxa"/>
          </w:tcPr>
          <w:p w14:paraId="68B509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104 × 120 </w:t>
            </w:r>
            <w:r>
              <w:rPr>
                <w:sz w:val="28"/>
                <w:szCs w:val="28"/>
              </w:rPr>
              <w:t>วิ</w:t>
            </w:r>
          </w:p>
        </w:tc>
        <w:tc>
          <w:tcPr>
            <w:tcW w:w="807" w:type="dxa"/>
          </w:tcPr>
          <w:p w14:paraId="04451A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12 × 10 </w:t>
            </w:r>
            <w:r>
              <w:rPr>
                <w:sz w:val="28"/>
                <w:szCs w:val="28"/>
              </w:rPr>
              <w:t>นาที</w:t>
            </w:r>
          </w:p>
        </w:tc>
        <w:tc>
          <w:tcPr>
            <w:tcW w:w="1013" w:type="dxa"/>
          </w:tcPr>
          <w:p w14:paraId="6A1ECF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90 </w:t>
            </w:r>
            <w:r>
              <w:rPr>
                <w:sz w:val="28"/>
                <w:szCs w:val="28"/>
              </w:rPr>
              <w:t>นาที</w:t>
            </w:r>
          </w:p>
        </w:tc>
        <w:tc>
          <w:tcPr>
            <w:tcW w:w="807" w:type="dxa"/>
          </w:tcPr>
          <w:p w14:paraId="3B018B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31.0</w:t>
            </w:r>
          </w:p>
        </w:tc>
        <w:tc>
          <w:tcPr>
            <w:tcW w:w="807" w:type="dxa"/>
          </w:tcPr>
          <w:p w14:paraId="456061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9.1</w:t>
            </w:r>
          </w:p>
        </w:tc>
        <w:tc>
          <w:tcPr>
            <w:tcW w:w="2066" w:type="dxa"/>
          </w:tcPr>
          <w:p w14:paraId="1D94C3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บอสมาวันที่ 31 ก่อนสำรวจครบ</w:t>
            </w:r>
          </w:p>
        </w:tc>
      </w:tr>
      <w:tr w:rsidR="00501161" w14:paraId="7F3F299C" w14:textId="77777777">
        <w:trPr>
          <w:jc w:val="center"/>
        </w:trPr>
        <w:tc>
          <w:tcPr>
            <w:tcW w:w="1094" w:type="dxa"/>
          </w:tcPr>
          <w:p w14:paraId="4F20CA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มือใหม่ (Game Over 2 </w:t>
            </w:r>
            <w:r>
              <w:rPr>
                <w:sz w:val="28"/>
                <w:szCs w:val="28"/>
              </w:rPr>
              <w:t>ครั้ง)</w:t>
            </w:r>
          </w:p>
        </w:tc>
        <w:tc>
          <w:tcPr>
            <w:tcW w:w="807" w:type="dxa"/>
          </w:tcPr>
          <w:p w14:paraId="37FD57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5.0 </w:t>
            </w:r>
            <w:r>
              <w:rPr>
                <w:sz w:val="28"/>
                <w:szCs w:val="28"/>
              </w:rPr>
              <w:t>วิ</w:t>
            </w:r>
          </w:p>
        </w:tc>
        <w:tc>
          <w:tcPr>
            <w:tcW w:w="807" w:type="dxa"/>
          </w:tcPr>
          <w:p w14:paraId="0D134C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1,558</w:t>
            </w:r>
          </w:p>
        </w:tc>
        <w:tc>
          <w:tcPr>
            <w:tcW w:w="807" w:type="dxa"/>
          </w:tcPr>
          <w:p w14:paraId="386E8E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104 × 120 </w:t>
            </w:r>
            <w:r>
              <w:rPr>
                <w:sz w:val="28"/>
                <w:szCs w:val="28"/>
              </w:rPr>
              <w:t>วิ</w:t>
            </w:r>
          </w:p>
        </w:tc>
        <w:tc>
          <w:tcPr>
            <w:tcW w:w="807" w:type="dxa"/>
          </w:tcPr>
          <w:p w14:paraId="044F6E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12 × 10 </w:t>
            </w:r>
            <w:r>
              <w:rPr>
                <w:sz w:val="28"/>
                <w:szCs w:val="28"/>
              </w:rPr>
              <w:t>นาที</w:t>
            </w:r>
          </w:p>
        </w:tc>
        <w:tc>
          <w:tcPr>
            <w:tcW w:w="1013" w:type="dxa"/>
          </w:tcPr>
          <w:p w14:paraId="76431E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110 </w:t>
            </w:r>
            <w:r>
              <w:rPr>
                <w:sz w:val="28"/>
                <w:szCs w:val="28"/>
              </w:rPr>
              <w:t>นาที</w:t>
            </w:r>
          </w:p>
        </w:tc>
        <w:tc>
          <w:tcPr>
            <w:tcW w:w="807" w:type="dxa"/>
          </w:tcPr>
          <w:p w14:paraId="07F020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31.0</w:t>
            </w:r>
          </w:p>
        </w:tc>
        <w:tc>
          <w:tcPr>
            <w:tcW w:w="807" w:type="dxa"/>
          </w:tcPr>
          <w:p w14:paraId="221376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10.3</w:t>
            </w:r>
          </w:p>
        </w:tc>
        <w:tc>
          <w:tcPr>
            <w:tcW w:w="2066" w:type="dxa"/>
          </w:tcPr>
          <w:p w14:paraId="5FB008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บอสมาวันที่ 31 ก่อนสำรวจครบ + เล่นซ้ำจากเซฟ 50 นาที</w:t>
            </w:r>
          </w:p>
        </w:tc>
      </w:tr>
    </w:tbl>
    <w:p w14:paraId="352C4FD7" w14:textId="77777777" w:rsidR="00501161" w:rsidRDefault="00501161">
      <w:pPr>
        <w:spacing w:after="40"/>
      </w:pPr>
    </w:p>
    <w:p w14:paraId="7FFFC2D8" w14:textId="77777777" w:rsidR="00501161" w:rsidRDefault="00C637DA">
      <w:r>
        <w:rPr>
          <w:color w:val="555555"/>
          <w:sz w:val="26"/>
          <w:szCs w:val="26"/>
        </w:rPr>
        <w:t>วันในเกม = เวลาสำรวจจริง ÷ 16 วินาที + ไฟต์ × 0.5 ชม. + เข้าค่าย × 15 ชม. (รักษา คราฟ นอน) · Encounter เฉลี่ยทุก 15 ก้าว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6"/>
        <w:gridCol w:w="1141"/>
        <w:gridCol w:w="1826"/>
        <w:gridCol w:w="1141"/>
        <w:gridCol w:w="1141"/>
        <w:gridCol w:w="1940"/>
      </w:tblGrid>
      <w:tr w:rsidR="00501161" w14:paraId="4C10E8FC" w14:textId="77777777">
        <w:trPr>
          <w:tblHeader/>
          <w:jc w:val="center"/>
        </w:trPr>
        <w:tc>
          <w:tcPr>
            <w:tcW w:w="1826" w:type="dxa"/>
            <w:shd w:val="clear" w:color="auto" w:fill="F2F2F2"/>
          </w:tcPr>
          <w:p w14:paraId="11E2CD3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Ch (</w:t>
            </w:r>
            <w:r>
              <w:rPr>
                <w:b/>
                <w:bCs/>
                <w:sz w:val="28"/>
                <w:szCs w:val="28"/>
              </w:rPr>
              <w:t>ผู้เล่นปกติ)</w:t>
            </w:r>
          </w:p>
        </w:tc>
        <w:tc>
          <w:tcPr>
            <w:tcW w:w="1141" w:type="dxa"/>
            <w:shd w:val="clear" w:color="auto" w:fill="F2F2F2"/>
          </w:tcPr>
          <w:p w14:paraId="44E7441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ก้าว</w:t>
            </w:r>
          </w:p>
        </w:tc>
        <w:tc>
          <w:tcPr>
            <w:tcW w:w="1826" w:type="dxa"/>
            <w:shd w:val="clear" w:color="auto" w:fill="F2F2F2"/>
          </w:tcPr>
          <w:p w14:paraId="772C1E6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เวลาสำรวจ (นาที)</w:t>
            </w:r>
          </w:p>
        </w:tc>
        <w:tc>
          <w:tcPr>
            <w:tcW w:w="1141" w:type="dxa"/>
            <w:shd w:val="clear" w:color="auto" w:fill="F2F2F2"/>
          </w:tcPr>
          <w:p w14:paraId="7296BBB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ไฟต์</w:t>
            </w:r>
          </w:p>
        </w:tc>
        <w:tc>
          <w:tcPr>
            <w:tcW w:w="1141" w:type="dxa"/>
            <w:shd w:val="clear" w:color="auto" w:fill="F2F2F2"/>
          </w:tcPr>
          <w:p w14:paraId="1BAC502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วันในเกม</w:t>
            </w:r>
          </w:p>
        </w:tc>
        <w:tc>
          <w:tcPr>
            <w:tcW w:w="1940" w:type="dxa"/>
            <w:shd w:val="clear" w:color="auto" w:fill="F2F2F2"/>
          </w:tcPr>
          <w:p w14:paraId="3C8B6E3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เวลาจริงรวม (ชม.)</w:t>
            </w:r>
          </w:p>
        </w:tc>
      </w:tr>
      <w:tr w:rsidR="00501161" w14:paraId="389FE5B6" w14:textId="77777777">
        <w:trPr>
          <w:jc w:val="center"/>
        </w:trPr>
        <w:tc>
          <w:tcPr>
            <w:tcW w:w="1826" w:type="dxa"/>
          </w:tcPr>
          <w:p w14:paraId="3FC6E8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41" w:type="dxa"/>
          </w:tcPr>
          <w:p w14:paraId="4CD952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1,900</w:t>
            </w:r>
          </w:p>
        </w:tc>
        <w:tc>
          <w:tcPr>
            <w:tcW w:w="1826" w:type="dxa"/>
          </w:tcPr>
          <w:p w14:paraId="484FF1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127</w:t>
            </w:r>
          </w:p>
        </w:tc>
        <w:tc>
          <w:tcPr>
            <w:tcW w:w="1141" w:type="dxa"/>
          </w:tcPr>
          <w:p w14:paraId="3DFBD7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127</w:t>
            </w:r>
          </w:p>
        </w:tc>
        <w:tc>
          <w:tcPr>
            <w:tcW w:w="1141" w:type="dxa"/>
          </w:tcPr>
          <w:p w14:paraId="01856D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28.7</w:t>
            </w:r>
          </w:p>
        </w:tc>
        <w:tc>
          <w:tcPr>
            <w:tcW w:w="1940" w:type="dxa"/>
          </w:tcPr>
          <w:p w14:paraId="76D085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7.1</w:t>
            </w:r>
          </w:p>
        </w:tc>
      </w:tr>
      <w:tr w:rsidR="00501161" w14:paraId="0E7AFDDA" w14:textId="77777777">
        <w:trPr>
          <w:jc w:val="center"/>
        </w:trPr>
        <w:tc>
          <w:tcPr>
            <w:tcW w:w="1826" w:type="dxa"/>
          </w:tcPr>
          <w:p w14:paraId="693C4F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41" w:type="dxa"/>
          </w:tcPr>
          <w:p w14:paraId="49CC9A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2,000</w:t>
            </w:r>
          </w:p>
        </w:tc>
        <w:tc>
          <w:tcPr>
            <w:tcW w:w="1826" w:type="dxa"/>
          </w:tcPr>
          <w:p w14:paraId="49595F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1141" w:type="dxa"/>
          </w:tcPr>
          <w:p w14:paraId="04C435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1141" w:type="dxa"/>
          </w:tcPr>
          <w:p w14:paraId="763783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29.9</w:t>
            </w:r>
          </w:p>
        </w:tc>
        <w:tc>
          <w:tcPr>
            <w:tcW w:w="1940" w:type="dxa"/>
          </w:tcPr>
          <w:p w14:paraId="4AC8A5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7.4</w:t>
            </w:r>
          </w:p>
        </w:tc>
      </w:tr>
      <w:tr w:rsidR="00501161" w14:paraId="7C4934FC" w14:textId="77777777">
        <w:trPr>
          <w:jc w:val="center"/>
        </w:trPr>
        <w:tc>
          <w:tcPr>
            <w:tcW w:w="1826" w:type="dxa"/>
          </w:tcPr>
          <w:p w14:paraId="1F695D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41" w:type="dxa"/>
          </w:tcPr>
          <w:p w14:paraId="2833DD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2,050</w:t>
            </w:r>
          </w:p>
        </w:tc>
        <w:tc>
          <w:tcPr>
            <w:tcW w:w="1826" w:type="dxa"/>
          </w:tcPr>
          <w:p w14:paraId="68C62D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137</w:t>
            </w:r>
          </w:p>
        </w:tc>
        <w:tc>
          <w:tcPr>
            <w:tcW w:w="1141" w:type="dxa"/>
          </w:tcPr>
          <w:p w14:paraId="15BD2C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137</w:t>
            </w:r>
          </w:p>
        </w:tc>
        <w:tc>
          <w:tcPr>
            <w:tcW w:w="1141" w:type="dxa"/>
          </w:tcPr>
          <w:p w14:paraId="1572D6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30.5</w:t>
            </w:r>
          </w:p>
        </w:tc>
        <w:tc>
          <w:tcPr>
            <w:tcW w:w="1940" w:type="dxa"/>
          </w:tcPr>
          <w:p w14:paraId="719BAD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7.5</w:t>
            </w:r>
          </w:p>
        </w:tc>
      </w:tr>
      <w:tr w:rsidR="00501161" w14:paraId="6038CEAD" w14:textId="77777777">
        <w:trPr>
          <w:jc w:val="center"/>
        </w:trPr>
        <w:tc>
          <w:tcPr>
            <w:tcW w:w="1826" w:type="dxa"/>
          </w:tcPr>
          <w:p w14:paraId="1F82B3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41" w:type="dxa"/>
          </w:tcPr>
          <w:p w14:paraId="741F2E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2,100</w:t>
            </w:r>
          </w:p>
        </w:tc>
        <w:tc>
          <w:tcPr>
            <w:tcW w:w="1826" w:type="dxa"/>
          </w:tcPr>
          <w:p w14:paraId="6B54C1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1141" w:type="dxa"/>
          </w:tcPr>
          <w:p w14:paraId="2D9E8B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1141" w:type="dxa"/>
          </w:tcPr>
          <w:p w14:paraId="364F72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31.0</w:t>
            </w:r>
          </w:p>
        </w:tc>
        <w:tc>
          <w:tcPr>
            <w:tcW w:w="1940" w:type="dxa"/>
          </w:tcPr>
          <w:p w14:paraId="20EA86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7.7</w:t>
            </w:r>
          </w:p>
        </w:tc>
      </w:tr>
      <w:tr w:rsidR="00501161" w14:paraId="0A1FEA7D" w14:textId="77777777">
        <w:trPr>
          <w:jc w:val="center"/>
        </w:trPr>
        <w:tc>
          <w:tcPr>
            <w:tcW w:w="1826" w:type="dxa"/>
          </w:tcPr>
          <w:p w14:paraId="7E5D9B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41" w:type="dxa"/>
          </w:tcPr>
          <w:p w14:paraId="6825BF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2,150</w:t>
            </w:r>
          </w:p>
        </w:tc>
        <w:tc>
          <w:tcPr>
            <w:tcW w:w="1826" w:type="dxa"/>
          </w:tcPr>
          <w:p w14:paraId="0B324E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143</w:t>
            </w:r>
          </w:p>
        </w:tc>
        <w:tc>
          <w:tcPr>
            <w:tcW w:w="1141" w:type="dxa"/>
          </w:tcPr>
          <w:p w14:paraId="2404F7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143</w:t>
            </w:r>
          </w:p>
        </w:tc>
        <w:tc>
          <w:tcPr>
            <w:tcW w:w="1141" w:type="dxa"/>
          </w:tcPr>
          <w:p w14:paraId="6DA5D5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31.6</w:t>
            </w:r>
          </w:p>
        </w:tc>
        <w:tc>
          <w:tcPr>
            <w:tcW w:w="1940" w:type="dxa"/>
          </w:tcPr>
          <w:p w14:paraId="0E05A8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7.8</w:t>
            </w:r>
          </w:p>
        </w:tc>
      </w:tr>
      <w:tr w:rsidR="00501161" w14:paraId="7B6CCEF0" w14:textId="77777777">
        <w:trPr>
          <w:jc w:val="center"/>
        </w:trPr>
        <w:tc>
          <w:tcPr>
            <w:tcW w:w="1826" w:type="dxa"/>
          </w:tcPr>
          <w:p w14:paraId="057378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41" w:type="dxa"/>
          </w:tcPr>
          <w:p w14:paraId="39F218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2,200</w:t>
            </w:r>
          </w:p>
        </w:tc>
        <w:tc>
          <w:tcPr>
            <w:tcW w:w="1826" w:type="dxa"/>
          </w:tcPr>
          <w:p w14:paraId="179B08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147</w:t>
            </w:r>
          </w:p>
        </w:tc>
        <w:tc>
          <w:tcPr>
            <w:tcW w:w="1141" w:type="dxa"/>
          </w:tcPr>
          <w:p w14:paraId="319E4D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147</w:t>
            </w:r>
          </w:p>
        </w:tc>
        <w:tc>
          <w:tcPr>
            <w:tcW w:w="1141" w:type="dxa"/>
          </w:tcPr>
          <w:p w14:paraId="2118D1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32.2</w:t>
            </w:r>
          </w:p>
        </w:tc>
        <w:tc>
          <w:tcPr>
            <w:tcW w:w="1940" w:type="dxa"/>
          </w:tcPr>
          <w:p w14:paraId="502A22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7.9</w:t>
            </w:r>
          </w:p>
        </w:tc>
      </w:tr>
      <w:tr w:rsidR="00501161" w14:paraId="335BF00A" w14:textId="77777777">
        <w:trPr>
          <w:jc w:val="center"/>
        </w:trPr>
        <w:tc>
          <w:tcPr>
            <w:tcW w:w="1826" w:type="dxa"/>
          </w:tcPr>
          <w:p w14:paraId="184BC3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41" w:type="dxa"/>
          </w:tcPr>
          <w:p w14:paraId="2DA357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2,250</w:t>
            </w:r>
          </w:p>
        </w:tc>
        <w:tc>
          <w:tcPr>
            <w:tcW w:w="1826" w:type="dxa"/>
          </w:tcPr>
          <w:p w14:paraId="6E6592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141" w:type="dxa"/>
          </w:tcPr>
          <w:p w14:paraId="49A8AE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141" w:type="dxa"/>
          </w:tcPr>
          <w:p w14:paraId="673ADA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32.8</w:t>
            </w:r>
          </w:p>
        </w:tc>
        <w:tc>
          <w:tcPr>
            <w:tcW w:w="1940" w:type="dxa"/>
          </w:tcPr>
          <w:p w14:paraId="57D8CD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8.1</w:t>
            </w:r>
          </w:p>
        </w:tc>
      </w:tr>
    </w:tbl>
    <w:p w14:paraId="69147CCF" w14:textId="77777777" w:rsidR="00501161" w:rsidRDefault="00501161">
      <w:pPr>
        <w:spacing w:after="40"/>
      </w:pPr>
    </w:p>
    <w:p w14:paraId="5204EE7C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16 </w:t>
      </w:r>
      <w:r>
        <w:t>วินาทีต่อชั่วโมงในเกมถูกเลือกให้ผู้เล่นปกติใช้ 31 วันพอดีกับ Chapter ขนาดกลาง ผู้เล่นเก่งจบก่อนและท้าบอสได้ก่อนกำหนด ผู้เล่นที่ช้าจะโดนบอสมาก่อนสำรวจครบ ซึ่งคือแรงกดดันที่ระบบ Survival ตั้งใจให้เกิด ถ้า Playtest แล้วเวลารวมต่ำกว่า 7 ชม. ให้เพิ่มขนาดแมพ</w:t>
      </w:r>
      <w:r>
        <w:t>หรือ Encounter ก่อน ไม่ใช่เปลี่ยน 16 วินาที เพราะความยาวของวันผูกกับความรู้สึกของ Day Light Cycle</w:t>
      </w:r>
    </w:p>
    <w:p w14:paraId="223DEA5C" w14:textId="77777777" w:rsidR="00501161" w:rsidRDefault="00C637DA">
      <w:pPr>
        <w:pStyle w:val="Heading2"/>
      </w:pPr>
      <w:bookmarkStart w:id="57" w:name="_Toc243336727"/>
      <w:r>
        <w:t>9.3 Day / Night</w:t>
      </w:r>
      <w:bookmarkEnd w:id="57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4"/>
        <w:gridCol w:w="2344"/>
        <w:gridCol w:w="5246"/>
      </w:tblGrid>
      <w:tr w:rsidR="00501161" w14:paraId="35B0EAF6" w14:textId="77777777">
        <w:trPr>
          <w:tblHeader/>
          <w:jc w:val="center"/>
        </w:trPr>
        <w:tc>
          <w:tcPr>
            <w:tcW w:w="1424" w:type="dxa"/>
            <w:shd w:val="clear" w:color="auto" w:fill="F2F2F2"/>
          </w:tcPr>
          <w:p w14:paraId="3C5480B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2344" w:type="dxa"/>
            <w:shd w:val="clear" w:color="auto" w:fill="F2F2F2"/>
          </w:tcPr>
          <w:p w14:paraId="10DA0C2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กลางวัน (06:00–17:59)</w:t>
            </w:r>
          </w:p>
        </w:tc>
        <w:tc>
          <w:tcPr>
            <w:tcW w:w="5246" w:type="dxa"/>
            <w:shd w:val="clear" w:color="auto" w:fill="F2F2F2"/>
          </w:tcPr>
          <w:p w14:paraId="180FEAD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กลางคืน (18:00–05:59)</w:t>
            </w:r>
          </w:p>
        </w:tc>
      </w:tr>
      <w:tr w:rsidR="00501161" w14:paraId="327FC66E" w14:textId="77777777">
        <w:trPr>
          <w:jc w:val="center"/>
        </w:trPr>
        <w:tc>
          <w:tcPr>
            <w:tcW w:w="1424" w:type="dxa"/>
          </w:tcPr>
          <w:p w14:paraId="5F32A3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Encounter</w:t>
            </w:r>
          </w:p>
        </w:tc>
        <w:tc>
          <w:tcPr>
            <w:tcW w:w="2344" w:type="dxa"/>
          </w:tcPr>
          <w:p w14:paraId="34B09D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ปกติ</w:t>
            </w:r>
          </w:p>
        </w:tc>
        <w:tc>
          <w:tcPr>
            <w:tcW w:w="5246" w:type="dxa"/>
          </w:tcPr>
          <w:p w14:paraId="769E50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จำนวนก้าว × 0.7</w:t>
            </w:r>
          </w:p>
        </w:tc>
      </w:tr>
      <w:tr w:rsidR="00501161" w14:paraId="49E53BF3" w14:textId="77777777">
        <w:trPr>
          <w:jc w:val="center"/>
        </w:trPr>
        <w:tc>
          <w:tcPr>
            <w:tcW w:w="1424" w:type="dxa"/>
          </w:tcPr>
          <w:p w14:paraId="6AEC2E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ศัตรู</w:t>
            </w:r>
          </w:p>
        </w:tc>
        <w:tc>
          <w:tcPr>
            <w:tcW w:w="2344" w:type="dxa"/>
          </w:tcPr>
          <w:p w14:paraId="01B606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ร่างปกติ</w:t>
            </w:r>
          </w:p>
        </w:tc>
        <w:tc>
          <w:tcPr>
            <w:tcW w:w="5246" w:type="dxa"/>
          </w:tcPr>
          <w:p w14:paraId="3F2001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ร่างกลางคืน (Section 13.3)</w:t>
            </w:r>
          </w:p>
        </w:tc>
      </w:tr>
      <w:tr w:rsidR="00501161" w14:paraId="576F0A4D" w14:textId="77777777">
        <w:trPr>
          <w:jc w:val="center"/>
        </w:trPr>
        <w:tc>
          <w:tcPr>
            <w:tcW w:w="1424" w:type="dxa"/>
          </w:tcPr>
          <w:p w14:paraId="7A39C4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Gathering</w:t>
            </w:r>
          </w:p>
        </w:tc>
        <w:tc>
          <w:tcPr>
            <w:tcW w:w="2344" w:type="dxa"/>
          </w:tcPr>
          <w:p w14:paraId="153719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ของปกติ</w:t>
            </w:r>
          </w:p>
        </w:tc>
        <w:tc>
          <w:tcPr>
            <w:tcW w:w="5246" w:type="dxa"/>
          </w:tcPr>
          <w:p w14:paraId="7DD7B6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บางจุดให้ของเฉพาะกลางคืน</w:t>
            </w:r>
          </w:p>
        </w:tc>
      </w:tr>
      <w:tr w:rsidR="00501161" w14:paraId="2C356743" w14:textId="77777777">
        <w:trPr>
          <w:jc w:val="center"/>
        </w:trPr>
        <w:tc>
          <w:tcPr>
            <w:tcW w:w="1424" w:type="dxa"/>
          </w:tcPr>
          <w:p w14:paraId="59EB0B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Gimmick</w:t>
            </w:r>
          </w:p>
        </w:tc>
        <w:tc>
          <w:tcPr>
            <w:tcW w:w="2344" w:type="dxa"/>
          </w:tcPr>
          <w:p w14:paraId="2919C4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246" w:type="dxa"/>
          </w:tcPr>
          <w:p w14:paraId="5CA475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Ch2 </w:t>
            </w:r>
            <w:r>
              <w:rPr>
                <w:sz w:val="28"/>
                <w:szCs w:val="28"/>
              </w:rPr>
              <w:t>น้ำขึ้น, Ch7 เส้นทางสลับ</w:t>
            </w:r>
          </w:p>
        </w:tc>
      </w:tr>
      <w:tr w:rsidR="00501161" w14:paraId="156B79EF" w14:textId="77777777">
        <w:trPr>
          <w:jc w:val="center"/>
        </w:trPr>
        <w:tc>
          <w:tcPr>
            <w:tcW w:w="1424" w:type="dxa"/>
          </w:tcPr>
          <w:p w14:paraId="17C750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ภาพ</w:t>
            </w:r>
          </w:p>
        </w:tc>
        <w:tc>
          <w:tcPr>
            <w:tcW w:w="2344" w:type="dxa"/>
          </w:tcPr>
          <w:p w14:paraId="5457E7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สว่าง</w:t>
            </w:r>
          </w:p>
        </w:tc>
        <w:tc>
          <w:tcPr>
            <w:tcW w:w="5246" w:type="dxa"/>
          </w:tcPr>
          <w:p w14:paraId="4B65A4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มืดลง ระยะมองเห็นในฉาก 3D ลดลง (ไม่กระทบแผนที่)</w:t>
            </w:r>
          </w:p>
        </w:tc>
      </w:tr>
    </w:tbl>
    <w:p w14:paraId="57318DAE" w14:textId="77777777" w:rsidR="00501161" w:rsidRDefault="00501161">
      <w:pPr>
        <w:spacing w:after="40"/>
      </w:pPr>
    </w:p>
    <w:p w14:paraId="23152D78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กลางคืนคือ Risk/Reward ที่ผู้เล่นเลือกเอง อันตรายกว่า แต่ EXP และดรอปมากกว่า 30% และวัตถุดิบเฉพาะกลางคืนจำเป็นสำหรับสูตรคราฟบางอย่าง</w:t>
      </w:r>
    </w:p>
    <w:p w14:paraId="7E7E2596" w14:textId="77777777" w:rsidR="00501161" w:rsidRDefault="00C637DA">
      <w:pPr>
        <w:pStyle w:val="Heading2"/>
      </w:pPr>
      <w:bookmarkStart w:id="58" w:name="_Toc243336728"/>
      <w:r>
        <w:t>9.4 Chapter Deadline</w:t>
      </w:r>
      <w:bookmarkEnd w:id="58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96"/>
        <w:gridCol w:w="7618"/>
      </w:tblGrid>
      <w:tr w:rsidR="00501161" w14:paraId="573AE3D7" w14:textId="77777777">
        <w:trPr>
          <w:tblHeader/>
          <w:jc w:val="center"/>
        </w:trPr>
        <w:tc>
          <w:tcPr>
            <w:tcW w:w="1396" w:type="dxa"/>
            <w:shd w:val="clear" w:color="auto" w:fill="F2F2F2"/>
          </w:tcPr>
          <w:p w14:paraId="4874F94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วัน</w:t>
            </w:r>
          </w:p>
        </w:tc>
        <w:tc>
          <w:tcPr>
            <w:tcW w:w="7618" w:type="dxa"/>
            <w:shd w:val="clear" w:color="auto" w:fill="F2F2F2"/>
          </w:tcPr>
          <w:p w14:paraId="4A8B25E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เหตุการณ์</w:t>
            </w:r>
          </w:p>
        </w:tc>
      </w:tr>
      <w:tr w:rsidR="00501161" w14:paraId="63FA2EDC" w14:textId="77777777">
        <w:trPr>
          <w:jc w:val="center"/>
        </w:trPr>
        <w:tc>
          <w:tcPr>
            <w:tcW w:w="1396" w:type="dxa"/>
          </w:tcPr>
          <w:p w14:paraId="09439A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18" w:type="dxa"/>
          </w:tcPr>
          <w:p w14:paraId="01959E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เริ่ม Chapter ค่ายหน้าย้ายมาตั้งใหม่ บทสนทนาเปิด Chapter</w:t>
            </w:r>
          </w:p>
        </w:tc>
      </w:tr>
      <w:tr w:rsidR="00501161" w14:paraId="60B974FD" w14:textId="77777777">
        <w:trPr>
          <w:jc w:val="center"/>
        </w:trPr>
        <w:tc>
          <w:tcPr>
            <w:tcW w:w="1396" w:type="dxa"/>
          </w:tcPr>
          <w:p w14:paraId="0FE488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618" w:type="dxa"/>
          </w:tcPr>
          <w:p w14:paraId="4D58BF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บทสนทนาเตือน: เหลือ 7 วัน</w:t>
            </w:r>
          </w:p>
        </w:tc>
      </w:tr>
      <w:tr w:rsidR="00501161" w14:paraId="43B06FF6" w14:textId="77777777">
        <w:trPr>
          <w:jc w:val="center"/>
        </w:trPr>
        <w:tc>
          <w:tcPr>
            <w:tcW w:w="1396" w:type="dxa"/>
          </w:tcPr>
          <w:p w14:paraId="45C9F5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618" w:type="dxa"/>
          </w:tcPr>
          <w:p w14:paraId="6FEBC9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บทสนทนาเตือน: เหลือ 3 วัน · เรือนหมอหลวงและโรงตีเหล็กลดเวลาทำงาน 50%</w:t>
            </w:r>
          </w:p>
        </w:tc>
      </w:tr>
      <w:tr w:rsidR="00501161" w14:paraId="5404BADA" w14:textId="77777777">
        <w:trPr>
          <w:jc w:val="center"/>
        </w:trPr>
        <w:tc>
          <w:tcPr>
            <w:tcW w:w="1396" w:type="dxa"/>
          </w:tcPr>
          <w:p w14:paraId="62C3F8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618" w:type="dxa"/>
          </w:tcPr>
          <w:p w14:paraId="132D82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บทสนทนาเตือน: พรุ่งนี้บอสมา · แนะนำให้นอนพักและเซฟ</w:t>
            </w:r>
          </w:p>
        </w:tc>
      </w:tr>
      <w:tr w:rsidR="00501161" w14:paraId="0CB1B1C8" w14:textId="77777777">
        <w:trPr>
          <w:jc w:val="center"/>
        </w:trPr>
        <w:tc>
          <w:tcPr>
            <w:tcW w:w="1396" w:type="dxa"/>
          </w:tcPr>
          <w:p w14:paraId="548127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 (06:00)</w:t>
            </w:r>
          </w:p>
        </w:tc>
        <w:tc>
          <w:tcPr>
            <w:tcW w:w="7618" w:type="dxa"/>
          </w:tcPr>
          <w:p w14:paraId="79D8C9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บอสปรากฏ เข้าไฟต์บอสทันทีเมื่อออกจากค่าย หรือถ้าอยู่ในป่า บอสปรากฏที่ตำแหน่งปาร์ตี้</w:t>
            </w:r>
          </w:p>
        </w:tc>
      </w:tr>
    </w:tbl>
    <w:p w14:paraId="17FDF3BD" w14:textId="77777777" w:rsidR="00501161" w:rsidRDefault="00501161">
      <w:pPr>
        <w:spacing w:after="40"/>
      </w:pPr>
    </w:p>
    <w:p w14:paraId="047C6857" w14:textId="77777777" w:rsidR="00501161" w:rsidRDefault="00C637DA">
      <w:pPr>
        <w:ind w:firstLine="720"/>
      </w:pPr>
      <w:r>
        <w:t>ชนะบ</w:t>
      </w:r>
      <w:r>
        <w:t>อส → บทสนทนาปิด Chapter, ค่ายย้าย, ตัวนับวันเริ่มที่วันที่ 1 ของ Chapter ถัดไป · แพ้บอส → Game Over โหลดเซฟล่าสุด</w:t>
      </w:r>
    </w:p>
    <w:p w14:paraId="33BB7A71" w14:textId="77777777" w:rsidR="00501161" w:rsidRDefault="00C637DA">
      <w:pPr>
        <w:pStyle w:val="Heading3"/>
      </w:pPr>
      <w:r>
        <w:t xml:space="preserve">9.4.1 </w:t>
      </w:r>
      <w:r>
        <w:t>ท้าบอสก่อนกำหนด</w:t>
      </w:r>
    </w:p>
    <w:p w14:paraId="3A551AAA" w14:textId="77777777" w:rsidR="00501161" w:rsidRDefault="00C637DA">
      <w:pPr>
        <w:ind w:firstLine="720"/>
      </w:pPr>
      <w:r>
        <w:t>ผู้เล่นที่สำรวจถึงห้องบอส (ชั้นลึกสุดของ Chapter) สามารถท้าบอสก่อนวันที่ 31 ได้ เพื่อให้ผู้เล่นเก่งจบ Chapter เร็วกว่ากำ</w:t>
      </w:r>
      <w:r>
        <w:t>หนดได้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09"/>
        <w:gridCol w:w="7605"/>
      </w:tblGrid>
      <w:tr w:rsidR="00501161" w14:paraId="46DFF198" w14:textId="77777777">
        <w:trPr>
          <w:tblHeader/>
          <w:jc w:val="center"/>
        </w:trPr>
        <w:tc>
          <w:tcPr>
            <w:tcW w:w="1409" w:type="dxa"/>
            <w:shd w:val="clear" w:color="auto" w:fill="F2F2F2"/>
          </w:tcPr>
          <w:p w14:paraId="6DECCEE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605" w:type="dxa"/>
            <w:shd w:val="clear" w:color="auto" w:fill="F2F2F2"/>
          </w:tcPr>
          <w:p w14:paraId="30C9C03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41CA4874" w14:textId="77777777">
        <w:trPr>
          <w:jc w:val="center"/>
        </w:trPr>
        <w:tc>
          <w:tcPr>
            <w:tcW w:w="1409" w:type="dxa"/>
          </w:tcPr>
          <w:p w14:paraId="184438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เงื่อนไข</w:t>
            </w:r>
          </w:p>
        </w:tc>
        <w:tc>
          <w:tcPr>
            <w:tcW w:w="7605" w:type="dxa"/>
          </w:tcPr>
          <w:p w14:paraId="0C3755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ไปถึงห้องบอสและภารกิจหลักของ Chapter สำเร็จ</w:t>
            </w:r>
          </w:p>
        </w:tc>
      </w:tr>
      <w:tr w:rsidR="00501161" w14:paraId="5305F0E3" w14:textId="77777777">
        <w:trPr>
          <w:jc w:val="center"/>
        </w:trPr>
        <w:tc>
          <w:tcPr>
            <w:tcW w:w="1409" w:type="dxa"/>
          </w:tcPr>
          <w:p w14:paraId="084A66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รางวัล</w:t>
            </w:r>
          </w:p>
        </w:tc>
        <w:tc>
          <w:tcPr>
            <w:tcW w:w="7605" w:type="dxa"/>
          </w:tcPr>
          <w:p w14:paraId="293AE2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วันที่เหลือ × (50 × Chapter) Gold + วัตถุดิบบอสเพิ่ม 1 ชิ้นถ้าเหลือ ≥ 5 วัน</w:t>
            </w:r>
          </w:p>
        </w:tc>
      </w:tr>
      <w:tr w:rsidR="00501161" w14:paraId="467029C2" w14:textId="77777777">
        <w:trPr>
          <w:jc w:val="center"/>
        </w:trPr>
        <w:tc>
          <w:tcPr>
            <w:tcW w:w="1409" w:type="dxa"/>
          </w:tcPr>
          <w:p w14:paraId="25F70D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แพ้</w:t>
            </w:r>
          </w:p>
        </w:tc>
        <w:tc>
          <w:tcPr>
            <w:tcW w:w="7605" w:type="dxa"/>
          </w:tcPr>
          <w:p w14:paraId="11C179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Game Over </w:t>
            </w:r>
            <w:r>
              <w:rPr>
                <w:sz w:val="28"/>
                <w:szCs w:val="28"/>
              </w:rPr>
              <w:t>โหลดเซฟล่าสุด (เหมือนวันที่ 31)</w:t>
            </w:r>
          </w:p>
        </w:tc>
      </w:tr>
      <w:tr w:rsidR="00501161" w14:paraId="3A9B8F9F" w14:textId="77777777">
        <w:trPr>
          <w:jc w:val="center"/>
        </w:trPr>
        <w:tc>
          <w:tcPr>
            <w:tcW w:w="1409" w:type="dxa"/>
          </w:tcPr>
          <w:p w14:paraId="57FEC0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</w:t>
            </w:r>
          </w:p>
        </w:tc>
        <w:tc>
          <w:tcPr>
            <w:tcW w:w="7605" w:type="dxa"/>
          </w:tcPr>
          <w:p w14:paraId="631BBF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Stat </w:t>
            </w:r>
            <w:r>
              <w:rPr>
                <w:sz w:val="28"/>
                <w:szCs w:val="28"/>
              </w:rPr>
              <w:t>เท่ากับวันที่ 31</w:t>
            </w:r>
          </w:p>
        </w:tc>
      </w:tr>
    </w:tbl>
    <w:p w14:paraId="7CE18B8B" w14:textId="77777777" w:rsidR="00501161" w:rsidRDefault="00501161">
      <w:pPr>
        <w:spacing w:after="40"/>
      </w:pPr>
    </w:p>
    <w:p w14:paraId="73B349F4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ทำให้ความเก่งของผู้เล่นแปลงเป็นรางวัลจริง ไม่ใช่ต้องรอวันที่ 31 เฉยๆ และเปิดทางให้ Speedrun</w:t>
      </w:r>
    </w:p>
    <w:p w14:paraId="40291C96" w14:textId="77777777" w:rsidR="00501161" w:rsidRDefault="00C637DA">
      <w:pPr>
        <w:pStyle w:val="Heading1"/>
        <w:pageBreakBefore/>
      </w:pPr>
      <w:bookmarkStart w:id="59" w:name="_Toc243336729"/>
      <w:r>
        <w:lastRenderedPageBreak/>
        <w:t>10. Camp System</w:t>
      </w:r>
      <w:bookmarkEnd w:id="59"/>
    </w:p>
    <w:p w14:paraId="043A8595" w14:textId="77777777" w:rsidR="00501161" w:rsidRDefault="00C637DA">
      <w:pPr>
        <w:pStyle w:val="Heading2"/>
      </w:pPr>
      <w:bookmarkStart w:id="60" w:name="_Toc243336730"/>
      <w:r>
        <w:t>10.1 Overview</w:t>
      </w:r>
      <w:bookmarkEnd w:id="60"/>
    </w:p>
    <w:p w14:paraId="5423457F" w14:textId="77777777" w:rsidR="00501161" w:rsidRDefault="00C637DA">
      <w:pPr>
        <w:ind w:firstLine="720"/>
      </w:pPr>
      <w:r>
        <w:t xml:space="preserve">ค่ายคือพื้นที่ปลอดภัยที่ผู้เล่นใช้เตรียมตัวก่อนเข้าป่า ค่ายแรกตั้งอยู่รอบซาก "สำเภาศรีอโยธยา" </w:t>
      </w:r>
      <w:r>
        <w:t>ที่เกยอยู่กลางป่าหิมพานต์หลังทะลุม่านหมอก (Section 15.1) ทุกบริการในค่ายมี NPC ประจำ ซึ่งเป็นสมาชิกคณะทูตที่รอดชีวิตมาด้วยกัน ในค่ายไม่มีการต่อสู้ แต่ทุก Action กินเวลา (Section 9.2.2) เมื่อจบแต่ละ Chapter คณะจะยกค่ายตามเข้าไปลึกขึ้น (ค่ายหน้า)</w:t>
      </w:r>
    </w:p>
    <w:p w14:paraId="682E04F5" w14:textId="77777777" w:rsidR="00501161" w:rsidRDefault="00C637DA">
      <w:pPr>
        <w:ind w:firstLine="720"/>
      </w:pPr>
      <w:r>
        <w:t>Design prin</w:t>
      </w:r>
      <w:r>
        <w:t>ciples:</w:t>
      </w:r>
    </w:p>
    <w:p w14:paraId="48811374" w14:textId="77777777" w:rsidR="00501161" w:rsidRDefault="00C637DA">
      <w:pPr>
        <w:pStyle w:val="ListBullet"/>
        <w:ind w:left="720"/>
      </w:pPr>
      <w:r>
        <w:rPr>
          <w:b/>
          <w:bCs/>
        </w:rPr>
        <w:t>ทุกบริการมีหน้าตาเป็นคน</w:t>
      </w:r>
      <w:r>
        <w:t xml:space="preserve">: </w:t>
      </w:r>
      <w:r>
        <w:t>แบบ Etrian Odyssey ที่ร้านค้า โรงแรม และกิลด์ล้วนมี NPC ที่ผู้เล่นจำได้ ทำให้ค่ายเป็น "บ้าน" ไม่ใช่แค่เมนู</w:t>
      </w:r>
    </w:p>
    <w:p w14:paraId="1AD42AED" w14:textId="77777777" w:rsidR="00501161" w:rsidRDefault="00C637DA">
      <w:pPr>
        <w:pStyle w:val="ListBullet"/>
        <w:ind w:left="720"/>
      </w:pPr>
      <w:r>
        <w:rPr>
          <w:b/>
          <w:bCs/>
        </w:rPr>
        <w:t xml:space="preserve">NPC </w:t>
      </w:r>
      <w:r>
        <w:rPr>
          <w:b/>
          <w:bCs/>
        </w:rPr>
        <w:t>คือคณะทูต</w:t>
      </w:r>
      <w:r>
        <w:t xml:space="preserve">: </w:t>
      </w:r>
      <w:r>
        <w:t>ทุกคนเป็นคนที่ผู้เล่นมีหน้าที่คุ้มกัน การปกป้องค่ายจึงมีความหมายทางเรื่องราว และ NPC ใช้เป็นช่องทางเล</w:t>
      </w:r>
      <w:r>
        <w:t>่าเรื่องผ่านบทสนทนา (Section 15.2)</w:t>
      </w:r>
    </w:p>
    <w:p w14:paraId="587F7B25" w14:textId="77777777" w:rsidR="00501161" w:rsidRDefault="00C637DA">
      <w:pPr>
        <w:pStyle w:val="ListBullet"/>
        <w:ind w:left="720"/>
      </w:pPr>
      <w:r>
        <w:rPr>
          <w:b/>
          <w:bCs/>
        </w:rPr>
        <w:t>ค่ายโตตามการเล่น</w:t>
      </w:r>
      <w:r>
        <w:t xml:space="preserve">: </w:t>
      </w:r>
      <w:r>
        <w:t>บริการ สินค้า และสูตรคราฟปลดล็อกเพิ่มจากสิ่งที่ผู้เล่นนำกลับมา (วัตถุดิบ ภารกิจ แผนที่) ผู้เล่นเห็นผลของการสำรวจได้ทันทีที่กลับค่าย</w:t>
      </w:r>
    </w:p>
    <w:p w14:paraId="2DA42B5C" w14:textId="77777777" w:rsidR="00501161" w:rsidRDefault="00C637DA">
      <w:pPr>
        <w:pStyle w:val="ListBullet"/>
        <w:ind w:left="720"/>
      </w:pPr>
      <w:r>
        <w:rPr>
          <w:b/>
          <w:bCs/>
        </w:rPr>
        <w:t>ทุกบริการกินเวลา</w:t>
      </w:r>
      <w:r>
        <w:t xml:space="preserve">: </w:t>
      </w:r>
      <w:r>
        <w:t>ค่ายปลอดภัยแต่ไม่ฟรี ผู้เล่นต้องเลือกว่าจะใช้เวลาในค่</w:t>
      </w:r>
      <w:r>
        <w:t>ายทำอะไรก่อน</w:t>
      </w:r>
    </w:p>
    <w:p w14:paraId="0E203800" w14:textId="77777777" w:rsidR="00501161" w:rsidRDefault="00C637DA">
      <w:pPr>
        <w:pStyle w:val="Heading2"/>
      </w:pPr>
      <w:bookmarkStart w:id="61" w:name="_Toc243336731"/>
      <w:r>
        <w:t xml:space="preserve">10.2 Camp Layout — </w:t>
      </w:r>
      <w:r>
        <w:t>ค่ายสำเภาเกยตื้น</w:t>
      </w:r>
      <w:bookmarkEnd w:id="61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06"/>
        <w:gridCol w:w="2739"/>
        <w:gridCol w:w="1826"/>
        <w:gridCol w:w="3043"/>
      </w:tblGrid>
      <w:tr w:rsidR="00501161" w14:paraId="6FB592B8" w14:textId="77777777">
        <w:trPr>
          <w:tblHeader/>
          <w:jc w:val="center"/>
        </w:trPr>
        <w:tc>
          <w:tcPr>
            <w:tcW w:w="1406" w:type="dxa"/>
            <w:shd w:val="clear" w:color="auto" w:fill="F2F2F2"/>
          </w:tcPr>
          <w:p w14:paraId="051107B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สถานที่</w:t>
            </w:r>
          </w:p>
        </w:tc>
        <w:tc>
          <w:tcPr>
            <w:tcW w:w="2739" w:type="dxa"/>
            <w:shd w:val="clear" w:color="auto" w:fill="F2F2F2"/>
          </w:tcPr>
          <w:p w14:paraId="79625F7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ตำแหน่งในค่าย</w:t>
            </w:r>
          </w:p>
        </w:tc>
        <w:tc>
          <w:tcPr>
            <w:tcW w:w="1826" w:type="dxa"/>
            <w:shd w:val="clear" w:color="auto" w:fill="F2F2F2"/>
          </w:tcPr>
          <w:p w14:paraId="4DF4F32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NPC</w:t>
            </w:r>
          </w:p>
        </w:tc>
        <w:tc>
          <w:tcPr>
            <w:tcW w:w="3043" w:type="dxa"/>
            <w:shd w:val="clear" w:color="auto" w:fill="F2F2F2"/>
          </w:tcPr>
          <w:p w14:paraId="49201AE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บริการหลัก</w:t>
            </w:r>
          </w:p>
        </w:tc>
      </w:tr>
      <w:tr w:rsidR="00501161" w14:paraId="07727FD6" w14:textId="77777777">
        <w:trPr>
          <w:jc w:val="center"/>
        </w:trPr>
        <w:tc>
          <w:tcPr>
            <w:tcW w:w="1406" w:type="dxa"/>
          </w:tcPr>
          <w:p w14:paraId="23CA85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เรือนราชทูต</w:t>
            </w:r>
          </w:p>
        </w:tc>
        <w:tc>
          <w:tcPr>
            <w:tcW w:w="2739" w:type="dxa"/>
          </w:tcPr>
          <w:p w14:paraId="2B710F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ห้องท้ายสำเภา (ห้องที่ปลอดภัยที่สุด)</w:t>
            </w:r>
          </w:p>
        </w:tc>
        <w:tc>
          <w:tcPr>
            <w:tcW w:w="1826" w:type="dxa"/>
          </w:tcPr>
          <w:p w14:paraId="2B74B5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พระยาศรีธรรมทูต</w:t>
            </w:r>
          </w:p>
        </w:tc>
        <w:tc>
          <w:tcPr>
            <w:tcW w:w="3043" w:type="dxa"/>
          </w:tcPr>
          <w:p w14:paraId="3763B7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ภารกิจหลัก (Main Mission)</w:t>
            </w:r>
          </w:p>
        </w:tc>
      </w:tr>
      <w:tr w:rsidR="00501161" w14:paraId="46943C0E" w14:textId="77777777">
        <w:trPr>
          <w:jc w:val="center"/>
        </w:trPr>
        <w:tc>
          <w:tcPr>
            <w:tcW w:w="1406" w:type="dxa"/>
          </w:tcPr>
          <w:p w14:paraId="4E9EEF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หอบันทึก</w:t>
            </w:r>
          </w:p>
        </w:tc>
        <w:tc>
          <w:tcPr>
            <w:tcW w:w="2739" w:type="dxa"/>
          </w:tcPr>
          <w:p w14:paraId="4264B0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ห้องเก็บสาสน์ใต้ดาดฟ้า</w:t>
            </w:r>
          </w:p>
        </w:tc>
        <w:tc>
          <w:tcPr>
            <w:tcW w:w="1826" w:type="dxa"/>
          </w:tcPr>
          <w:p w14:paraId="2BE069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ขุนวรวาที</w:t>
            </w:r>
          </w:p>
        </w:tc>
        <w:tc>
          <w:tcPr>
            <w:tcW w:w="3043" w:type="dxa"/>
          </w:tcPr>
          <w:p w14:paraId="5B4379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ภารกิจแผนที่, สมุดสัตว์, </w:t>
            </w:r>
            <w:r>
              <w:rPr>
                <w:sz w:val="28"/>
                <w:szCs w:val="28"/>
              </w:rPr>
              <w:t>แผนที่โลก</w:t>
            </w:r>
          </w:p>
        </w:tc>
      </w:tr>
      <w:tr w:rsidR="00501161" w14:paraId="51927083" w14:textId="77777777">
        <w:trPr>
          <w:jc w:val="center"/>
        </w:trPr>
        <w:tc>
          <w:tcPr>
            <w:tcW w:w="1406" w:type="dxa"/>
          </w:tcPr>
          <w:p w14:paraId="3FD0B9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ทำเนียบอาสา</w:t>
            </w:r>
          </w:p>
        </w:tc>
        <w:tc>
          <w:tcPr>
            <w:tcW w:w="2739" w:type="dxa"/>
          </w:tcPr>
          <w:p w14:paraId="4561C5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กระโจมผ้าใบข้างกราบเรือ</w:t>
            </w:r>
          </w:p>
        </w:tc>
        <w:tc>
          <w:tcPr>
            <w:tcW w:w="1826" w:type="dxa"/>
          </w:tcPr>
          <w:p w14:paraId="52E168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หมื่นราชอาสา (นายทองอิน)</w:t>
            </w:r>
          </w:p>
        </w:tc>
        <w:tc>
          <w:tcPr>
            <w:tcW w:w="3043" w:type="dxa"/>
          </w:tcPr>
          <w:p w14:paraId="2C659F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จ้าง / ปลด / จัดปาร์ตี้</w:t>
            </w:r>
          </w:p>
        </w:tc>
      </w:tr>
      <w:tr w:rsidR="00501161" w14:paraId="4E7F40E9" w14:textId="77777777">
        <w:trPr>
          <w:jc w:val="center"/>
        </w:trPr>
        <w:tc>
          <w:tcPr>
            <w:tcW w:w="1406" w:type="dxa"/>
          </w:tcPr>
          <w:p w14:paraId="79F328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เรือนหมอหลวง</w:t>
            </w:r>
          </w:p>
        </w:tc>
        <w:tc>
          <w:tcPr>
            <w:tcW w:w="2739" w:type="dxa"/>
          </w:tcPr>
          <w:p w14:paraId="0062F1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เพิงไม้ไผ่ใต้ต้นไทร</w:t>
            </w:r>
          </w:p>
        </w:tc>
        <w:tc>
          <w:tcPr>
            <w:tcW w:w="1826" w:type="dxa"/>
          </w:tcPr>
          <w:p w14:paraId="6EE350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หมอหลวงพุ่ม + จันทร์</w:t>
            </w:r>
          </w:p>
        </w:tc>
        <w:tc>
          <w:tcPr>
            <w:tcW w:w="3043" w:type="dxa"/>
          </w:tcPr>
          <w:p w14:paraId="219E3C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รักษา, เรียกขวัญ, ปรุงยา</w:t>
            </w:r>
          </w:p>
        </w:tc>
      </w:tr>
      <w:tr w:rsidR="00501161" w14:paraId="55C9E68D" w14:textId="77777777">
        <w:trPr>
          <w:jc w:val="center"/>
        </w:trPr>
        <w:tc>
          <w:tcPr>
            <w:tcW w:w="1406" w:type="dxa"/>
          </w:tcPr>
          <w:p w14:paraId="02EA05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โรงตีเหล็ก</w:t>
            </w:r>
          </w:p>
        </w:tc>
        <w:tc>
          <w:tcPr>
            <w:tcW w:w="2739" w:type="dxa"/>
          </w:tcPr>
          <w:p w14:paraId="66D4B9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เตาที่ก่อจากหินถ่วงเรือ</w:t>
            </w:r>
          </w:p>
        </w:tc>
        <w:tc>
          <w:tcPr>
            <w:tcW w:w="1826" w:type="dxa"/>
          </w:tcPr>
          <w:p w14:paraId="09DF57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นายช่างมั่น + จิโร่</w:t>
            </w:r>
          </w:p>
        </w:tc>
        <w:tc>
          <w:tcPr>
            <w:tcW w:w="3043" w:type="dxa"/>
          </w:tcPr>
          <w:p w14:paraId="58231A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คราฟอาวุธ ชุดเกราะ เครื่</w:t>
            </w:r>
            <w:r>
              <w:rPr>
                <w:sz w:val="28"/>
                <w:szCs w:val="28"/>
              </w:rPr>
              <w:t>องราง</w:t>
            </w:r>
          </w:p>
        </w:tc>
      </w:tr>
      <w:tr w:rsidR="00501161" w14:paraId="13FCC4FF" w14:textId="77777777">
        <w:trPr>
          <w:jc w:val="center"/>
        </w:trPr>
        <w:tc>
          <w:tcPr>
            <w:tcW w:w="1406" w:type="dxa"/>
          </w:tcPr>
          <w:p w14:paraId="3D9E82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ห้างเถ้าแก่ฮง</w:t>
            </w:r>
          </w:p>
        </w:tc>
        <w:tc>
          <w:tcPr>
            <w:tcW w:w="2739" w:type="dxa"/>
          </w:tcPr>
          <w:p w14:paraId="04FD28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ระวางสินค้าท้องเรือ</w:t>
            </w:r>
          </w:p>
        </w:tc>
        <w:tc>
          <w:tcPr>
            <w:tcW w:w="1826" w:type="dxa"/>
          </w:tcPr>
          <w:p w14:paraId="7EF42A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เถ้าแก่ฮง</w:t>
            </w:r>
          </w:p>
        </w:tc>
        <w:tc>
          <w:tcPr>
            <w:tcW w:w="3043" w:type="dxa"/>
          </w:tcPr>
          <w:p w14:paraId="780286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ซื้อ / ขายไอเทมและวัตถุดิบ</w:t>
            </w:r>
          </w:p>
        </w:tc>
      </w:tr>
      <w:tr w:rsidR="00501161" w14:paraId="7D35C573" w14:textId="77777777">
        <w:trPr>
          <w:jc w:val="center"/>
        </w:trPr>
        <w:tc>
          <w:tcPr>
            <w:tcW w:w="1406" w:type="dxa"/>
          </w:tcPr>
          <w:p w14:paraId="631E36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ครัวไฟ</w:t>
            </w:r>
          </w:p>
        </w:tc>
        <w:tc>
          <w:tcPr>
            <w:tcW w:w="2739" w:type="dxa"/>
          </w:tcPr>
          <w:p w14:paraId="190DE6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กองไฟกลางค่าย</w:t>
            </w:r>
          </w:p>
        </w:tc>
        <w:tc>
          <w:tcPr>
            <w:tcW w:w="1826" w:type="dxa"/>
          </w:tcPr>
          <w:p w14:paraId="455CF7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ยายเนียม</w:t>
            </w:r>
          </w:p>
        </w:tc>
        <w:tc>
          <w:tcPr>
            <w:tcW w:w="3043" w:type="dxa"/>
          </w:tcPr>
          <w:p w14:paraId="1A95BB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ทำอาหาร, ภารกิจย่อย, ข่าวลือ</w:t>
            </w:r>
          </w:p>
        </w:tc>
      </w:tr>
      <w:tr w:rsidR="00501161" w14:paraId="2511391E" w14:textId="77777777">
        <w:trPr>
          <w:jc w:val="center"/>
        </w:trPr>
        <w:tc>
          <w:tcPr>
            <w:tcW w:w="1406" w:type="dxa"/>
          </w:tcPr>
          <w:p w14:paraId="12E4C3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ศาลาพระ</w:t>
            </w:r>
          </w:p>
        </w:tc>
        <w:tc>
          <w:tcPr>
            <w:tcW w:w="2739" w:type="dxa"/>
          </w:tcPr>
          <w:p w14:paraId="6D3CBA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ศาลาที่ต่อจากไม้เสากระโดง</w:t>
            </w:r>
          </w:p>
        </w:tc>
        <w:tc>
          <w:tcPr>
            <w:tcW w:w="1826" w:type="dxa"/>
          </w:tcPr>
          <w:p w14:paraId="4DD17F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หลวงตาทอง</w:t>
            </w:r>
          </w:p>
        </w:tc>
        <w:tc>
          <w:tcPr>
            <w:tcW w:w="3043" w:type="dxa"/>
          </w:tcPr>
          <w:p w14:paraId="79253F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นอนพัก, บันทึกเกม (Save), พักฟื้น (Rest)</w:t>
            </w:r>
          </w:p>
        </w:tc>
      </w:tr>
    </w:tbl>
    <w:p w14:paraId="20C8F05E" w14:textId="77777777" w:rsidR="00501161" w:rsidRDefault="00501161">
      <w:pPr>
        <w:spacing w:after="40"/>
      </w:pPr>
    </w:p>
    <w:p w14:paraId="57BA1007" w14:textId="77777777" w:rsidR="00501161" w:rsidRDefault="00C637DA">
      <w:pPr>
        <w:pStyle w:val="ListBullet"/>
        <w:ind w:left="720"/>
      </w:pPr>
      <w:r>
        <w:rPr>
          <w:b/>
          <w:bCs/>
        </w:rPr>
        <w:lastRenderedPageBreak/>
        <w:t>Design Note:</w:t>
      </w:r>
      <w:r>
        <w:t xml:space="preserve"> </w:t>
      </w:r>
      <w:r>
        <w:t>ค่ายสร้างจากชิ้นส่วนของสำเภาลำเดิม ทุกครั้งที่ย้ายค่ายหน้า ผู้เล่นจะเห็นชิ้นส่วนเรือที่ขนตามมาน้อยลงเรื่อยๆ ส่วนที่เป็นวัสดุจากป่ามากขึ้น เป็นภาพที่บอกว่าคณะยิ่งห่างจากบ้าน และยิ่งเป็นส่วนหนึ่งของป่า (ตรงกับ Section 6.3 Depth Feeling)</w:t>
      </w:r>
    </w:p>
    <w:p w14:paraId="1805BA22" w14:textId="77777777" w:rsidR="00501161" w:rsidRDefault="00C637DA">
      <w:pPr>
        <w:pStyle w:val="Heading2"/>
      </w:pPr>
      <w:bookmarkStart w:id="62" w:name="_Toc243336732"/>
      <w:r>
        <w:t>10.3 Camp NPC</w:t>
      </w:r>
      <w:bookmarkEnd w:id="62"/>
    </w:p>
    <w:p w14:paraId="2EC258CF" w14:textId="77777777" w:rsidR="00501161" w:rsidRDefault="00C637DA">
      <w:pPr>
        <w:ind w:firstLine="720"/>
      </w:pPr>
      <w:r>
        <w:t xml:space="preserve">NPC </w:t>
      </w:r>
      <w:r>
        <w:t>ปร</w:t>
      </w:r>
      <w:r>
        <w:t>ะจำค่ายมีทั้งหมด 8 คน (+ ผู้ช่วย 2 คน) ทุกคนเป็นสมาชิกคณะทูตอโยธยาที่รอดจากการเกยตื้น ตารางด้านล่างคือภาพรวม รายละเอียดแต่ละคนอยู่ในหัวข้อย่อย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1"/>
        <w:gridCol w:w="3038"/>
        <w:gridCol w:w="1924"/>
        <w:gridCol w:w="1621"/>
      </w:tblGrid>
      <w:tr w:rsidR="00501161" w14:paraId="6815D352" w14:textId="77777777">
        <w:trPr>
          <w:tblHeader/>
          <w:jc w:val="center"/>
        </w:trPr>
        <w:tc>
          <w:tcPr>
            <w:tcW w:w="2431" w:type="dxa"/>
            <w:shd w:val="clear" w:color="auto" w:fill="F2F2F2"/>
          </w:tcPr>
          <w:p w14:paraId="70D5C85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NPC</w:t>
            </w:r>
          </w:p>
        </w:tc>
        <w:tc>
          <w:tcPr>
            <w:tcW w:w="3038" w:type="dxa"/>
            <w:shd w:val="clear" w:color="auto" w:fill="F2F2F2"/>
          </w:tcPr>
          <w:p w14:paraId="547405A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ตำแหน่งในคณะทูต</w:t>
            </w:r>
          </w:p>
        </w:tc>
        <w:tc>
          <w:tcPr>
            <w:tcW w:w="1924" w:type="dxa"/>
            <w:shd w:val="clear" w:color="auto" w:fill="F2F2F2"/>
          </w:tcPr>
          <w:p w14:paraId="0209B34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หมวดบริการ</w:t>
            </w:r>
          </w:p>
        </w:tc>
        <w:tc>
          <w:tcPr>
            <w:tcW w:w="1621" w:type="dxa"/>
            <w:shd w:val="clear" w:color="auto" w:fill="F2F2F2"/>
          </w:tcPr>
          <w:p w14:paraId="493096C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บุคลิก (คำเดียว)</w:t>
            </w:r>
          </w:p>
        </w:tc>
      </w:tr>
      <w:tr w:rsidR="00501161" w14:paraId="11E03761" w14:textId="77777777">
        <w:trPr>
          <w:jc w:val="center"/>
        </w:trPr>
        <w:tc>
          <w:tcPr>
            <w:tcW w:w="2431" w:type="dxa"/>
          </w:tcPr>
          <w:p w14:paraId="2858DF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พระยาศรีธรรมทูต</w:t>
            </w:r>
          </w:p>
        </w:tc>
        <w:tc>
          <w:tcPr>
            <w:tcW w:w="3038" w:type="dxa"/>
          </w:tcPr>
          <w:p w14:paraId="747030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ราชทูต (หัวหน้าคณะ)</w:t>
            </w:r>
          </w:p>
        </w:tc>
        <w:tc>
          <w:tcPr>
            <w:tcW w:w="1924" w:type="dxa"/>
          </w:tcPr>
          <w:p w14:paraId="0F1404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เควสหลัก</w:t>
            </w:r>
          </w:p>
        </w:tc>
        <w:tc>
          <w:tcPr>
            <w:tcW w:w="1621" w:type="dxa"/>
          </w:tcPr>
          <w:p w14:paraId="0DFF2F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สง่า</w:t>
            </w:r>
          </w:p>
        </w:tc>
      </w:tr>
      <w:tr w:rsidR="00501161" w14:paraId="3511DEC2" w14:textId="77777777">
        <w:trPr>
          <w:jc w:val="center"/>
        </w:trPr>
        <w:tc>
          <w:tcPr>
            <w:tcW w:w="2431" w:type="dxa"/>
          </w:tcPr>
          <w:p w14:paraId="61B948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ขุนวรวาที</w:t>
            </w:r>
          </w:p>
        </w:tc>
        <w:tc>
          <w:tcPr>
            <w:tcW w:w="3038" w:type="dxa"/>
          </w:tcPr>
          <w:p w14:paraId="1C1F1C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ตรีทูต / อาลักษณ์ประจำคณะ</w:t>
            </w:r>
          </w:p>
        </w:tc>
        <w:tc>
          <w:tcPr>
            <w:tcW w:w="1924" w:type="dxa"/>
          </w:tcPr>
          <w:p w14:paraId="70890E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เควสแผนที่ / บันทึก</w:t>
            </w:r>
          </w:p>
        </w:tc>
        <w:tc>
          <w:tcPr>
            <w:tcW w:w="1621" w:type="dxa"/>
          </w:tcPr>
          <w:p w14:paraId="54ED77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ช่างจด</w:t>
            </w:r>
          </w:p>
        </w:tc>
      </w:tr>
      <w:tr w:rsidR="00501161" w14:paraId="2C131B86" w14:textId="77777777">
        <w:trPr>
          <w:jc w:val="center"/>
        </w:trPr>
        <w:tc>
          <w:tcPr>
            <w:tcW w:w="2431" w:type="dxa"/>
          </w:tcPr>
          <w:p w14:paraId="099B78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หมื่นราชอาสา (นายทองอิน)</w:t>
            </w:r>
          </w:p>
        </w:tc>
        <w:tc>
          <w:tcPr>
            <w:tcW w:w="3038" w:type="dxa"/>
          </w:tcPr>
          <w:p w14:paraId="2C694B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นายกองพลทหารเรือ</w:t>
            </w:r>
          </w:p>
        </w:tc>
        <w:tc>
          <w:tcPr>
            <w:tcW w:w="1924" w:type="dxa"/>
          </w:tcPr>
          <w:p w14:paraId="5E8A87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คัดคนเข้าปาร์ตี้</w:t>
            </w:r>
          </w:p>
        </w:tc>
        <w:tc>
          <w:tcPr>
            <w:tcW w:w="1621" w:type="dxa"/>
          </w:tcPr>
          <w:p w14:paraId="037149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ขี้บ่นใจดี</w:t>
            </w:r>
          </w:p>
        </w:tc>
      </w:tr>
      <w:tr w:rsidR="00501161" w14:paraId="79F94E35" w14:textId="77777777">
        <w:trPr>
          <w:jc w:val="center"/>
        </w:trPr>
        <w:tc>
          <w:tcPr>
            <w:tcW w:w="2431" w:type="dxa"/>
          </w:tcPr>
          <w:p w14:paraId="7413BB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หมอหลวงพุ่ม</w:t>
            </w:r>
          </w:p>
        </w:tc>
        <w:tc>
          <w:tcPr>
            <w:tcW w:w="3038" w:type="dxa"/>
          </w:tcPr>
          <w:p w14:paraId="34042C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หมอหลวงประจำคณะ</w:t>
            </w:r>
          </w:p>
        </w:tc>
        <w:tc>
          <w:tcPr>
            <w:tcW w:w="1924" w:type="dxa"/>
          </w:tcPr>
          <w:p w14:paraId="1F3A22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</w:t>
            </w:r>
          </w:p>
        </w:tc>
        <w:tc>
          <w:tcPr>
            <w:tcW w:w="1621" w:type="dxa"/>
          </w:tcPr>
          <w:p w14:paraId="144D71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ใจเย็น</w:t>
            </w:r>
          </w:p>
        </w:tc>
      </w:tr>
      <w:tr w:rsidR="00501161" w14:paraId="34444A3F" w14:textId="77777777">
        <w:trPr>
          <w:jc w:val="center"/>
        </w:trPr>
        <w:tc>
          <w:tcPr>
            <w:tcW w:w="2431" w:type="dxa"/>
          </w:tcPr>
          <w:p w14:paraId="6C3A3D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จันทร์</w:t>
            </w:r>
          </w:p>
        </w:tc>
        <w:tc>
          <w:tcPr>
            <w:tcW w:w="3038" w:type="dxa"/>
          </w:tcPr>
          <w:p w14:paraId="116715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หลานสาวหมอหลวง ผู้ช่วยปรุงยา</w:t>
            </w:r>
          </w:p>
        </w:tc>
        <w:tc>
          <w:tcPr>
            <w:tcW w:w="1924" w:type="dxa"/>
          </w:tcPr>
          <w:p w14:paraId="3AB480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 (ผู้ช่วย)</w:t>
            </w:r>
          </w:p>
        </w:tc>
        <w:tc>
          <w:tcPr>
            <w:tcW w:w="1621" w:type="dxa"/>
          </w:tcPr>
          <w:p w14:paraId="39BA1F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ช่างสงสัย</w:t>
            </w:r>
          </w:p>
        </w:tc>
      </w:tr>
      <w:tr w:rsidR="00501161" w14:paraId="58CCED59" w14:textId="77777777">
        <w:trPr>
          <w:jc w:val="center"/>
        </w:trPr>
        <w:tc>
          <w:tcPr>
            <w:tcW w:w="2431" w:type="dxa"/>
          </w:tcPr>
          <w:p w14:paraId="3AE127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นายช่างมั่น</w:t>
            </w:r>
          </w:p>
        </w:tc>
        <w:tc>
          <w:tcPr>
            <w:tcW w:w="3038" w:type="dxa"/>
          </w:tcPr>
          <w:p w14:paraId="6AB196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ช่างดาบกรมช่างสิบหมู่</w:t>
            </w:r>
          </w:p>
        </w:tc>
        <w:tc>
          <w:tcPr>
            <w:tcW w:w="1924" w:type="dxa"/>
          </w:tcPr>
          <w:p w14:paraId="39E49E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คราฟ</w:t>
            </w:r>
          </w:p>
        </w:tc>
        <w:tc>
          <w:tcPr>
            <w:tcW w:w="1621" w:type="dxa"/>
          </w:tcPr>
          <w:p w14:paraId="12A82C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ดุ ตรง</w:t>
            </w:r>
          </w:p>
        </w:tc>
      </w:tr>
      <w:tr w:rsidR="00501161" w14:paraId="1027E5BF" w14:textId="77777777">
        <w:trPr>
          <w:jc w:val="center"/>
        </w:trPr>
        <w:tc>
          <w:tcPr>
            <w:tcW w:w="2431" w:type="dxa"/>
          </w:tcPr>
          <w:p w14:paraId="48BA66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จิโร่</w:t>
            </w:r>
          </w:p>
        </w:tc>
        <w:tc>
          <w:tcPr>
            <w:tcW w:w="3038" w:type="dxa"/>
          </w:tcPr>
          <w:p w14:paraId="32083B7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ช่างตีดาบหนุ่มจากบ้านญี่ปุ่น</w:t>
            </w:r>
          </w:p>
        </w:tc>
        <w:tc>
          <w:tcPr>
            <w:tcW w:w="1924" w:type="dxa"/>
          </w:tcPr>
          <w:p w14:paraId="00DD49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คราฟ (ผู้ช่วย)</w:t>
            </w:r>
          </w:p>
        </w:tc>
        <w:tc>
          <w:tcPr>
            <w:tcW w:w="1621" w:type="dxa"/>
          </w:tcPr>
          <w:p w14:paraId="444B19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มุ่งมั่น</w:t>
            </w:r>
          </w:p>
        </w:tc>
      </w:tr>
      <w:tr w:rsidR="00501161" w14:paraId="0C8B32E2" w14:textId="77777777">
        <w:trPr>
          <w:jc w:val="center"/>
        </w:trPr>
        <w:tc>
          <w:tcPr>
            <w:tcW w:w="2431" w:type="dxa"/>
          </w:tcPr>
          <w:p w14:paraId="65A58D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เถ้าแก่ฮง</w:t>
            </w:r>
          </w:p>
        </w:tc>
        <w:tc>
          <w:tcPr>
            <w:tcW w:w="3038" w:type="dxa"/>
          </w:tcPr>
          <w:p w14:paraId="1B24F6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นายสำเภา (เจ้าของสินค้าในเรือ)</w:t>
            </w:r>
          </w:p>
        </w:tc>
        <w:tc>
          <w:tcPr>
            <w:tcW w:w="1924" w:type="dxa"/>
          </w:tcPr>
          <w:p w14:paraId="742188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ขายของ</w:t>
            </w:r>
          </w:p>
        </w:tc>
        <w:tc>
          <w:tcPr>
            <w:tcW w:w="1621" w:type="dxa"/>
          </w:tcPr>
          <w:p w14:paraId="458B50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ช่างต่อรอง</w:t>
            </w:r>
          </w:p>
        </w:tc>
      </w:tr>
      <w:tr w:rsidR="00501161" w14:paraId="39F0FA9D" w14:textId="77777777">
        <w:trPr>
          <w:jc w:val="center"/>
        </w:trPr>
        <w:tc>
          <w:tcPr>
            <w:tcW w:w="2431" w:type="dxa"/>
          </w:tcPr>
          <w:p w14:paraId="532BBD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ยายเนียม</w:t>
            </w:r>
          </w:p>
        </w:tc>
        <w:tc>
          <w:tcPr>
            <w:tcW w:w="3038" w:type="dxa"/>
          </w:tcPr>
          <w:p w14:paraId="4FFE8B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แม่ครัวประจำสำเภา</w:t>
            </w:r>
          </w:p>
        </w:tc>
        <w:tc>
          <w:tcPr>
            <w:tcW w:w="1924" w:type="dxa"/>
          </w:tcPr>
          <w:p w14:paraId="734CF3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เควสย่อย / อาหาร</w:t>
            </w:r>
          </w:p>
        </w:tc>
        <w:tc>
          <w:tcPr>
            <w:tcW w:w="1621" w:type="dxa"/>
          </w:tcPr>
          <w:p w14:paraId="6A3979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ปากจัดใจอ่อน</w:t>
            </w:r>
          </w:p>
        </w:tc>
      </w:tr>
      <w:tr w:rsidR="00501161" w14:paraId="5431A5C5" w14:textId="77777777">
        <w:trPr>
          <w:jc w:val="center"/>
        </w:trPr>
        <w:tc>
          <w:tcPr>
            <w:tcW w:w="2431" w:type="dxa"/>
          </w:tcPr>
          <w:p w14:paraId="6CCB24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หลวงตาทอง</w:t>
            </w:r>
          </w:p>
        </w:tc>
        <w:tc>
          <w:tcPr>
            <w:tcW w:w="3038" w:type="dxa"/>
          </w:tcPr>
          <w:p w14:paraId="483546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พระที่ติดคณะไปเผยแผ่ธรรม</w:t>
            </w:r>
          </w:p>
        </w:tc>
        <w:tc>
          <w:tcPr>
            <w:tcW w:w="1924" w:type="dxa"/>
          </w:tcPr>
          <w:p w14:paraId="3EDF62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นอน / Save / Rest</w:t>
            </w:r>
          </w:p>
        </w:tc>
        <w:tc>
          <w:tcPr>
            <w:tcW w:w="1621" w:type="dxa"/>
          </w:tcPr>
          <w:p w14:paraId="1ACD61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สงบ</w:t>
            </w:r>
          </w:p>
        </w:tc>
      </w:tr>
    </w:tbl>
    <w:p w14:paraId="0FB16204" w14:textId="77777777" w:rsidR="00501161" w:rsidRDefault="00501161">
      <w:pPr>
        <w:spacing w:after="40"/>
      </w:pPr>
    </w:p>
    <w:p w14:paraId="2309F910" w14:textId="77777777" w:rsidR="00501161" w:rsidRDefault="00C637DA">
      <w:pPr>
        <w:pStyle w:val="Heading3"/>
      </w:pPr>
      <w:r>
        <w:t xml:space="preserve">10.3.1 </w:t>
      </w:r>
      <w:r>
        <w:t>พระยาศรีธรรมทูต — ราชทูต (Main Mission)</w:t>
      </w:r>
    </w:p>
    <w:p w14:paraId="50A4AAD6" w14:textId="77777777" w:rsidR="00501161" w:rsidRDefault="00C637DA">
      <w:pPr>
        <w:ind w:firstLine="720"/>
      </w:pPr>
      <w:r>
        <w:t>ราชทูตคือผู้นำคณะ และเป็นคนที่ผู้เล่น (หัวหน้าหน่วยคุ้มกัน) มีหน้าที่ปกป้องสูงสุด ทุกภารกิจหลักมาจากเขา และเขาคือคนที่ถือ "ผอบนิลรัตน์" เครื่องราชบรรณาการที่เป็</w:t>
      </w:r>
      <w:r>
        <w:t>นแกนของความลับในเรื่อง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34"/>
        <w:gridCol w:w="7581"/>
      </w:tblGrid>
      <w:tr w:rsidR="00501161" w14:paraId="201F304D" w14:textId="77777777">
        <w:trPr>
          <w:tblHeader/>
          <w:jc w:val="center"/>
        </w:trPr>
        <w:tc>
          <w:tcPr>
            <w:tcW w:w="1434" w:type="dxa"/>
            <w:shd w:val="clear" w:color="auto" w:fill="F2F2F2"/>
          </w:tcPr>
          <w:p w14:paraId="583AAD4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581" w:type="dxa"/>
            <w:shd w:val="clear" w:color="auto" w:fill="F2F2F2"/>
          </w:tcPr>
          <w:p w14:paraId="5E167F5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51D50852" w14:textId="77777777">
        <w:trPr>
          <w:jc w:val="center"/>
        </w:trPr>
        <w:tc>
          <w:tcPr>
            <w:tcW w:w="1434" w:type="dxa"/>
          </w:tcPr>
          <w:p w14:paraId="678CC6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บทบาทในเกม</w:t>
            </w:r>
          </w:p>
        </w:tc>
        <w:tc>
          <w:tcPr>
            <w:tcW w:w="7581" w:type="dxa"/>
          </w:tcPr>
          <w:p w14:paraId="1EAF9A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ผู้มอบภารกิจหลัก (แบบท่านดยุคใน Etrian Odyssey) และตัวละครหลักของเนื้อเรื่อง</w:t>
            </w:r>
          </w:p>
        </w:tc>
      </w:tr>
      <w:tr w:rsidR="00501161" w14:paraId="6FC10FF0" w14:textId="77777777">
        <w:trPr>
          <w:jc w:val="center"/>
        </w:trPr>
        <w:tc>
          <w:tcPr>
            <w:tcW w:w="1434" w:type="dxa"/>
          </w:tcPr>
          <w:p w14:paraId="74AD0B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581" w:type="dxa"/>
          </w:tcPr>
          <w:p w14:paraId="2D92B1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เรือนราชทูต (ห้องท้ายสำเภา)</w:t>
            </w:r>
          </w:p>
        </w:tc>
      </w:tr>
      <w:tr w:rsidR="00501161" w14:paraId="0C28235D" w14:textId="77777777">
        <w:trPr>
          <w:jc w:val="center"/>
        </w:trPr>
        <w:tc>
          <w:tcPr>
            <w:tcW w:w="1434" w:type="dxa"/>
          </w:tcPr>
          <w:p w14:paraId="5C8D5C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หน้าตา (Art Brief)</w:t>
            </w:r>
          </w:p>
        </w:tc>
        <w:tc>
          <w:tcPr>
            <w:tcW w:w="7581" w:type="dxa"/>
          </w:tcPr>
          <w:p w14:paraId="362388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ชายวัยกลางคน ราว 50 ปี </w:t>
            </w:r>
            <w:r>
              <w:rPr>
                <w:sz w:val="28"/>
                <w:szCs w:val="28"/>
              </w:rPr>
              <w:t>ใส่ลอมพอกทรงสูงแบบทูตอยุธยา เสื้อครุยผ้าโปร่งทับเสื้อเข้มขาบ ถือหีบผอบนิลรัตน์ไว้ใกล้ตัวเสมอ</w:t>
            </w:r>
          </w:p>
        </w:tc>
      </w:tr>
      <w:tr w:rsidR="00501161" w14:paraId="55BC38A1" w14:textId="77777777">
        <w:trPr>
          <w:jc w:val="center"/>
        </w:trPr>
        <w:tc>
          <w:tcPr>
            <w:tcW w:w="1434" w:type="dxa"/>
          </w:tcPr>
          <w:p w14:paraId="7AE14D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บุคลิก</w:t>
            </w:r>
          </w:p>
        </w:tc>
        <w:tc>
          <w:tcPr>
            <w:tcW w:w="7581" w:type="dxa"/>
          </w:tcPr>
          <w:p w14:paraId="307363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สง่า พูดน้อย สุภาพ มีภาระที่ไม่ยอมบอกใคร ยิ่งเรื่องเดินไปยิ่งเห็นว่าแบกอะไรไว้</w:t>
            </w:r>
          </w:p>
        </w:tc>
      </w:tr>
      <w:tr w:rsidR="00501161" w14:paraId="08805691" w14:textId="77777777">
        <w:trPr>
          <w:jc w:val="center"/>
        </w:trPr>
        <w:tc>
          <w:tcPr>
            <w:tcW w:w="1434" w:type="dxa"/>
          </w:tcPr>
          <w:p w14:paraId="30D555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บริการ</w:t>
            </w:r>
          </w:p>
        </w:tc>
        <w:tc>
          <w:tcPr>
            <w:tcW w:w="7581" w:type="dxa"/>
          </w:tcPr>
          <w:p w14:paraId="03344D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รับ/ส่งภารกิจหลัก, ฟังรายงานหลังกลับจากป่า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บทสนทนาเปลี่ยนตามความคืบหน้า), เปิด Chapter ใหม่</w:t>
            </w:r>
          </w:p>
        </w:tc>
      </w:tr>
      <w:tr w:rsidR="00501161" w14:paraId="0F6D2A69" w14:textId="77777777">
        <w:trPr>
          <w:jc w:val="center"/>
        </w:trPr>
        <w:tc>
          <w:tcPr>
            <w:tcW w:w="1434" w:type="dxa"/>
          </w:tcPr>
          <w:p w14:paraId="3E85AF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การปลดล็อก</w:t>
            </w:r>
          </w:p>
        </w:tc>
        <w:tc>
          <w:tcPr>
            <w:tcW w:w="7581" w:type="dxa"/>
          </w:tcPr>
          <w:p w14:paraId="299D37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มีตั้งแต่เริ่ม · ย้ายตามค่ายหน้าทุก Chapter</w:t>
            </w:r>
          </w:p>
        </w:tc>
      </w:tr>
    </w:tbl>
    <w:p w14:paraId="6A00B3B7" w14:textId="77777777" w:rsidR="00501161" w:rsidRDefault="00501161">
      <w:pPr>
        <w:spacing w:after="40"/>
      </w:pPr>
    </w:p>
    <w:p w14:paraId="37FB6ED0" w14:textId="77777777" w:rsidR="00501161" w:rsidRDefault="00C637DA">
      <w:pPr>
        <w:ind w:firstLine="720"/>
      </w:pPr>
      <w:r>
        <w:rPr>
          <w:b/>
          <w:bCs/>
        </w:rPr>
        <w:t>ตัวอย่างบทพูด</w:t>
      </w:r>
    </w:p>
    <w:p w14:paraId="43D6FAA7" w14:textId="77777777" w:rsidR="00501161" w:rsidRDefault="00C637DA">
      <w:pPr>
        <w:pStyle w:val="ListBullet"/>
        <w:ind w:left="720"/>
      </w:pPr>
      <w:r>
        <w:t>"</w:t>
      </w:r>
      <w:r>
        <w:t>งานของท่านคือพาพวกเรากลับบ้าน งานของข้าคือทำให้มีบ้านให้กลับไป"</w:t>
      </w:r>
    </w:p>
    <w:p w14:paraId="295AB163" w14:textId="77777777" w:rsidR="00501161" w:rsidRDefault="00C637DA">
      <w:pPr>
        <w:pStyle w:val="ListBullet"/>
        <w:ind w:left="720"/>
      </w:pPr>
      <w:r>
        <w:t>"</w:t>
      </w:r>
      <w:r>
        <w:t xml:space="preserve">ราชสาส์นต้องถึงมือผู้รับ </w:t>
      </w:r>
      <w:r>
        <w:t>ไม่ว่าเราจะอยู่ที่ใดในโลกนี้ หรือโลกไหนก็ตาม"</w:t>
      </w:r>
    </w:p>
    <w:p w14:paraId="1753D8D7" w14:textId="77777777" w:rsidR="00501161" w:rsidRDefault="00C637DA">
      <w:pPr>
        <w:pStyle w:val="ListBullet"/>
        <w:ind w:left="720"/>
      </w:pPr>
      <w:r>
        <w:t>"(</w:t>
      </w:r>
      <w:r>
        <w:t>เมื่อผู้เล่นกลับมาโดยปาร์ตี้บาดเจ็บหนัก) ไปพักเถิด รายงานรอได้ คนของเรารอไม่ได้"</w:t>
      </w:r>
    </w:p>
    <w:p w14:paraId="06B27A97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Etrian Odyssey </w:t>
      </w:r>
      <w:r>
        <w:t>แยกผู้ให้ภารกิจหลัก (ท่านดยุค) ออกจากผู้ให้เควสย่อย (บาร์) เพื่อให้ผู้เล่นรู้เสมอว่าจะไปหาใครเมื่ออ</w:t>
      </w:r>
      <w:r>
        <w:t>ยากให้เนื้อเรื่องเดิน การให้ราชทูตเป็นผู้มอบภารกิจหลักทำให้ภารกิจกับเนื้อเรื่องเป็นเส้นเดียวกัน</w:t>
      </w:r>
    </w:p>
    <w:p w14:paraId="0815951A" w14:textId="77777777" w:rsidR="00501161" w:rsidRDefault="00C637DA">
      <w:pPr>
        <w:pStyle w:val="Heading3"/>
      </w:pPr>
      <w:r>
        <w:t xml:space="preserve">10.3.2 </w:t>
      </w:r>
      <w:r>
        <w:t>ขุนวรวาที — ตรีทูต / อาลักษณ์ (Map Quest &amp; Records)</w:t>
      </w:r>
    </w:p>
    <w:p w14:paraId="3F05BA4C" w14:textId="77777777" w:rsidR="00501161" w:rsidRDefault="00C637DA">
      <w:pPr>
        <w:ind w:firstLine="720"/>
      </w:pPr>
      <w:r>
        <w:t>อาลักษณ์ประจำคณะที่มีหน้าที่บันทึกทุกอย่างในการเดินทางเพื่อถวายรายงาน เมื่อติดอยู่ในป่าหิมพานต์ เขาเป</w:t>
      </w:r>
      <w:r>
        <w:t>็นคนแรกที่สั่งให้หน่วยคุ้มกัน "วาดแผนที่ทุกก้าว" ซึ่งคือเหตุผลในโลกของเกมที่ผู้เล่นต้องวาดแผนที่เอง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57"/>
        <w:gridCol w:w="7657"/>
      </w:tblGrid>
      <w:tr w:rsidR="00501161" w14:paraId="688BCE39" w14:textId="77777777">
        <w:trPr>
          <w:tblHeader/>
          <w:jc w:val="center"/>
        </w:trPr>
        <w:tc>
          <w:tcPr>
            <w:tcW w:w="1357" w:type="dxa"/>
            <w:shd w:val="clear" w:color="auto" w:fill="F2F2F2"/>
          </w:tcPr>
          <w:p w14:paraId="59C8C3C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57" w:type="dxa"/>
            <w:shd w:val="clear" w:color="auto" w:fill="F2F2F2"/>
          </w:tcPr>
          <w:p w14:paraId="060AD4A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0975B112" w14:textId="77777777">
        <w:trPr>
          <w:jc w:val="center"/>
        </w:trPr>
        <w:tc>
          <w:tcPr>
            <w:tcW w:w="1357" w:type="dxa"/>
          </w:tcPr>
          <w:p w14:paraId="567341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บทบาทในเกม</w:t>
            </w:r>
          </w:p>
        </w:tc>
        <w:tc>
          <w:tcPr>
            <w:tcW w:w="7657" w:type="dxa"/>
          </w:tcPr>
          <w:p w14:paraId="1E99B3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ผู้ดูแลภารกิจแผนที่ สมุดสัตว์ และแผนที่โลก ตรวจ % ความครบของแผนที่ (Section 8.6)</w:t>
            </w:r>
          </w:p>
        </w:tc>
      </w:tr>
      <w:tr w:rsidR="00501161" w14:paraId="07BD3B4B" w14:textId="77777777">
        <w:trPr>
          <w:jc w:val="center"/>
        </w:trPr>
        <w:tc>
          <w:tcPr>
            <w:tcW w:w="1357" w:type="dxa"/>
          </w:tcPr>
          <w:p w14:paraId="0316A2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57" w:type="dxa"/>
          </w:tcPr>
          <w:p w14:paraId="16604E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หอบันทึก</w:t>
            </w:r>
          </w:p>
        </w:tc>
      </w:tr>
      <w:tr w:rsidR="00501161" w14:paraId="0B5196EB" w14:textId="77777777">
        <w:trPr>
          <w:jc w:val="center"/>
        </w:trPr>
        <w:tc>
          <w:tcPr>
            <w:tcW w:w="1357" w:type="dxa"/>
          </w:tcPr>
          <w:p w14:paraId="019864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หน้าตา</w:t>
            </w:r>
          </w:p>
        </w:tc>
        <w:tc>
          <w:tcPr>
            <w:tcW w:w="7657" w:type="dxa"/>
          </w:tcPr>
          <w:p w14:paraId="4E5AC5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ชายหนุ่มผอม ราว 30 ปี ใส่แว่นตาฝรั่ง (ของแปลกที่ได้จากพ่อค้า) พกสมุดไทยดำและเหล็กจาร มีหมึกเปื้อนนิ้วตลอด</w:t>
            </w:r>
          </w:p>
        </w:tc>
      </w:tr>
      <w:tr w:rsidR="00501161" w14:paraId="58E8F85F" w14:textId="77777777">
        <w:trPr>
          <w:jc w:val="center"/>
        </w:trPr>
        <w:tc>
          <w:tcPr>
            <w:tcW w:w="1357" w:type="dxa"/>
          </w:tcPr>
          <w:p w14:paraId="54175B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บุคลิก</w:t>
            </w:r>
          </w:p>
        </w:tc>
        <w:tc>
          <w:tcPr>
            <w:tcW w:w="7657" w:type="dxa"/>
          </w:tcPr>
          <w:p w14:paraId="1F0D36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ช่างจด ช่างสังเกต ตื่นเต้นกับสิ่งแปลกใหม่จนลืมกลัว ชอบเปรียบเทียบสิ่งที่เห็นกับตำราไตรภูมิ</w:t>
            </w:r>
          </w:p>
        </w:tc>
      </w:tr>
      <w:tr w:rsidR="00501161" w14:paraId="3B054B31" w14:textId="77777777">
        <w:trPr>
          <w:jc w:val="center"/>
        </w:trPr>
        <w:tc>
          <w:tcPr>
            <w:tcW w:w="1357" w:type="dxa"/>
          </w:tcPr>
          <w:p w14:paraId="7C8D2A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บริการ</w:t>
            </w:r>
          </w:p>
        </w:tc>
        <w:tc>
          <w:tcPr>
            <w:tcW w:w="7657" w:type="dxa"/>
          </w:tcPr>
          <w:p w14:paraId="4EA56A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ภารกิจแผนที่ (วาดชั้นครบ 50/80/100%), รับรา</w:t>
            </w:r>
            <w:r>
              <w:rPr>
                <w:sz w:val="28"/>
                <w:szCs w:val="28"/>
              </w:rPr>
              <w:t>ยงานสัตว์ใหม่ (เปิดเรื่องเล่าในสมุดสัตว์), แผนที่โลก, คำใบ้ Conditional Drop</w:t>
            </w:r>
          </w:p>
        </w:tc>
      </w:tr>
      <w:tr w:rsidR="00501161" w14:paraId="4C32F24C" w14:textId="77777777">
        <w:trPr>
          <w:jc w:val="center"/>
        </w:trPr>
        <w:tc>
          <w:tcPr>
            <w:tcW w:w="1357" w:type="dxa"/>
          </w:tcPr>
          <w:p w14:paraId="552258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การปลดล็อก</w:t>
            </w:r>
          </w:p>
        </w:tc>
        <w:tc>
          <w:tcPr>
            <w:tcW w:w="7657" w:type="dxa"/>
          </w:tcPr>
          <w:p w14:paraId="21B8DE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มีตั้งแต่เริ่ม</w:t>
            </w:r>
          </w:p>
        </w:tc>
      </w:tr>
    </w:tbl>
    <w:p w14:paraId="59863E86" w14:textId="77777777" w:rsidR="00501161" w:rsidRDefault="00501161">
      <w:pPr>
        <w:spacing w:after="40"/>
      </w:pPr>
    </w:p>
    <w:p w14:paraId="0E19909F" w14:textId="77777777" w:rsidR="00501161" w:rsidRDefault="00C637DA">
      <w:pPr>
        <w:ind w:firstLine="720"/>
      </w:pPr>
      <w:r>
        <w:rPr>
          <w:b/>
          <w:bCs/>
        </w:rPr>
        <w:t>ตัวอย่างบทพูด</w:t>
      </w:r>
    </w:p>
    <w:p w14:paraId="05CDD37F" w14:textId="77777777" w:rsidR="00501161" w:rsidRDefault="00C637DA">
      <w:pPr>
        <w:pStyle w:val="ListBullet"/>
        <w:ind w:left="720"/>
      </w:pPr>
      <w:r>
        <w:t>"</w:t>
      </w:r>
      <w:r>
        <w:t>ทุกก้าวที่ท่านเดิน ถ้าไม่จดไว้ ก็เท่ากับไม่เคยเดิน"</w:t>
      </w:r>
    </w:p>
    <w:p w14:paraId="4437574C" w14:textId="77777777" w:rsidR="00501161" w:rsidRDefault="00C637DA">
      <w:pPr>
        <w:pStyle w:val="ListBullet"/>
        <w:ind w:left="720"/>
      </w:pPr>
      <w:r>
        <w:t>"</w:t>
      </w:r>
      <w:r>
        <w:t>ตำราว่าราชสีห์มีสี่จำพวก… ท่านเพิ่งพบจำพวกที่ห้าหรือเปล่าขอรับ?"</w:t>
      </w:r>
    </w:p>
    <w:p w14:paraId="1A1CE63D" w14:textId="77777777" w:rsidR="00501161" w:rsidRDefault="00C637DA">
      <w:pPr>
        <w:pStyle w:val="ListBullet"/>
        <w:ind w:left="720"/>
      </w:pPr>
      <w:r>
        <w:t>"</w:t>
      </w:r>
      <w:r>
        <w:t>แผนที่ชั้นนี้ครบ</w:t>
      </w:r>
      <w:r>
        <w:t>แล้ว! ถ้ากลับถึงพระนคร นี่จะเป็นแผนที่ป่าหิมพานต์ฉบับแรกที่คนวาดด้วยเท้าตัวเอง"</w:t>
      </w:r>
    </w:p>
    <w:p w14:paraId="61B96DA7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การมี NPC ที่ "ให้ค่า" แผนที่ของผู้เล่นทำให้การวาดแผนที่มีผู้ชมและรางวัล ไม่ใช่งานส่วนตัวที่ไม่มีใครเห็น และเป็นเหตุผลทางเรื่องราวว่าทำไมผู้เล่นต้องวาดเอง</w:t>
      </w:r>
    </w:p>
    <w:p w14:paraId="21B0820D" w14:textId="77777777" w:rsidR="00501161" w:rsidRDefault="00C637DA">
      <w:pPr>
        <w:pStyle w:val="Heading3"/>
      </w:pPr>
      <w:r>
        <w:lastRenderedPageBreak/>
        <w:t xml:space="preserve">10.3.3 </w:t>
      </w:r>
      <w:r>
        <w:t>หมื่นราชอาสา (นายทองอิน) — ทำเนียบอาสา (คัดคนเข้าปาร์ตี้)</w:t>
      </w:r>
    </w:p>
    <w:p w14:paraId="0B79F329" w14:textId="77777777" w:rsidR="00501161" w:rsidRDefault="00C637DA">
      <w:pPr>
        <w:ind w:firstLine="720"/>
      </w:pPr>
      <w:r>
        <w:t>อดีตนายกองทหารเรือที่ตอนนี้ทำหน้าที่จดทะเบียนทุกคนที่ยังสู้ได้ ทั้งทหาร ลูกเรือ คนต่างชาติในคณะ ผู้รอดชีวิตที่หน่วยคุ้มกันพากลับมาจากป่า และในภายหลังคือสัตว์หิมพานต์ที่ยอมร่วมทาง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7653"/>
      </w:tblGrid>
      <w:tr w:rsidR="00501161" w14:paraId="372AB7E6" w14:textId="77777777">
        <w:trPr>
          <w:tblHeader/>
          <w:jc w:val="center"/>
        </w:trPr>
        <w:tc>
          <w:tcPr>
            <w:tcW w:w="1361" w:type="dxa"/>
            <w:shd w:val="clear" w:color="auto" w:fill="F2F2F2"/>
          </w:tcPr>
          <w:p w14:paraId="6072157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53" w:type="dxa"/>
            <w:shd w:val="clear" w:color="auto" w:fill="F2F2F2"/>
          </w:tcPr>
          <w:p w14:paraId="13AEE24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</w:t>
            </w:r>
            <w:r>
              <w:rPr>
                <w:b/>
                <w:bCs/>
                <w:sz w:val="28"/>
                <w:szCs w:val="28"/>
              </w:rPr>
              <w:t>เอียด</w:t>
            </w:r>
          </w:p>
        </w:tc>
      </w:tr>
      <w:tr w:rsidR="00501161" w14:paraId="12E44462" w14:textId="77777777">
        <w:trPr>
          <w:jc w:val="center"/>
        </w:trPr>
        <w:tc>
          <w:tcPr>
            <w:tcW w:w="1361" w:type="dxa"/>
          </w:tcPr>
          <w:p w14:paraId="7CDDB5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บทบาทในเกม</w:t>
            </w:r>
          </w:p>
        </w:tc>
        <w:tc>
          <w:tcPr>
            <w:tcW w:w="7653" w:type="dxa"/>
          </w:tcPr>
          <w:p w14:paraId="609017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ผู้ดูแลการจ้าง ปลด และจัดปาร์ตี้ (แบบ Explorer's Guild ใน Etrian Odyssey)</w:t>
            </w:r>
          </w:p>
        </w:tc>
      </w:tr>
      <w:tr w:rsidR="00501161" w14:paraId="3CB57A0F" w14:textId="77777777">
        <w:trPr>
          <w:jc w:val="center"/>
        </w:trPr>
        <w:tc>
          <w:tcPr>
            <w:tcW w:w="1361" w:type="dxa"/>
          </w:tcPr>
          <w:p w14:paraId="5A2014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53" w:type="dxa"/>
          </w:tcPr>
          <w:p w14:paraId="1BAC51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ทำเนียบอาสา</w:t>
            </w:r>
          </w:p>
        </w:tc>
      </w:tr>
      <w:tr w:rsidR="00501161" w14:paraId="093B4B5C" w14:textId="77777777">
        <w:trPr>
          <w:jc w:val="center"/>
        </w:trPr>
        <w:tc>
          <w:tcPr>
            <w:tcW w:w="1361" w:type="dxa"/>
          </w:tcPr>
          <w:p w14:paraId="191876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หน้าตา</w:t>
            </w:r>
          </w:p>
        </w:tc>
        <w:tc>
          <w:tcPr>
            <w:tcW w:w="7653" w:type="dxa"/>
          </w:tcPr>
          <w:p w14:paraId="5A8DB3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ชายร่างหนา ราว 45 ปี มีรอยสักยันต์เต็มแผ่นหลัง ผ้าโพกหัวแดง ขาขวาเดินกะเผลกจากศึกเก่า ถือสมุดรายชื่อ</w:t>
            </w:r>
          </w:p>
        </w:tc>
      </w:tr>
      <w:tr w:rsidR="00501161" w14:paraId="3AC55A4B" w14:textId="77777777">
        <w:trPr>
          <w:jc w:val="center"/>
        </w:trPr>
        <w:tc>
          <w:tcPr>
            <w:tcW w:w="1361" w:type="dxa"/>
          </w:tcPr>
          <w:p w14:paraId="42C6C2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บุคลิก</w:t>
            </w:r>
          </w:p>
        </w:tc>
        <w:tc>
          <w:tcPr>
            <w:tcW w:w="7653" w:type="dxa"/>
          </w:tcPr>
          <w:p w14:paraId="5E2E8C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ขี้บ่น พูดเสียงดัง แต่จำชื</w:t>
            </w:r>
            <w:r>
              <w:rPr>
                <w:sz w:val="28"/>
                <w:szCs w:val="28"/>
              </w:rPr>
              <w:t>่อทุกคนในคณะได้ และเสียใจทุกครั้งที่มีคนไม่กลับมา</w:t>
            </w:r>
          </w:p>
        </w:tc>
      </w:tr>
      <w:tr w:rsidR="00501161" w14:paraId="0ACF1F3D" w14:textId="77777777">
        <w:trPr>
          <w:jc w:val="center"/>
        </w:trPr>
        <w:tc>
          <w:tcPr>
            <w:tcW w:w="1361" w:type="dxa"/>
          </w:tcPr>
          <w:p w14:paraId="4025B9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บริการ</w:t>
            </w:r>
          </w:p>
        </w:tc>
        <w:tc>
          <w:tcPr>
            <w:tcW w:w="7653" w:type="dxa"/>
          </w:tcPr>
          <w:p w14:paraId="025B7C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แสดงผู้สมัคร 4 คนต่อวัน (Section 10.4), จ้าง, ปลด, จัดปาร์ตี้, ดู Stat/Skill ของทุกคนในสังกัด, ตั้งชื่อตัวละครใหม่</w:t>
            </w:r>
          </w:p>
        </w:tc>
      </w:tr>
      <w:tr w:rsidR="00501161" w14:paraId="25B8978F" w14:textId="77777777">
        <w:trPr>
          <w:jc w:val="center"/>
        </w:trPr>
        <w:tc>
          <w:tcPr>
            <w:tcW w:w="1361" w:type="dxa"/>
          </w:tcPr>
          <w:p w14:paraId="46EE10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การปลดล็อก</w:t>
            </w:r>
          </w:p>
        </w:tc>
        <w:tc>
          <w:tcPr>
            <w:tcW w:w="7653" w:type="dxa"/>
          </w:tcPr>
          <w:p w14:paraId="35EB7A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มีตั้งแต่เริ่ม · </w:t>
            </w:r>
            <w:r>
              <w:rPr>
                <w:sz w:val="28"/>
                <w:szCs w:val="28"/>
              </w:rPr>
              <w:t>สัตว์อสูรเริ่มมาสมัครหลังปลดล็อกในเนื้อเรื่อง</w:t>
            </w:r>
          </w:p>
        </w:tc>
      </w:tr>
    </w:tbl>
    <w:p w14:paraId="359B0771" w14:textId="77777777" w:rsidR="00501161" w:rsidRDefault="00501161">
      <w:pPr>
        <w:spacing w:after="40"/>
      </w:pPr>
    </w:p>
    <w:p w14:paraId="17794043" w14:textId="77777777" w:rsidR="00501161" w:rsidRDefault="00C637DA">
      <w:pPr>
        <w:ind w:firstLine="720"/>
      </w:pPr>
      <w:r>
        <w:rPr>
          <w:b/>
          <w:bCs/>
        </w:rPr>
        <w:t>ตัวอย่างบทพูด</w:t>
      </w:r>
    </w:p>
    <w:p w14:paraId="21A30563" w14:textId="77777777" w:rsidR="00501161" w:rsidRDefault="00C637DA">
      <w:pPr>
        <w:pStyle w:val="ListBullet"/>
        <w:ind w:left="720"/>
      </w:pPr>
      <w:r>
        <w:t>"</w:t>
      </w:r>
      <w:r>
        <w:t>ชื่อ อายุ ทำอะไรเป็น? ไม่ต้องบอกว่ากลัว ทุกคนที่นี่กลัวทั้งนั้น"</w:t>
      </w:r>
    </w:p>
    <w:p w14:paraId="06125F8A" w14:textId="77777777" w:rsidR="00501161" w:rsidRDefault="00C637DA">
      <w:pPr>
        <w:pStyle w:val="ListBullet"/>
        <w:ind w:left="720"/>
      </w:pPr>
      <w:r>
        <w:t>"(</w:t>
      </w:r>
      <w:r>
        <w:t>เมื่อปลดตัวละคร) ข้าจะขีดชื่อเจ้าออก… แต่ไม่ลบนะ"</w:t>
      </w:r>
    </w:p>
    <w:p w14:paraId="09E7E9EF" w14:textId="77777777" w:rsidR="00501161" w:rsidRDefault="00C637DA">
      <w:pPr>
        <w:pStyle w:val="ListBullet"/>
        <w:ind w:left="720"/>
      </w:pPr>
      <w:r>
        <w:t>"(</w:t>
      </w:r>
      <w:r>
        <w:t xml:space="preserve">เมื่อสัตว์อสูรมาสมัครครั้งแรก) ข้าจดชื่อคนมาสามสิบปี </w:t>
      </w:r>
      <w:r>
        <w:t>ไม่เคยต้องถามว่า… เอ็งชื่ออะไรวะ?"</w:t>
      </w:r>
    </w:p>
    <w:p w14:paraId="21061D2A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ระบบสุ่มผู้สมัครรายวันต้องมีคนพูดถึง เพื่อให้ผู้เล่นรู้สึกว่ากำลัง "คัดคน" ไม่ใช่กด Gacha นายทองอินจะพูดคำแนะนำสั้นๆ เกี่ยวกับผู้สมัครแต่ละคน (เช่น "คนนี้แรงดีแต่ใจร้อน" เมื่อ STR สูงแต่ AGI ต่ำ) เพื่อช่วยผู้</w:t>
      </w:r>
      <w:r>
        <w:t>เล่นใหม่อ่าน Stat</w:t>
      </w:r>
    </w:p>
    <w:p w14:paraId="02999599" w14:textId="77777777" w:rsidR="00501161" w:rsidRDefault="00C637DA">
      <w:pPr>
        <w:pStyle w:val="Heading3"/>
      </w:pPr>
      <w:r>
        <w:t xml:space="preserve">10.3.4 </w:t>
      </w:r>
      <w:r>
        <w:t>หมอหลวงพุ่ม และ จันทร์ — เรือนหมอหลวง (หมอ)</w:t>
      </w:r>
    </w:p>
    <w:p w14:paraId="590CD10B" w14:textId="77777777" w:rsidR="00501161" w:rsidRDefault="00C637DA">
      <w:pPr>
        <w:ind w:firstLine="720"/>
      </w:pPr>
      <w:r>
        <w:t>หมอหลวงประจำคณะทูต เดินทางพร้อมตำราพระโอสถที่ใช้รักษาคนในราชสำนัก หลานสาวจันทร์ตามมาเป็นผู้ช่วย ในป่าหิมพานต์ จันทร์คือคนที่ตื่นเต้นกับสมุนไพรใหม่ที่สุด ทุกวัตถุดิบพืชใหม่ที่ผู้เล่นนำกลับ</w:t>
      </w:r>
      <w:r>
        <w:t>มาจะทำให้จันทร์มีบทสนทนาและบางครั้งได้สูตรยาใหม่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57"/>
        <w:gridCol w:w="7658"/>
      </w:tblGrid>
      <w:tr w:rsidR="00501161" w14:paraId="4876DEBE" w14:textId="77777777">
        <w:trPr>
          <w:tblHeader/>
          <w:jc w:val="center"/>
        </w:trPr>
        <w:tc>
          <w:tcPr>
            <w:tcW w:w="1357" w:type="dxa"/>
            <w:shd w:val="clear" w:color="auto" w:fill="F2F2F2"/>
          </w:tcPr>
          <w:p w14:paraId="5BBC714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58" w:type="dxa"/>
            <w:shd w:val="clear" w:color="auto" w:fill="F2F2F2"/>
          </w:tcPr>
          <w:p w14:paraId="6751CEC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1CA190E3" w14:textId="77777777">
        <w:trPr>
          <w:jc w:val="center"/>
        </w:trPr>
        <w:tc>
          <w:tcPr>
            <w:tcW w:w="1357" w:type="dxa"/>
          </w:tcPr>
          <w:p w14:paraId="134C04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บทบาทในเกม</w:t>
            </w:r>
          </w:p>
        </w:tc>
        <w:tc>
          <w:tcPr>
            <w:tcW w:w="7658" w:type="dxa"/>
          </w:tcPr>
          <w:p w14:paraId="664914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รักษา HP/MP, แก้สถานะ, เรียกขวัญ (ชุบชีวิต), ปลดล็อกสูตรยา</w:t>
            </w:r>
          </w:p>
        </w:tc>
      </w:tr>
      <w:tr w:rsidR="00501161" w14:paraId="7CFB1C9F" w14:textId="77777777">
        <w:trPr>
          <w:jc w:val="center"/>
        </w:trPr>
        <w:tc>
          <w:tcPr>
            <w:tcW w:w="1357" w:type="dxa"/>
          </w:tcPr>
          <w:p w14:paraId="7D400E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58" w:type="dxa"/>
          </w:tcPr>
          <w:p w14:paraId="1D7A6E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เรือนหมอหลวง</w:t>
            </w:r>
          </w:p>
        </w:tc>
      </w:tr>
      <w:tr w:rsidR="00501161" w14:paraId="580BAB08" w14:textId="77777777">
        <w:trPr>
          <w:jc w:val="center"/>
        </w:trPr>
        <w:tc>
          <w:tcPr>
            <w:tcW w:w="1357" w:type="dxa"/>
          </w:tcPr>
          <w:p w14:paraId="4885FC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หน้าตา</w:t>
            </w:r>
          </w:p>
        </w:tc>
        <w:tc>
          <w:tcPr>
            <w:tcW w:w="7658" w:type="dxa"/>
          </w:tcPr>
          <w:p w14:paraId="57439D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หมอหลวงพุ่ม: ชายชรา ราว 70 ปี ผมขาว ห่มผ้าสีขาว </w:t>
            </w:r>
            <w:r>
              <w:rPr>
                <w:sz w:val="28"/>
                <w:szCs w:val="28"/>
              </w:rPr>
              <w:t>ถือตำราพระโอสถเล่มหนา · จันทร์: หญิงสาว 16 ปี ผมจุก ตะกร้าสมุนไพรสะพายหลัง</w:t>
            </w:r>
          </w:p>
        </w:tc>
      </w:tr>
      <w:tr w:rsidR="00501161" w14:paraId="0F264840" w14:textId="77777777">
        <w:trPr>
          <w:jc w:val="center"/>
        </w:trPr>
        <w:tc>
          <w:tcPr>
            <w:tcW w:w="1357" w:type="dxa"/>
          </w:tcPr>
          <w:p w14:paraId="52AD2E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บุคลิก</w:t>
            </w:r>
          </w:p>
        </w:tc>
        <w:tc>
          <w:tcPr>
            <w:tcW w:w="7658" w:type="dxa"/>
          </w:tcPr>
          <w:p w14:paraId="58ECCA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หมอหลวงพุ่ม: ใจเย็น พูดช้า มีปรัชญาเรื่องธาตุทั้งสี่ · จันทร์: ช่างสงสัย อยากรู้ว่าสมุนไพรในป่านี้รักษาอะไรได้บ้าง</w:t>
            </w:r>
          </w:p>
        </w:tc>
      </w:tr>
      <w:tr w:rsidR="00501161" w14:paraId="2F66B2E7" w14:textId="77777777">
        <w:trPr>
          <w:jc w:val="center"/>
        </w:trPr>
        <w:tc>
          <w:tcPr>
            <w:tcW w:w="1357" w:type="dxa"/>
          </w:tcPr>
          <w:p w14:paraId="4AAE76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บริการ</w:t>
            </w:r>
          </w:p>
        </w:tc>
        <w:tc>
          <w:tcPr>
            <w:tcW w:w="7658" w:type="dxa"/>
          </w:tcPr>
          <w:p w14:paraId="221234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หมอหลวงพุ่ม: รักษาทั้งสังกัด, เรียกขวัญ · จันทร์: </w:t>
            </w:r>
            <w:r>
              <w:rPr>
                <w:sz w:val="28"/>
                <w:szCs w:val="28"/>
              </w:rPr>
              <w:t>ปรุงยา (ยาหอม, ยาเขียว ฯลฯ) และรับเควสเก็บสมุนไพร</w:t>
            </w:r>
          </w:p>
        </w:tc>
      </w:tr>
      <w:tr w:rsidR="00501161" w14:paraId="5F81230D" w14:textId="77777777">
        <w:trPr>
          <w:jc w:val="center"/>
        </w:trPr>
        <w:tc>
          <w:tcPr>
            <w:tcW w:w="1357" w:type="dxa"/>
          </w:tcPr>
          <w:p w14:paraId="11EA04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การปลดล็อก</w:t>
            </w:r>
          </w:p>
        </w:tc>
        <w:tc>
          <w:tcPr>
            <w:tcW w:w="7658" w:type="dxa"/>
          </w:tcPr>
          <w:p w14:paraId="59B713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มีตั้งแต่เริ่ม · สูตรยาเพิ่มเมื่อมีหมอในสังกัดอัพตำราพระโอสถพระนารายณ์ หรือเมื่อส่งสมุนไพรใหม่ให้จันทร์</w:t>
            </w:r>
          </w:p>
        </w:tc>
      </w:tr>
    </w:tbl>
    <w:p w14:paraId="782AA4E7" w14:textId="77777777" w:rsidR="00501161" w:rsidRDefault="00501161">
      <w:pPr>
        <w:spacing w:after="40"/>
      </w:pPr>
    </w:p>
    <w:p w14:paraId="17052370" w14:textId="77777777" w:rsidR="00501161" w:rsidRDefault="00C637DA">
      <w:pPr>
        <w:ind w:firstLine="720"/>
      </w:pPr>
      <w:r>
        <w:rPr>
          <w:b/>
          <w:bCs/>
        </w:rPr>
        <w:t>ตัวอย่างบทพูด</w:t>
      </w:r>
    </w:p>
    <w:p w14:paraId="3B2D3A5B" w14:textId="77777777" w:rsidR="00501161" w:rsidRDefault="00C637DA">
      <w:pPr>
        <w:pStyle w:val="ListBullet"/>
        <w:ind w:left="720"/>
      </w:pPr>
      <w:r>
        <w:t>"(</w:t>
      </w:r>
      <w:r>
        <w:t xml:space="preserve">หมอหลวงพุ่ม) ธาตุไฟในตัวเขากำเริบ พักเสียสามชั่วยาม </w:t>
      </w:r>
      <w:r>
        <w:t>แล้วค่อยไปหาเรื่องกับป่าใหม่"</w:t>
      </w:r>
    </w:p>
    <w:p w14:paraId="51249783" w14:textId="77777777" w:rsidR="00501161" w:rsidRDefault="00C637DA">
      <w:pPr>
        <w:pStyle w:val="ListBullet"/>
        <w:ind w:left="720"/>
      </w:pPr>
      <w:r>
        <w:t>"(</w:t>
      </w:r>
      <w:r>
        <w:t>หมอหลวงพุ่ม เมื่อเรียกขวัญ) ขวัญเอ๋ย มาเถิด… ยังไม่ถึงเวลาเจ้าจะไปไหน"</w:t>
      </w:r>
    </w:p>
    <w:p w14:paraId="03D5705C" w14:textId="77777777" w:rsidR="00501161" w:rsidRDefault="00C637DA">
      <w:pPr>
        <w:pStyle w:val="ListBullet"/>
        <w:ind w:left="720"/>
      </w:pPr>
      <w:r>
        <w:t>"(</w:t>
      </w:r>
      <w:r>
        <w:t>จันทร์) ใบนี้! ในตำราไม่มี! ขอข้าลองต้มดูได้ไหม… ไม่ได้ให้ท่านกินหรอก… มั้ง"</w:t>
      </w:r>
    </w:p>
    <w:p w14:paraId="2E441EE3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แยก "รักษา" (หมอหลวง) กับ "ปรุงยา" (จันทร์) เพื่อให้บริการสอง</w:t>
      </w:r>
      <w:r>
        <w:t>แบบมีเจ้าของชัดเจน และให้วัตถุดิบพืชมีผู้รับที่แสดงความดีใจ เป็น Feedback ทางอารมณ์ที่ทำให้การเก็บของคุ้มค่า</w:t>
      </w:r>
    </w:p>
    <w:p w14:paraId="0661BD6A" w14:textId="77777777" w:rsidR="00501161" w:rsidRDefault="00C637DA">
      <w:pPr>
        <w:pStyle w:val="Heading3"/>
      </w:pPr>
      <w:r>
        <w:t xml:space="preserve">10.3.5 </w:t>
      </w:r>
      <w:r>
        <w:t>นายช่างมั่น และ จิโร่ — โรงตีเหล็ก (คราฟ)</w:t>
      </w:r>
    </w:p>
    <w:p w14:paraId="6EAC41E7" w14:textId="77777777" w:rsidR="00501161" w:rsidRDefault="00C637DA">
      <w:pPr>
        <w:ind w:firstLine="720"/>
      </w:pPr>
      <w:r>
        <w:t>นายช่างมั่นคือช่างดาบจากกรมช่างสิบหมู่ที่ถูกส่งไปกับคณะเพื่อตีดาบเป็นของกำนัล จิโร่คือช่างหนุ่มจาก</w:t>
      </w:r>
      <w:r>
        <w:t>บ้านญี่ปุ่นในกรุงศรีที่ขอติดเรือไปเรียนวิชา ทั้งคู่ทะเลาะกันเรื่องวิธีตีดาบตลอด แต่เมื่อได้วัตถุดิบจากสัตว์หิมพานต์ ทั้งคู่ต้องเรียนรู้ใหม่ด้วยกัน (ตรงกับธีมของคณะทูตที่ไปเรียนรู้วัฒนธรรมของกันและกัน)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57"/>
        <w:gridCol w:w="7658"/>
      </w:tblGrid>
      <w:tr w:rsidR="00501161" w14:paraId="4B166E4D" w14:textId="77777777">
        <w:trPr>
          <w:tblHeader/>
          <w:jc w:val="center"/>
        </w:trPr>
        <w:tc>
          <w:tcPr>
            <w:tcW w:w="1357" w:type="dxa"/>
            <w:shd w:val="clear" w:color="auto" w:fill="F2F2F2"/>
          </w:tcPr>
          <w:p w14:paraId="6169362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58" w:type="dxa"/>
            <w:shd w:val="clear" w:color="auto" w:fill="F2F2F2"/>
          </w:tcPr>
          <w:p w14:paraId="1C502E8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3D880C40" w14:textId="77777777">
        <w:trPr>
          <w:jc w:val="center"/>
        </w:trPr>
        <w:tc>
          <w:tcPr>
            <w:tcW w:w="1357" w:type="dxa"/>
          </w:tcPr>
          <w:p w14:paraId="369257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บทบาทในเกม</w:t>
            </w:r>
          </w:p>
        </w:tc>
        <w:tc>
          <w:tcPr>
            <w:tcW w:w="7658" w:type="dxa"/>
          </w:tcPr>
          <w:p w14:paraId="273BD5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คราฟอาวุธ ชุดเกราะ เครื่อ</w:t>
            </w:r>
            <w:r>
              <w:rPr>
                <w:sz w:val="28"/>
                <w:szCs w:val="28"/>
              </w:rPr>
              <w:t>งราง (Section 11)</w:t>
            </w:r>
          </w:p>
        </w:tc>
      </w:tr>
      <w:tr w:rsidR="00501161" w14:paraId="4CFE8930" w14:textId="77777777">
        <w:trPr>
          <w:jc w:val="center"/>
        </w:trPr>
        <w:tc>
          <w:tcPr>
            <w:tcW w:w="1357" w:type="dxa"/>
          </w:tcPr>
          <w:p w14:paraId="274AB6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58" w:type="dxa"/>
          </w:tcPr>
          <w:p w14:paraId="785AC3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โรงตีเหล็ก</w:t>
            </w:r>
          </w:p>
        </w:tc>
      </w:tr>
      <w:tr w:rsidR="00501161" w14:paraId="579071AE" w14:textId="77777777">
        <w:trPr>
          <w:jc w:val="center"/>
        </w:trPr>
        <w:tc>
          <w:tcPr>
            <w:tcW w:w="1357" w:type="dxa"/>
          </w:tcPr>
          <w:p w14:paraId="5BE1C9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หน้าตา</w:t>
            </w:r>
          </w:p>
        </w:tc>
        <w:tc>
          <w:tcPr>
            <w:tcW w:w="7658" w:type="dxa"/>
          </w:tcPr>
          <w:p w14:paraId="7FF791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นายช่างมั่น: ชายวัย 55 ปี แขนใหญ่ มีรอยไหม้ ผ้าขาวม้าคาดเอว · จิโร่: ชายหนุ่มญี่ปุ่น 20 ปี มัดผมจุก ใส่ฮากามะเก่าที่ปะด้วยผ้าไทย</w:t>
            </w:r>
          </w:p>
        </w:tc>
      </w:tr>
      <w:tr w:rsidR="00501161" w14:paraId="4326493C" w14:textId="77777777">
        <w:trPr>
          <w:jc w:val="center"/>
        </w:trPr>
        <w:tc>
          <w:tcPr>
            <w:tcW w:w="1357" w:type="dxa"/>
          </w:tcPr>
          <w:p w14:paraId="5B65F2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บุคลิก</w:t>
            </w:r>
          </w:p>
        </w:tc>
        <w:tc>
          <w:tcPr>
            <w:tcW w:w="7658" w:type="dxa"/>
          </w:tcPr>
          <w:p w14:paraId="711163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นายช่างมั่น: ดุ พูดตรง ไม่ชมใครง่าย </w:t>
            </w:r>
            <w:r>
              <w:rPr>
                <w:sz w:val="28"/>
                <w:szCs w:val="28"/>
              </w:rPr>
              <w:t>แต่ภูมิใจในงานที่ทำจากวัตถุดิบหายาก · จิโร่: มุ่งมั่น สุภาพ พูดไทยปนสำเนียงญี่ปุ่น</w:t>
            </w:r>
          </w:p>
        </w:tc>
      </w:tr>
      <w:tr w:rsidR="00501161" w14:paraId="35C3C079" w14:textId="77777777">
        <w:trPr>
          <w:jc w:val="center"/>
        </w:trPr>
        <w:tc>
          <w:tcPr>
            <w:tcW w:w="1357" w:type="dxa"/>
          </w:tcPr>
          <w:p w14:paraId="2ED451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บริการ</w:t>
            </w:r>
          </w:p>
        </w:tc>
        <w:tc>
          <w:tcPr>
            <w:tcW w:w="7658" w:type="dxa"/>
          </w:tcPr>
          <w:p w14:paraId="223DBE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นายช่างมั่น: คราฟอาวุธและชุดเกราะทุกชนิด · จิโร่: คราฟเครื่องรางและอาวุธธาตุ (ดาบลงยันต์ ตะกรุด)</w:t>
            </w:r>
          </w:p>
        </w:tc>
      </w:tr>
      <w:tr w:rsidR="00501161" w14:paraId="090FB222" w14:textId="77777777">
        <w:trPr>
          <w:jc w:val="center"/>
        </w:trPr>
        <w:tc>
          <w:tcPr>
            <w:tcW w:w="1357" w:type="dxa"/>
          </w:tcPr>
          <w:p w14:paraId="31BBC3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การปลดล็อก</w:t>
            </w:r>
          </w:p>
        </w:tc>
        <w:tc>
          <w:tcPr>
            <w:tcW w:w="7658" w:type="dxa"/>
          </w:tcPr>
          <w:p w14:paraId="0B59A4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นายช่างมั่นมีตั้งแต่เริ่ม · จิโร่ปลดล็อกเมื่อผู้เล่นพาเข</w:t>
            </w:r>
            <w:r>
              <w:rPr>
                <w:sz w:val="28"/>
                <w:szCs w:val="28"/>
              </w:rPr>
              <w:t>ากลับมาจากป่าในภารกิจหลัก Chapter 1 (เขาหลงอยู่ในป่าหลังเกยตื้น)</w:t>
            </w:r>
          </w:p>
        </w:tc>
      </w:tr>
    </w:tbl>
    <w:p w14:paraId="3A316CB0" w14:textId="77777777" w:rsidR="00501161" w:rsidRDefault="00501161">
      <w:pPr>
        <w:spacing w:after="40"/>
      </w:pPr>
    </w:p>
    <w:p w14:paraId="15236778" w14:textId="77777777" w:rsidR="00501161" w:rsidRDefault="00C637DA">
      <w:pPr>
        <w:ind w:firstLine="720"/>
      </w:pPr>
      <w:r>
        <w:rPr>
          <w:b/>
          <w:bCs/>
        </w:rPr>
        <w:t>ตัวอย่างบทพูด</w:t>
      </w:r>
    </w:p>
    <w:p w14:paraId="0A451DAB" w14:textId="77777777" w:rsidR="00501161" w:rsidRDefault="00C637DA">
      <w:pPr>
        <w:pStyle w:val="ListBullet"/>
        <w:ind w:left="720"/>
      </w:pPr>
      <w:r>
        <w:t>"(</w:t>
      </w:r>
      <w:r>
        <w:t>นายช่างมั่น) งาโลโต? เอามาซี่ ข้าไม่เคยตีงา แต่ก็ไม่เคยตีอะไรไม่สำเร็จ"</w:t>
      </w:r>
    </w:p>
    <w:p w14:paraId="188FF002" w14:textId="77777777" w:rsidR="00501161" w:rsidRDefault="00C637DA">
      <w:pPr>
        <w:pStyle w:val="ListBullet"/>
        <w:ind w:left="720"/>
      </w:pPr>
      <w:r>
        <w:lastRenderedPageBreak/>
        <w:t>"(</w:t>
      </w:r>
      <w:r>
        <w:t>จิโร่) ท่านช่างมั่นบอกว่าดาบต้องหนัก ข้าบอกว่าดาบต้องคม… เราเลยทำให้มันทั้งหนักทั้งคม"</w:t>
      </w:r>
    </w:p>
    <w:p w14:paraId="64F729C2" w14:textId="77777777" w:rsidR="00501161" w:rsidRDefault="00C637DA">
      <w:pPr>
        <w:pStyle w:val="ListBullet"/>
        <w:ind w:left="720"/>
      </w:pPr>
      <w:r>
        <w:t>"(</w:t>
      </w:r>
      <w:r>
        <w:t>นายช่างมั่น เมื่อได้วัตถุดิบสัตว์ชั้นสูง) …ดี (นี่คือคำชมที่มากที่สุดที่เขาเคยพูด)"</w:t>
      </w:r>
    </w:p>
    <w:p w14:paraId="7909D7AE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การให้ผู้ช่วยปลดล็อกจากภารกิจหลักทำให้ภารกิจแรกมีรางวัลที่จับต้องได้ในค่าย (บริการใหม่) และสอนผู้เล่นว่าการช่วยคนในป่าทำให้ค่ายแข็งแรงขึ้น</w:t>
      </w:r>
    </w:p>
    <w:p w14:paraId="09A4371C" w14:textId="77777777" w:rsidR="00501161" w:rsidRDefault="00C637DA">
      <w:pPr>
        <w:pStyle w:val="Heading3"/>
      </w:pPr>
      <w:r>
        <w:t xml:space="preserve">10.3.6 </w:t>
      </w:r>
      <w:r>
        <w:t>เถ้าแก่ฮง —</w:t>
      </w:r>
      <w:r>
        <w:t xml:space="preserve"> </w:t>
      </w:r>
      <w:r>
        <w:t>ห้างเถ้าแก่ฮง (ขายของ)</w:t>
      </w:r>
    </w:p>
    <w:p w14:paraId="7BE2DB40" w14:textId="77777777" w:rsidR="00501161" w:rsidRDefault="00C637DA">
      <w:pPr>
        <w:ind w:firstLine="720"/>
      </w:pPr>
      <w:r>
        <w:t>นายสำเภาชาวจีนเจ้าของสินค้าครึ่งลำเรือ ทุกอย่างที่คณะกินและใช้ในวันแรกมาจากระวางของเขา เมื่อของเดิมหมด เขาจึงเริ่ม "รับซื้อ" สิ่งของจากป่าแล้วหาทางแปรรูปขาย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79"/>
        <w:gridCol w:w="7636"/>
      </w:tblGrid>
      <w:tr w:rsidR="00501161" w14:paraId="047E7FFD" w14:textId="77777777">
        <w:trPr>
          <w:tblHeader/>
          <w:jc w:val="center"/>
        </w:trPr>
        <w:tc>
          <w:tcPr>
            <w:tcW w:w="1379" w:type="dxa"/>
            <w:shd w:val="clear" w:color="auto" w:fill="F2F2F2"/>
          </w:tcPr>
          <w:p w14:paraId="49021B4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36" w:type="dxa"/>
            <w:shd w:val="clear" w:color="auto" w:fill="F2F2F2"/>
          </w:tcPr>
          <w:p w14:paraId="70DDB53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65B84FDA" w14:textId="77777777">
        <w:trPr>
          <w:jc w:val="center"/>
        </w:trPr>
        <w:tc>
          <w:tcPr>
            <w:tcW w:w="1379" w:type="dxa"/>
          </w:tcPr>
          <w:p w14:paraId="0400C1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บทบาทในเกม</w:t>
            </w:r>
          </w:p>
        </w:tc>
        <w:tc>
          <w:tcPr>
            <w:tcW w:w="7636" w:type="dxa"/>
          </w:tcPr>
          <w:p w14:paraId="2C0F65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ร้านค้า: ซื้อไอเทม ขายวัตถุดิบ </w:t>
            </w:r>
            <w:r>
              <w:rPr>
                <w:sz w:val="28"/>
                <w:szCs w:val="28"/>
              </w:rPr>
              <w:t>และสินค้าปลดล็อกจากการขายวัตถุดิบ (ระบบร้านค้าของ Etrian Odyssey)</w:t>
            </w:r>
          </w:p>
        </w:tc>
      </w:tr>
      <w:tr w:rsidR="00501161" w14:paraId="0C04F33D" w14:textId="77777777">
        <w:trPr>
          <w:jc w:val="center"/>
        </w:trPr>
        <w:tc>
          <w:tcPr>
            <w:tcW w:w="1379" w:type="dxa"/>
          </w:tcPr>
          <w:p w14:paraId="6ADC58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36" w:type="dxa"/>
          </w:tcPr>
          <w:p w14:paraId="2246AA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ห้างเถ้าแก่ฮง (ระวางสินค้าท้องเรือ)</w:t>
            </w:r>
          </w:p>
        </w:tc>
      </w:tr>
      <w:tr w:rsidR="00501161" w14:paraId="7D5CF7A7" w14:textId="77777777">
        <w:trPr>
          <w:jc w:val="center"/>
        </w:trPr>
        <w:tc>
          <w:tcPr>
            <w:tcW w:w="1379" w:type="dxa"/>
          </w:tcPr>
          <w:p w14:paraId="34F424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หน้าตา</w:t>
            </w:r>
          </w:p>
        </w:tc>
        <w:tc>
          <w:tcPr>
            <w:tcW w:w="7636" w:type="dxa"/>
          </w:tcPr>
          <w:p w14:paraId="151FBB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ชายจีนวัย 60 ปี อ้วนท้วน หนวดยาว ใส่เสื้อแพรสีน้ำเงิน ลูกคิดไม้ห้อยเอว</w:t>
            </w:r>
          </w:p>
        </w:tc>
      </w:tr>
      <w:tr w:rsidR="00501161" w14:paraId="159E7FD7" w14:textId="77777777">
        <w:trPr>
          <w:jc w:val="center"/>
        </w:trPr>
        <w:tc>
          <w:tcPr>
            <w:tcW w:w="1379" w:type="dxa"/>
          </w:tcPr>
          <w:p w14:paraId="7295AB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บุคลิก</w:t>
            </w:r>
          </w:p>
        </w:tc>
        <w:tc>
          <w:tcPr>
            <w:tcW w:w="7636" w:type="dxa"/>
          </w:tcPr>
          <w:p w14:paraId="72F3FF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ช่างต่อรอง พูดเร็ว ชอบคุยเรื่องกำไร แต่เป็นคนแรกที่แจกข้าว</w:t>
            </w:r>
            <w:r>
              <w:rPr>
                <w:sz w:val="28"/>
                <w:szCs w:val="28"/>
              </w:rPr>
              <w:t>ในคืนแรกโดยไม่คิดเงิน</w:t>
            </w:r>
          </w:p>
        </w:tc>
      </w:tr>
      <w:tr w:rsidR="00501161" w14:paraId="34817563" w14:textId="77777777">
        <w:trPr>
          <w:jc w:val="center"/>
        </w:trPr>
        <w:tc>
          <w:tcPr>
            <w:tcW w:w="1379" w:type="dxa"/>
          </w:tcPr>
          <w:p w14:paraId="7C9B0B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บริการ</w:t>
            </w:r>
          </w:p>
        </w:tc>
        <w:tc>
          <w:tcPr>
            <w:tcW w:w="7636" w:type="dxa"/>
          </w:tcPr>
          <w:p w14:paraId="631840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ซื้อไอเทมพื้นฐานและไอเทมที่ปลดล็อกแล้ว, ขายวัตถุดิบ, ขายอุปกรณ์เก่า, ดูรายการสินค้าที่จะปลดล็อก</w:t>
            </w:r>
          </w:p>
        </w:tc>
      </w:tr>
      <w:tr w:rsidR="00501161" w14:paraId="0C820D19" w14:textId="77777777">
        <w:trPr>
          <w:jc w:val="center"/>
        </w:trPr>
        <w:tc>
          <w:tcPr>
            <w:tcW w:w="1379" w:type="dxa"/>
          </w:tcPr>
          <w:p w14:paraId="658124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การปลดล็อก</w:t>
            </w:r>
          </w:p>
        </w:tc>
        <w:tc>
          <w:tcPr>
            <w:tcW w:w="7636" w:type="dxa"/>
          </w:tcPr>
          <w:p w14:paraId="265456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มีตั้งแต่เริ่ม · สินค้าใหม่ปลดล็อกตามวัตถุดิบที่ขาย (Section 10.5)</w:t>
            </w:r>
          </w:p>
        </w:tc>
      </w:tr>
    </w:tbl>
    <w:p w14:paraId="743D2D5A" w14:textId="77777777" w:rsidR="00501161" w:rsidRDefault="00501161">
      <w:pPr>
        <w:spacing w:after="40"/>
      </w:pPr>
    </w:p>
    <w:p w14:paraId="6A01DB84" w14:textId="77777777" w:rsidR="00501161" w:rsidRDefault="00C637DA">
      <w:pPr>
        <w:ind w:firstLine="720"/>
      </w:pPr>
      <w:r>
        <w:rPr>
          <w:b/>
          <w:bCs/>
        </w:rPr>
        <w:t>ตัวอย่างบทพูด</w:t>
      </w:r>
    </w:p>
    <w:p w14:paraId="644F40AD" w14:textId="77777777" w:rsidR="00501161" w:rsidRDefault="00C637DA">
      <w:pPr>
        <w:pStyle w:val="ListBullet"/>
        <w:ind w:left="720"/>
      </w:pPr>
      <w:r>
        <w:t>"</w:t>
      </w:r>
      <w:r>
        <w:t xml:space="preserve">ซื้อสองแถมหนึ่ง… ไม่ใช่ </w:t>
      </w:r>
      <w:r>
        <w:t>ซื้อสองจ่ายสอง แต่ยิ้มให้ฟรี"</w:t>
      </w:r>
    </w:p>
    <w:p w14:paraId="4F711200" w14:textId="77777777" w:rsidR="00501161" w:rsidRDefault="00C637DA">
      <w:pPr>
        <w:pStyle w:val="ListBullet"/>
        <w:ind w:left="720"/>
      </w:pPr>
      <w:r>
        <w:t>"</w:t>
      </w:r>
      <w:r>
        <w:t>เกล็ดมกร! ที่เมืองจีนชิ้นเดียวซื้อบ้านได้ทั้งหลัง… แต่ที่นี่ข้าให้ได้แค่นี้นะ"</w:t>
      </w:r>
    </w:p>
    <w:p w14:paraId="3FCC6C15" w14:textId="77777777" w:rsidR="00501161" w:rsidRDefault="00C637DA">
      <w:pPr>
        <w:pStyle w:val="ListBullet"/>
        <w:ind w:left="720"/>
      </w:pPr>
      <w:r>
        <w:t>"(</w:t>
      </w:r>
      <w:r>
        <w:t>เมื่อปลดล็อกสินค้าใหม่) ได้ของพอแล้ว พรุ่งนี้มาดู มีของดีให้"</w:t>
      </w:r>
    </w:p>
    <w:p w14:paraId="205B328E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ใช้ระบบปลดล็อกสินค้าจากการขายวัตถุดิบแบบ Etrian Odyssey: วัตถุดิบไม่ไ</w:t>
      </w:r>
      <w:r>
        <w:t>ด้มีค่าแค่ใช้คราฟ แต่ยังทำให้ร้านมีของใหม่ ผู้เล่นจึงมีเหตุผลจะขายวัตถุดิบส่วนเกินแทนที่จะทิ้ง และร้านกลายเป็นตัวบอกความคืบหน้าของการสำรวจ</w:t>
      </w:r>
    </w:p>
    <w:p w14:paraId="65AF2BA7" w14:textId="77777777" w:rsidR="00501161" w:rsidRDefault="00C637DA">
      <w:pPr>
        <w:pStyle w:val="Heading3"/>
      </w:pPr>
      <w:r>
        <w:t xml:space="preserve">10.3.7 </w:t>
      </w:r>
      <w:r>
        <w:t>ยายเนียม — ครัวไฟ (เควสย่อย / อาหาร)</w:t>
      </w:r>
    </w:p>
    <w:p w14:paraId="0C2A9D1B" w14:textId="77777777" w:rsidR="00501161" w:rsidRDefault="00C637DA">
      <w:pPr>
        <w:ind w:firstLine="720"/>
      </w:pPr>
      <w:r>
        <w:t>แม่ครัวประจำสำเภาที่ดูแลปากท้องลูกเรือมาหลายสิบปี ครัวไฟของยายคือที่ที่ทุ</w:t>
      </w:r>
      <w:r>
        <w:t>กคนในค่ายมานั่งรวมกันตอนเย็น จึงเป็นที่ที่ข่าว คำร้องขอ และเรื่องเล่าทุกอย่างมารวมกัน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57"/>
        <w:gridCol w:w="7658"/>
      </w:tblGrid>
      <w:tr w:rsidR="00501161" w14:paraId="0D85093C" w14:textId="77777777">
        <w:trPr>
          <w:tblHeader/>
          <w:jc w:val="center"/>
        </w:trPr>
        <w:tc>
          <w:tcPr>
            <w:tcW w:w="1357" w:type="dxa"/>
            <w:shd w:val="clear" w:color="auto" w:fill="F2F2F2"/>
          </w:tcPr>
          <w:p w14:paraId="59D9DCD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58" w:type="dxa"/>
            <w:shd w:val="clear" w:color="auto" w:fill="F2F2F2"/>
          </w:tcPr>
          <w:p w14:paraId="15F906C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232198F4" w14:textId="77777777">
        <w:trPr>
          <w:jc w:val="center"/>
        </w:trPr>
        <w:tc>
          <w:tcPr>
            <w:tcW w:w="1357" w:type="dxa"/>
          </w:tcPr>
          <w:p w14:paraId="43C004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บทบาทในเกม</w:t>
            </w:r>
          </w:p>
        </w:tc>
        <w:tc>
          <w:tcPr>
            <w:tcW w:w="7658" w:type="dxa"/>
          </w:tcPr>
          <w:p w14:paraId="387CB4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ผู้มอบเควสย่อย (แบบบาร์ใน Etrian Odyssey), ทำอาหาร, ข่าวลือเกี่ยวกับชั้นต่างๆ</w:t>
            </w:r>
          </w:p>
        </w:tc>
      </w:tr>
      <w:tr w:rsidR="00501161" w14:paraId="3CCE46F1" w14:textId="77777777">
        <w:trPr>
          <w:jc w:val="center"/>
        </w:trPr>
        <w:tc>
          <w:tcPr>
            <w:tcW w:w="1357" w:type="dxa"/>
          </w:tcPr>
          <w:p w14:paraId="5AF591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58" w:type="dxa"/>
          </w:tcPr>
          <w:p w14:paraId="19E337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ครัวไฟ (กองไฟกลางค่าย </w:t>
            </w:r>
            <w:r>
              <w:rPr>
                <w:sz w:val="28"/>
                <w:szCs w:val="28"/>
              </w:rPr>
              <w:t>ที่ทุกคนมานั่งกินข้าวตอนเย็น)</w:t>
            </w:r>
          </w:p>
        </w:tc>
      </w:tr>
      <w:tr w:rsidR="00501161" w14:paraId="473529D5" w14:textId="77777777">
        <w:trPr>
          <w:jc w:val="center"/>
        </w:trPr>
        <w:tc>
          <w:tcPr>
            <w:tcW w:w="1357" w:type="dxa"/>
          </w:tcPr>
          <w:p w14:paraId="508452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หน้าตา</w:t>
            </w:r>
          </w:p>
        </w:tc>
        <w:tc>
          <w:tcPr>
            <w:tcW w:w="7658" w:type="dxa"/>
          </w:tcPr>
          <w:p w14:paraId="7F60FF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หญิงชรา 65 ปี ผมสั้นแบบหญิงอยุธยา นุ่งโจงกระเบน กินหมากปากแดง ถือทัพพีอันใหญ่</w:t>
            </w:r>
          </w:p>
        </w:tc>
      </w:tr>
      <w:tr w:rsidR="00501161" w14:paraId="50A47CD9" w14:textId="77777777">
        <w:trPr>
          <w:jc w:val="center"/>
        </w:trPr>
        <w:tc>
          <w:tcPr>
            <w:tcW w:w="1357" w:type="dxa"/>
          </w:tcPr>
          <w:p w14:paraId="5D92B3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บุคลิก</w:t>
            </w:r>
          </w:p>
        </w:tc>
        <w:tc>
          <w:tcPr>
            <w:tcW w:w="7658" w:type="dxa"/>
          </w:tcPr>
          <w:p w14:paraId="6008E7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ปากจัด ชอบดุ แต่ใจอ่อน ห่วงทุกคนเหมือนลูกหลาน รู้เรื่องทุกเรื่องในค่าย</w:t>
            </w:r>
          </w:p>
        </w:tc>
      </w:tr>
      <w:tr w:rsidR="00501161" w14:paraId="50561EDF" w14:textId="77777777">
        <w:trPr>
          <w:jc w:val="center"/>
        </w:trPr>
        <w:tc>
          <w:tcPr>
            <w:tcW w:w="1357" w:type="dxa"/>
          </w:tcPr>
          <w:p w14:paraId="515668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บริการ</w:t>
            </w:r>
          </w:p>
        </w:tc>
        <w:tc>
          <w:tcPr>
            <w:tcW w:w="7658" w:type="dxa"/>
          </w:tcPr>
          <w:p w14:paraId="7AF97D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ทำอาหาร (Section 11.3), กระดานเควสย่อย (คนในค่ายฝากเร</w:t>
            </w:r>
            <w:r>
              <w:rPr>
                <w:sz w:val="28"/>
                <w:szCs w:val="28"/>
              </w:rPr>
              <w:t>ื่องผ่านยาย), ข่าวลือ (คำใบ้ Gathering Point / Event Tile / สัตว์ชั้นสูง), Hunger เต็มเมื่อกินข้าวเย็นที่ค่าย</w:t>
            </w:r>
          </w:p>
        </w:tc>
      </w:tr>
      <w:tr w:rsidR="00501161" w14:paraId="075ECB8D" w14:textId="77777777">
        <w:trPr>
          <w:jc w:val="center"/>
        </w:trPr>
        <w:tc>
          <w:tcPr>
            <w:tcW w:w="1357" w:type="dxa"/>
          </w:tcPr>
          <w:p w14:paraId="12EB3B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การปลดล็อก</w:t>
            </w:r>
          </w:p>
        </w:tc>
        <w:tc>
          <w:tcPr>
            <w:tcW w:w="7658" w:type="dxa"/>
          </w:tcPr>
          <w:p w14:paraId="655BA1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มีตั้งแต่เริ่ม · เควสใหม่ขึ้นทุกวันตอน 06:00</w:t>
            </w:r>
          </w:p>
        </w:tc>
      </w:tr>
    </w:tbl>
    <w:p w14:paraId="5AB38F47" w14:textId="77777777" w:rsidR="00501161" w:rsidRDefault="00501161">
      <w:pPr>
        <w:spacing w:after="40"/>
      </w:pPr>
    </w:p>
    <w:p w14:paraId="358C7355" w14:textId="77777777" w:rsidR="00501161" w:rsidRDefault="00C637DA">
      <w:pPr>
        <w:ind w:firstLine="720"/>
      </w:pPr>
      <w:r>
        <w:rPr>
          <w:b/>
          <w:bCs/>
        </w:rPr>
        <w:t>ตัวอย่างบทพูด</w:t>
      </w:r>
    </w:p>
    <w:p w14:paraId="683143DE" w14:textId="77777777" w:rsidR="00501161" w:rsidRDefault="00C637DA">
      <w:pPr>
        <w:pStyle w:val="ListBullet"/>
        <w:ind w:left="720"/>
      </w:pPr>
      <w:r>
        <w:t>"</w:t>
      </w:r>
      <w:r>
        <w:t>กินก่อน แล้วค่อยไปตาย… ไม่ใช่! กินแล้วกลับมาให้ครบทุกคน ได้ยินไหม"</w:t>
      </w:r>
    </w:p>
    <w:p w14:paraId="45057A22" w14:textId="77777777" w:rsidR="00501161" w:rsidRDefault="00C637DA">
      <w:pPr>
        <w:pStyle w:val="ListBullet"/>
        <w:ind w:left="720"/>
      </w:pPr>
      <w:r>
        <w:t>"</w:t>
      </w:r>
      <w:r>
        <w:t>ไอ้ห</w:t>
      </w:r>
      <w:r>
        <w:t>นูลูกเรือมันว่าเห็นต้นไม้ที่ลูกเป็นคนอยู่ชั้นสอง เพ้อไปหรือเปล่าก็ไม่รู้"</w:t>
      </w:r>
    </w:p>
    <w:p w14:paraId="7E2B460F" w14:textId="77777777" w:rsidR="00501161" w:rsidRDefault="00C637DA">
      <w:pPr>
        <w:pStyle w:val="ListBullet"/>
        <w:ind w:left="720"/>
      </w:pPr>
      <w:r>
        <w:t>"(</w:t>
      </w:r>
      <w:r>
        <w:t>ส่งเควส) เนื้อทิศากรสามชิ้นนะ ยายจะทำแกงให้ทั้งค่ายกิน คืนนี้ไม่มีใครต้องนอนท้องว่าง"</w:t>
      </w:r>
    </w:p>
    <w:p w14:paraId="5D2BBA3D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Etrian Odyssey </w:t>
      </w:r>
      <w:r>
        <w:t>ใช้บาร์เป็นที่รวมเควสย่อยและข่าวลือ ครัวไฟคือเวอร์ชันไทยโบราณของบา</w:t>
      </w:r>
      <w:r>
        <w:t>ร์: ที่ที่ผู้คนมารวมกันตอนเย็น การรวมเควสย่อยกับอาหารไว้ที่เดียวทำให้ผู้เล่นแวะครัวไฟทุกครั้งที่กลับค่าย และเห็นเควสใหม่โดยธรรมชาติ</w:t>
      </w:r>
    </w:p>
    <w:p w14:paraId="71949BAF" w14:textId="77777777" w:rsidR="00501161" w:rsidRDefault="00C637DA">
      <w:pPr>
        <w:pStyle w:val="Heading3"/>
      </w:pPr>
      <w:r>
        <w:t xml:space="preserve">10.3.8 </w:t>
      </w:r>
      <w:r>
        <w:t>หลวงตาทอง — ศาลาพระ (นอน / Save / Rest)</w:t>
      </w:r>
    </w:p>
    <w:p w14:paraId="6D258D7F" w14:textId="77777777" w:rsidR="00501161" w:rsidRDefault="00C637DA">
      <w:pPr>
        <w:ind w:firstLine="720"/>
      </w:pPr>
      <w:r>
        <w:t>พระที่ติดคณะทูตไปเพื่อเผยแผ่ศาสนาและแลกเปลี่ยนพระไตรปิฎก หลวงตาคือคนเดียวที่ไม่กลัวป่า และมักพูดถึงป่าหิมพานต์อย่างเข้าใจ และเป็นคนแรกที่ชี้ว่าทางออกอยู่ที่ต้นน้ำในใจกลางป่า ไม่ใช่ข้างหลัง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57"/>
        <w:gridCol w:w="7658"/>
      </w:tblGrid>
      <w:tr w:rsidR="00501161" w14:paraId="0720CFEB" w14:textId="77777777">
        <w:trPr>
          <w:tblHeader/>
          <w:jc w:val="center"/>
        </w:trPr>
        <w:tc>
          <w:tcPr>
            <w:tcW w:w="1357" w:type="dxa"/>
            <w:shd w:val="clear" w:color="auto" w:fill="F2F2F2"/>
          </w:tcPr>
          <w:p w14:paraId="54B223F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58" w:type="dxa"/>
            <w:shd w:val="clear" w:color="auto" w:fill="F2F2F2"/>
          </w:tcPr>
          <w:p w14:paraId="511AAB0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588ABA97" w14:textId="77777777">
        <w:trPr>
          <w:jc w:val="center"/>
        </w:trPr>
        <w:tc>
          <w:tcPr>
            <w:tcW w:w="1357" w:type="dxa"/>
          </w:tcPr>
          <w:p w14:paraId="10D514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บทบาทในเกม</w:t>
            </w:r>
          </w:p>
        </w:tc>
        <w:tc>
          <w:tcPr>
            <w:tcW w:w="7658" w:type="dxa"/>
          </w:tcPr>
          <w:p w14:paraId="59882F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นอนพัก (ข้ามไป 06:00 วันถัดไป), บันทึ</w:t>
            </w:r>
            <w:r>
              <w:rPr>
                <w:sz w:val="28"/>
                <w:szCs w:val="28"/>
              </w:rPr>
              <w:t>กเกม, พักฟื้น (Rest: ล้าง SP แลก 5 เลเวล — Section 4.3.3)</w:t>
            </w:r>
          </w:p>
        </w:tc>
      </w:tr>
      <w:tr w:rsidR="00501161" w14:paraId="56561050" w14:textId="77777777">
        <w:trPr>
          <w:jc w:val="center"/>
        </w:trPr>
        <w:tc>
          <w:tcPr>
            <w:tcW w:w="1357" w:type="dxa"/>
          </w:tcPr>
          <w:p w14:paraId="5D2520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58" w:type="dxa"/>
          </w:tcPr>
          <w:p w14:paraId="744D58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ศาลาพระ (สร้างจากเสากระโดงเรือ)</w:t>
            </w:r>
          </w:p>
        </w:tc>
      </w:tr>
      <w:tr w:rsidR="00501161" w14:paraId="606D1E8F" w14:textId="77777777">
        <w:trPr>
          <w:jc w:val="center"/>
        </w:trPr>
        <w:tc>
          <w:tcPr>
            <w:tcW w:w="1357" w:type="dxa"/>
          </w:tcPr>
          <w:p w14:paraId="3EBCAF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หน้าตา</w:t>
            </w:r>
          </w:p>
        </w:tc>
        <w:tc>
          <w:tcPr>
            <w:tcW w:w="7658" w:type="dxa"/>
          </w:tcPr>
          <w:p w14:paraId="67A92E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พระภิกษุชรา 75 ปี ร่างผอม ยิ้มตลอด ถือพัดใบตาลและลูกประคำ</w:t>
            </w:r>
          </w:p>
        </w:tc>
      </w:tr>
      <w:tr w:rsidR="00501161" w14:paraId="62EC6E01" w14:textId="77777777">
        <w:trPr>
          <w:jc w:val="center"/>
        </w:trPr>
        <w:tc>
          <w:tcPr>
            <w:tcW w:w="1357" w:type="dxa"/>
          </w:tcPr>
          <w:p w14:paraId="553A4D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บุคลิก</w:t>
            </w:r>
          </w:p>
        </w:tc>
        <w:tc>
          <w:tcPr>
            <w:tcW w:w="7658" w:type="dxa"/>
          </w:tcPr>
          <w:p w14:paraId="38C1191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สงบ พูดเป็นปริศนาบ้าง มองเห็นป่าหิมพานต์ด้วยสายตาที่ต่างจากคนอื่น (ตามตำราไตรภูมิ ป</w:t>
            </w:r>
            <w:r>
              <w:rPr>
                <w:sz w:val="28"/>
                <w:szCs w:val="28"/>
              </w:rPr>
              <w:t>่านี้คือส่วนหนึ่งของจักรวาล ไม่ใช่สิ่งชั่วร้าย)</w:t>
            </w:r>
          </w:p>
        </w:tc>
      </w:tr>
      <w:tr w:rsidR="00501161" w14:paraId="18E9C441" w14:textId="77777777">
        <w:trPr>
          <w:jc w:val="center"/>
        </w:trPr>
        <w:tc>
          <w:tcPr>
            <w:tcW w:w="1357" w:type="dxa"/>
          </w:tcPr>
          <w:p w14:paraId="234516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บริการ</w:t>
            </w:r>
          </w:p>
        </w:tc>
        <w:tc>
          <w:tcPr>
            <w:tcW w:w="7658" w:type="dxa"/>
          </w:tcPr>
          <w:p w14:paraId="2C8582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นอนพัก + Save, พักฟื้น (Rest), สวดให้ผู้ที่ตายในป่า (บทสนทนาเมื่อตัวละครถูกปลด/ตายถาวร)</w:t>
            </w:r>
          </w:p>
        </w:tc>
      </w:tr>
      <w:tr w:rsidR="00501161" w14:paraId="71B7808A" w14:textId="77777777">
        <w:trPr>
          <w:jc w:val="center"/>
        </w:trPr>
        <w:tc>
          <w:tcPr>
            <w:tcW w:w="1357" w:type="dxa"/>
          </w:tcPr>
          <w:p w14:paraId="5B1AA2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การปลดล็อก</w:t>
            </w:r>
          </w:p>
        </w:tc>
        <w:tc>
          <w:tcPr>
            <w:tcW w:w="7658" w:type="dxa"/>
          </w:tcPr>
          <w:p w14:paraId="27DD59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มีตั้งแต่เริ่ม</w:t>
            </w:r>
          </w:p>
        </w:tc>
      </w:tr>
    </w:tbl>
    <w:p w14:paraId="27CB165C" w14:textId="77777777" w:rsidR="00501161" w:rsidRDefault="00501161">
      <w:pPr>
        <w:spacing w:after="40"/>
      </w:pPr>
    </w:p>
    <w:p w14:paraId="35259460" w14:textId="77777777" w:rsidR="00501161" w:rsidRDefault="00C637DA">
      <w:pPr>
        <w:ind w:firstLine="720"/>
      </w:pPr>
      <w:r>
        <w:rPr>
          <w:b/>
          <w:bCs/>
        </w:rPr>
        <w:t>ตัวอย่างบทพูด</w:t>
      </w:r>
    </w:p>
    <w:p w14:paraId="7DB9EF41" w14:textId="77777777" w:rsidR="00501161" w:rsidRDefault="00C637DA">
      <w:pPr>
        <w:pStyle w:val="ListBullet"/>
        <w:ind w:left="720"/>
      </w:pPr>
      <w:r>
        <w:lastRenderedPageBreak/>
        <w:t>"</w:t>
      </w:r>
      <w:r>
        <w:t>นอนเถิดโยม ป่ามันไม่หนีไปไหน"</w:t>
      </w:r>
    </w:p>
    <w:p w14:paraId="611C7C49" w14:textId="77777777" w:rsidR="00501161" w:rsidRDefault="00C637DA">
      <w:pPr>
        <w:pStyle w:val="ListBullet"/>
        <w:ind w:left="720"/>
      </w:pPr>
      <w:r>
        <w:t xml:space="preserve">"(Rest) </w:t>
      </w:r>
      <w:r>
        <w:t>จะเริ่มใหม่ก็ไม่ผิด ต้นไม้ผลัดใบทุกปี ก็ยังเป็นต้นเดิม"</w:t>
      </w:r>
    </w:p>
    <w:p w14:paraId="1CD8D71C" w14:textId="77777777" w:rsidR="00501161" w:rsidRDefault="00C637DA">
      <w:pPr>
        <w:pStyle w:val="ListBullet"/>
        <w:ind w:left="720"/>
      </w:pPr>
      <w:r>
        <w:t>"</w:t>
      </w:r>
      <w:r>
        <w:t>สัตว์ในป่านี้ไม่ได้เกลียดเรา… มันแค่จำบางอย่างได้ที่เราลืมไปแล้ว"</w:t>
      </w:r>
    </w:p>
    <w:p w14:paraId="45C117CD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จุด Save ที่มีคนประจำทำให้การ Save มีความหมายทางอารมณ์ (คนที่ทำให้เราได้พัก) และการวาง Rest ไว้กับพระเชื่อมกับแนวคิด "เร</w:t>
      </w:r>
      <w:r>
        <w:t>ิ่มใหม่" ได้เป็นธรรมชาติ</w:t>
      </w:r>
    </w:p>
    <w:p w14:paraId="1BBAEA04" w14:textId="77777777" w:rsidR="00501161" w:rsidRDefault="00C637DA">
      <w:pPr>
        <w:pStyle w:val="Heading2"/>
      </w:pPr>
      <w:bookmarkStart w:id="63" w:name="_Toc243336733"/>
      <w:r>
        <w:t xml:space="preserve">10.4 Recruitment — </w:t>
      </w:r>
      <w:r>
        <w:t>ทำเนียบอาสา</w:t>
      </w:r>
      <w:bookmarkEnd w:id="63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06"/>
        <w:gridCol w:w="7408"/>
      </w:tblGrid>
      <w:tr w:rsidR="00501161" w14:paraId="320C9551" w14:textId="77777777">
        <w:trPr>
          <w:tblHeader/>
          <w:jc w:val="center"/>
        </w:trPr>
        <w:tc>
          <w:tcPr>
            <w:tcW w:w="1606" w:type="dxa"/>
            <w:shd w:val="clear" w:color="auto" w:fill="F2F2F2"/>
          </w:tcPr>
          <w:p w14:paraId="6CB06D6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408" w:type="dxa"/>
            <w:shd w:val="clear" w:color="auto" w:fill="F2F2F2"/>
          </w:tcPr>
          <w:p w14:paraId="4762BD7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28307E77" w14:textId="77777777">
        <w:trPr>
          <w:jc w:val="center"/>
        </w:trPr>
        <w:tc>
          <w:tcPr>
            <w:tcW w:w="1606" w:type="dxa"/>
          </w:tcPr>
          <w:p w14:paraId="27C918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ผู้สมัครต่อวัน</w:t>
            </w:r>
          </w:p>
        </w:tc>
        <w:tc>
          <w:tcPr>
            <w:tcW w:w="7408" w:type="dxa"/>
          </w:tcPr>
          <w:p w14:paraId="68C352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คน (อาชีพไม่ซ้ำ) เปลี่ยนตอน 06:00</w:t>
            </w:r>
          </w:p>
        </w:tc>
      </w:tr>
      <w:tr w:rsidR="00501161" w14:paraId="05094FFB" w14:textId="77777777">
        <w:trPr>
          <w:jc w:val="center"/>
        </w:trPr>
        <w:tc>
          <w:tcPr>
            <w:tcW w:w="1606" w:type="dxa"/>
          </w:tcPr>
          <w:p w14:paraId="677073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เลเวลตอนจ้าง</w:t>
            </w:r>
          </w:p>
        </w:tc>
        <w:tc>
          <w:tcPr>
            <w:tcW w:w="7408" w:type="dxa"/>
          </w:tcPr>
          <w:p w14:paraId="601447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Lv </w:t>
            </w:r>
            <w:r>
              <w:rPr>
                <w:sz w:val="28"/>
                <w:szCs w:val="28"/>
              </w:rPr>
              <w:t>ต่ำสุดของช่วงศัตรูใน Chapter ปัจจุบัน (Ch1 = Lv1, Ch3 = Lv24) ได้ SP ตามเลเวล</w:t>
            </w:r>
          </w:p>
        </w:tc>
      </w:tr>
      <w:tr w:rsidR="00501161" w14:paraId="437CDA5A" w14:textId="77777777">
        <w:trPr>
          <w:jc w:val="center"/>
        </w:trPr>
        <w:tc>
          <w:tcPr>
            <w:tcW w:w="1606" w:type="dxa"/>
          </w:tcPr>
          <w:p w14:paraId="514DF1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ราคาจ้าง</w:t>
            </w:r>
          </w:p>
        </w:tc>
        <w:tc>
          <w:tcPr>
            <w:tcW w:w="7408" w:type="dxa"/>
          </w:tcPr>
          <w:p w14:paraId="362EFB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 × Chapter Gold</w:t>
            </w:r>
          </w:p>
        </w:tc>
      </w:tr>
      <w:tr w:rsidR="00501161" w14:paraId="09456C63" w14:textId="77777777">
        <w:trPr>
          <w:jc w:val="center"/>
        </w:trPr>
        <w:tc>
          <w:tcPr>
            <w:tcW w:w="1606" w:type="dxa"/>
          </w:tcPr>
          <w:p w14:paraId="27D194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ความต่างของตัวละคร</w:t>
            </w:r>
          </w:p>
        </w:tc>
        <w:tc>
          <w:tcPr>
            <w:tcW w:w="7408" w:type="dxa"/>
          </w:tcPr>
          <w:p w14:paraId="2E302D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ชื่อ ภาพ 2D เสียง และ Base Stat ต่างจากตาราง 4.4 ได้ ±10% (สุ่ม)</w:t>
            </w:r>
          </w:p>
        </w:tc>
      </w:tr>
      <w:tr w:rsidR="00501161" w14:paraId="4F0ABD3E" w14:textId="77777777">
        <w:trPr>
          <w:jc w:val="center"/>
        </w:trPr>
        <w:tc>
          <w:tcPr>
            <w:tcW w:w="1606" w:type="dxa"/>
          </w:tcPr>
          <w:p w14:paraId="475BCD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คำแนะนำ</w:t>
            </w:r>
          </w:p>
        </w:tc>
        <w:tc>
          <w:tcPr>
            <w:tcW w:w="7408" w:type="dxa"/>
          </w:tcPr>
          <w:p w14:paraId="27F723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นายทองอินพูดหนึ่งประโยคต่อผู้สมัคร ตาม Stat ที่สูง/ต่ำที่สุดเทียบกับค่ากลางของอาชีพ</w:t>
            </w:r>
          </w:p>
        </w:tc>
      </w:tr>
      <w:tr w:rsidR="00501161" w14:paraId="2B42430C" w14:textId="77777777">
        <w:trPr>
          <w:jc w:val="center"/>
        </w:trPr>
        <w:tc>
          <w:tcPr>
            <w:tcW w:w="1606" w:type="dxa"/>
          </w:tcPr>
          <w:p w14:paraId="6A0AC5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</w:t>
            </w:r>
          </w:p>
        </w:tc>
        <w:tc>
          <w:tcPr>
            <w:tcW w:w="7408" w:type="dxa"/>
          </w:tcPr>
          <w:p w14:paraId="3A5007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มาสมัครหลังปลดล็อกในเนื้อเรื่อง สุ่ม Bloodline 1 ใน 6</w:t>
            </w:r>
          </w:p>
        </w:tc>
      </w:tr>
    </w:tbl>
    <w:p w14:paraId="2812F1BC" w14:textId="77777777" w:rsidR="00501161" w:rsidRDefault="00501161">
      <w:pPr>
        <w:spacing w:after="40"/>
      </w:pPr>
    </w:p>
    <w:p w14:paraId="79D092FC" w14:textId="77777777" w:rsidR="00501161" w:rsidRDefault="00C637DA">
      <w:pPr>
        <w:pStyle w:val="Heading3"/>
      </w:pPr>
      <w:r>
        <w:t xml:space="preserve">10.4.1 </w:t>
      </w:r>
      <w:r>
        <w:t>ที่มา</w:t>
      </w:r>
      <w:r>
        <w:t>ของผู้สมัคร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59"/>
        <w:gridCol w:w="4673"/>
        <w:gridCol w:w="1359"/>
        <w:gridCol w:w="1623"/>
      </w:tblGrid>
      <w:tr w:rsidR="00501161" w14:paraId="237F5A99" w14:textId="77777777">
        <w:trPr>
          <w:tblHeader/>
          <w:jc w:val="center"/>
        </w:trPr>
        <w:tc>
          <w:tcPr>
            <w:tcW w:w="1359" w:type="dxa"/>
            <w:shd w:val="clear" w:color="auto" w:fill="F2F2F2"/>
          </w:tcPr>
          <w:p w14:paraId="51A3B7A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กลุ่ม</w:t>
            </w:r>
          </w:p>
        </w:tc>
        <w:tc>
          <w:tcPr>
            <w:tcW w:w="4673" w:type="dxa"/>
            <w:shd w:val="clear" w:color="auto" w:fill="F2F2F2"/>
          </w:tcPr>
          <w:p w14:paraId="10C9169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ที่มาในเรื่อง</w:t>
            </w:r>
          </w:p>
        </w:tc>
        <w:tc>
          <w:tcPr>
            <w:tcW w:w="1359" w:type="dxa"/>
            <w:shd w:val="clear" w:color="auto" w:fill="F2F2F2"/>
          </w:tcPr>
          <w:p w14:paraId="0D73D2E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อาชีพที่พบบ่อย</w:t>
            </w:r>
          </w:p>
        </w:tc>
        <w:tc>
          <w:tcPr>
            <w:tcW w:w="1623" w:type="dxa"/>
            <w:shd w:val="clear" w:color="auto" w:fill="F2F2F2"/>
          </w:tcPr>
          <w:p w14:paraId="2F6DD48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หน้าตา</w:t>
            </w:r>
          </w:p>
        </w:tc>
      </w:tr>
      <w:tr w:rsidR="00501161" w14:paraId="623B2B2E" w14:textId="77777777">
        <w:trPr>
          <w:jc w:val="center"/>
        </w:trPr>
        <w:tc>
          <w:tcPr>
            <w:tcW w:w="1359" w:type="dxa"/>
          </w:tcPr>
          <w:p w14:paraId="67C356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ทหารคุ้มกัน</w:t>
            </w:r>
          </w:p>
        </w:tc>
        <w:tc>
          <w:tcPr>
            <w:tcW w:w="4673" w:type="dxa"/>
          </w:tcPr>
          <w:p w14:paraId="4BD4B2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ลูกน้องของผู้เล่นในหน่วยคุ้มกัน</w:t>
            </w:r>
          </w:p>
        </w:tc>
        <w:tc>
          <w:tcPr>
            <w:tcW w:w="1359" w:type="dxa"/>
          </w:tcPr>
          <w:p w14:paraId="39CE09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นักรบ, นักมวย</w:t>
            </w:r>
          </w:p>
        </w:tc>
        <w:tc>
          <w:tcPr>
            <w:tcW w:w="1623" w:type="dxa"/>
          </w:tcPr>
          <w:p w14:paraId="305C5B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ทหารอยุธยา เสื้อแดง หมวกกลีบลำดวน</w:t>
            </w:r>
          </w:p>
        </w:tc>
      </w:tr>
      <w:tr w:rsidR="00501161" w14:paraId="2F7AEFFF" w14:textId="77777777">
        <w:trPr>
          <w:jc w:val="center"/>
        </w:trPr>
        <w:tc>
          <w:tcPr>
            <w:tcW w:w="1359" w:type="dxa"/>
          </w:tcPr>
          <w:p w14:paraId="12F45D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ลูกเรือสำเภา</w:t>
            </w:r>
          </w:p>
        </w:tc>
        <w:tc>
          <w:tcPr>
            <w:tcW w:w="4673" w:type="dxa"/>
          </w:tcPr>
          <w:p w14:paraId="43BE5B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ลูกเรือไทยและจีนที่รอด</w:t>
            </w:r>
          </w:p>
        </w:tc>
        <w:tc>
          <w:tcPr>
            <w:tcW w:w="1359" w:type="dxa"/>
          </w:tcPr>
          <w:p w14:paraId="78C957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พราน, นักมวย</w:t>
            </w:r>
          </w:p>
        </w:tc>
        <w:tc>
          <w:tcPr>
            <w:tcW w:w="1623" w:type="dxa"/>
          </w:tcPr>
          <w:p w14:paraId="5F2527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ผ้าโพกหัว เปลือยท่อนบน รอยสัก</w:t>
            </w:r>
          </w:p>
        </w:tc>
      </w:tr>
      <w:tr w:rsidR="00501161" w14:paraId="4EC462DB" w14:textId="77777777">
        <w:trPr>
          <w:jc w:val="center"/>
        </w:trPr>
        <w:tc>
          <w:tcPr>
            <w:tcW w:w="1359" w:type="dxa"/>
          </w:tcPr>
          <w:p w14:paraId="1A55C5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ชาวต่างชาติในคณะ</w:t>
            </w:r>
          </w:p>
        </w:tc>
        <w:tc>
          <w:tcPr>
            <w:tcW w:w="4673" w:type="dxa"/>
          </w:tcPr>
          <w:p w14:paraId="677865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ทหารอาสาญี่ปุ่น ทหารรับจ้างโปรตุเกส ล่ามแขกเปอร์เซีย</w:t>
            </w:r>
          </w:p>
        </w:tc>
        <w:tc>
          <w:tcPr>
            <w:tcW w:w="1359" w:type="dxa"/>
          </w:tcPr>
          <w:p w14:paraId="10D5B3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นักรบ, พราน, จอมขมังเวทย์</w:t>
            </w:r>
          </w:p>
        </w:tc>
        <w:tc>
          <w:tcPr>
            <w:tcW w:w="1623" w:type="dxa"/>
          </w:tcPr>
          <w:p w14:paraId="71651A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ชุดตามชาติ ปะด้วยผ้าไทย</w:t>
            </w:r>
          </w:p>
        </w:tc>
      </w:tr>
      <w:tr w:rsidR="00501161" w14:paraId="67640971" w14:textId="77777777">
        <w:trPr>
          <w:jc w:val="center"/>
        </w:trPr>
        <w:tc>
          <w:tcPr>
            <w:tcW w:w="1359" w:type="dxa"/>
          </w:tcPr>
          <w:p w14:paraId="5F114B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ข้าราชการในคณะ</w:t>
            </w:r>
          </w:p>
        </w:tc>
        <w:tc>
          <w:tcPr>
            <w:tcW w:w="4673" w:type="dxa"/>
          </w:tcPr>
          <w:p w14:paraId="359D20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เสมียน หมอ โหร</w:t>
            </w:r>
          </w:p>
        </w:tc>
        <w:tc>
          <w:tcPr>
            <w:tcW w:w="1359" w:type="dxa"/>
          </w:tcPr>
          <w:p w14:paraId="67EEBE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หมอ, จอมขมังเวทย์</w:t>
            </w:r>
          </w:p>
        </w:tc>
        <w:tc>
          <w:tcPr>
            <w:tcW w:w="1623" w:type="dxa"/>
          </w:tcPr>
          <w:p w14:paraId="4D08D8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เสื้อครุย ผ้าสมปัก</w:t>
            </w:r>
          </w:p>
        </w:tc>
      </w:tr>
      <w:tr w:rsidR="00501161" w14:paraId="6C321150" w14:textId="77777777">
        <w:trPr>
          <w:jc w:val="center"/>
        </w:trPr>
        <w:tc>
          <w:tcPr>
            <w:tcW w:w="1359" w:type="dxa"/>
          </w:tcPr>
          <w:p w14:paraId="03CB1C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ผู้หลงป่า</w:t>
            </w:r>
          </w:p>
        </w:tc>
        <w:tc>
          <w:tcPr>
            <w:tcW w:w="4673" w:type="dxa"/>
          </w:tcPr>
          <w:p w14:paraId="2205BC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คนที่ผู้เล่นช่วยกลับมาจากป่า (จากภารกิจและ Event </w:t>
            </w:r>
            <w:r>
              <w:rPr>
                <w:sz w:val="28"/>
                <w:szCs w:val="28"/>
              </w:rPr>
              <w:t xml:space="preserve">Tile) </w:t>
            </w:r>
            <w:r>
              <w:rPr>
                <w:sz w:val="28"/>
                <w:szCs w:val="28"/>
              </w:rPr>
              <w:t>รวมถึงผู้รอดจากคณะสำรวจรุ่นก่อนในชั้นลึก</w:t>
            </w:r>
          </w:p>
        </w:tc>
        <w:tc>
          <w:tcPr>
            <w:tcW w:w="1359" w:type="dxa"/>
          </w:tcPr>
          <w:p w14:paraId="5128CA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ทุกอาชีพ</w:t>
            </w:r>
          </w:p>
        </w:tc>
        <w:tc>
          <w:tcPr>
            <w:tcW w:w="1623" w:type="dxa"/>
          </w:tcPr>
          <w:p w14:paraId="24DA77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ชุดขาดๆ ตามชั้นที่พบ</w:t>
            </w:r>
          </w:p>
        </w:tc>
      </w:tr>
      <w:tr w:rsidR="00501161" w14:paraId="24995C03" w14:textId="77777777">
        <w:trPr>
          <w:jc w:val="center"/>
        </w:trPr>
        <w:tc>
          <w:tcPr>
            <w:tcW w:w="1359" w:type="dxa"/>
          </w:tcPr>
          <w:p w14:paraId="57CF2C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สัตว์หิมพานต์</w:t>
            </w:r>
          </w:p>
        </w:tc>
        <w:tc>
          <w:tcPr>
            <w:tcW w:w="4673" w:type="dxa"/>
          </w:tcPr>
          <w:p w14:paraId="41E001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สัตว์ที่ยอมร่วมทางหลังปลดล็อก</w:t>
            </w:r>
          </w:p>
        </w:tc>
        <w:tc>
          <w:tcPr>
            <w:tcW w:w="1359" w:type="dxa"/>
          </w:tcPr>
          <w:p w14:paraId="499691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</w:t>
            </w:r>
          </w:p>
        </w:tc>
        <w:tc>
          <w:tcPr>
            <w:tcW w:w="1623" w:type="dxa"/>
          </w:tcPr>
          <w:p w14:paraId="3050BE1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ตาม Bloodline</w:t>
            </w:r>
          </w:p>
        </w:tc>
      </w:tr>
    </w:tbl>
    <w:p w14:paraId="2A6BA8E5" w14:textId="77777777" w:rsidR="00501161" w:rsidRDefault="00501161">
      <w:pPr>
        <w:spacing w:after="40"/>
      </w:pPr>
    </w:p>
    <w:p w14:paraId="7F3B2FCE" w14:textId="77777777" w:rsidR="00501161" w:rsidRDefault="00C637DA">
      <w:pPr>
        <w:pStyle w:val="ListBullet"/>
        <w:ind w:left="720"/>
      </w:pPr>
      <w:r>
        <w:rPr>
          <w:b/>
          <w:bCs/>
        </w:rPr>
        <w:lastRenderedPageBreak/>
        <w:t>Design Note:</w:t>
      </w:r>
      <w:r>
        <w:t xml:space="preserve"> </w:t>
      </w:r>
      <w:r>
        <w:t>อยุธยาเป็นเมืองท่านานาชาติ คณะทูตจริงในสมัยนั้นมีทั้งคนไทย จีน ญี่ปุ่น เปอร์เซีย และฝรั่ง การให</w:t>
      </w:r>
      <w:r>
        <w:t>้ผู้สมัครมาจากหลายชาติช่วยเพิ่มความหลากหลายของภาพตัวละคร และตรงกับธีม "เรียนรู้วัฒนธรรมของกันและกัน"</w:t>
      </w:r>
    </w:p>
    <w:p w14:paraId="1CA5F124" w14:textId="77777777" w:rsidR="00501161" w:rsidRDefault="00C637DA">
      <w:pPr>
        <w:pStyle w:val="Heading2"/>
      </w:pPr>
      <w:bookmarkStart w:id="64" w:name="_Toc243336734"/>
      <w:r>
        <w:t xml:space="preserve">10.5 Shop Unlock — </w:t>
      </w:r>
      <w:r>
        <w:t>ระบบปลดล็อกสินค้า</w:t>
      </w:r>
      <w:bookmarkEnd w:id="64"/>
    </w:p>
    <w:p w14:paraId="2520BCEF" w14:textId="77777777" w:rsidR="00501161" w:rsidRDefault="00C637DA">
      <w:pPr>
        <w:ind w:firstLine="720"/>
      </w:pPr>
      <w:r>
        <w:t>แบบ Etrian Odyssey: สินค้าใหม่ของห้างเถ้าแก่ฮงปลดล็อกเมื่อผู้เล่น</w:t>
      </w:r>
      <w:r>
        <w:rPr>
          <w:b/>
          <w:bCs/>
        </w:rPr>
        <w:t>ขาย</w:t>
      </w:r>
      <w:r>
        <w:t>วัตถุดิบที่กำหนดให้ร้านครบจำนวน สินค้าที่ปลดแล้วซื</w:t>
      </w:r>
      <w:r>
        <w:t>้อได้ไม่จำกัด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4"/>
        <w:gridCol w:w="7500"/>
      </w:tblGrid>
      <w:tr w:rsidR="00501161" w14:paraId="323326B6" w14:textId="77777777">
        <w:trPr>
          <w:tblHeader/>
          <w:jc w:val="center"/>
        </w:trPr>
        <w:tc>
          <w:tcPr>
            <w:tcW w:w="1514" w:type="dxa"/>
            <w:shd w:val="clear" w:color="auto" w:fill="F2F2F2"/>
          </w:tcPr>
          <w:p w14:paraId="73FCE1E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500" w:type="dxa"/>
            <w:shd w:val="clear" w:color="auto" w:fill="F2F2F2"/>
          </w:tcPr>
          <w:p w14:paraId="47736D4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01E31396" w14:textId="77777777">
        <w:trPr>
          <w:jc w:val="center"/>
        </w:trPr>
        <w:tc>
          <w:tcPr>
            <w:tcW w:w="1514" w:type="dxa"/>
          </w:tcPr>
          <w:p w14:paraId="6F60F4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เงื่อนไข</w:t>
            </w:r>
          </w:p>
        </w:tc>
        <w:tc>
          <w:tcPr>
            <w:tcW w:w="7500" w:type="dxa"/>
          </w:tcPr>
          <w:p w14:paraId="759576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ขายวัตถุดิบที่กำหนดครบจำนวน (นับสะสม ไม่ต้องขายพร้อมกัน)</w:t>
            </w:r>
          </w:p>
        </w:tc>
      </w:tr>
      <w:tr w:rsidR="00501161" w14:paraId="377E40AB" w14:textId="77777777">
        <w:trPr>
          <w:jc w:val="center"/>
        </w:trPr>
        <w:tc>
          <w:tcPr>
            <w:tcW w:w="1514" w:type="dxa"/>
          </w:tcPr>
          <w:p w14:paraId="7F730B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การแสดงผล</w:t>
            </w:r>
          </w:p>
        </w:tc>
        <w:tc>
          <w:tcPr>
            <w:tcW w:w="7500" w:type="dxa"/>
          </w:tcPr>
          <w:p w14:paraId="7B8850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รายการสินค้าที่ยังไม่ปลดแสดงเป็น ??? พร้อมบอกวัตถุดิบที่ต้องใช้ (ถ้าเคยได้วัตถุดิบนั้นแล้ว)</w:t>
            </w:r>
          </w:p>
        </w:tc>
      </w:tr>
      <w:tr w:rsidR="00501161" w14:paraId="49D1F2EB" w14:textId="77777777">
        <w:trPr>
          <w:jc w:val="center"/>
        </w:trPr>
        <w:tc>
          <w:tcPr>
            <w:tcW w:w="1514" w:type="dxa"/>
          </w:tcPr>
          <w:p w14:paraId="0183A2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ความต่างจากโรงตีเหล็ก</w:t>
            </w:r>
          </w:p>
        </w:tc>
        <w:tc>
          <w:tcPr>
            <w:tcW w:w="7500" w:type="dxa"/>
          </w:tcPr>
          <w:p w14:paraId="3206CC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ร้านขาย </w:t>
            </w:r>
            <w:r>
              <w:rPr>
                <w:b/>
                <w:bCs/>
                <w:sz w:val="28"/>
                <w:szCs w:val="28"/>
              </w:rPr>
              <w:t>ไอเทมสิ้นเปลืองและอุปกรณ์ระดับกลาง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ส่วนโรงตีเหล็กคราฟ </w:t>
            </w:r>
            <w:r>
              <w:rPr>
                <w:b/>
                <w:bCs/>
                <w:sz w:val="28"/>
                <w:szCs w:val="28"/>
              </w:rPr>
              <w:t>อุปกรณ์ที่ดีที่สุด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จากวัตถุดิบสัตว์ชั้นสูง</w:t>
            </w:r>
          </w:p>
        </w:tc>
      </w:tr>
    </w:tbl>
    <w:p w14:paraId="1660FA0D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7"/>
        <w:gridCol w:w="3917"/>
        <w:gridCol w:w="1471"/>
      </w:tblGrid>
      <w:tr w:rsidR="00501161" w14:paraId="53F0ED76" w14:textId="77777777">
        <w:trPr>
          <w:tblHeader/>
          <w:jc w:val="center"/>
        </w:trPr>
        <w:tc>
          <w:tcPr>
            <w:tcW w:w="3627" w:type="dxa"/>
            <w:shd w:val="clear" w:color="auto" w:fill="F2F2F2"/>
          </w:tcPr>
          <w:p w14:paraId="21658A4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สินค้า (Chapter 1)</w:t>
            </w:r>
          </w:p>
        </w:tc>
        <w:tc>
          <w:tcPr>
            <w:tcW w:w="3917" w:type="dxa"/>
            <w:shd w:val="clear" w:color="auto" w:fill="F2F2F2"/>
          </w:tcPr>
          <w:p w14:paraId="4F75CF0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ปลดล็อกเมื่อขาย</w:t>
            </w:r>
          </w:p>
        </w:tc>
        <w:tc>
          <w:tcPr>
            <w:tcW w:w="1471" w:type="dxa"/>
            <w:shd w:val="clear" w:color="auto" w:fill="F2F2F2"/>
          </w:tcPr>
          <w:p w14:paraId="7594439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ราคา</w:t>
            </w:r>
          </w:p>
        </w:tc>
      </w:tr>
      <w:tr w:rsidR="00501161" w14:paraId="58E8E142" w14:textId="77777777">
        <w:trPr>
          <w:jc w:val="center"/>
        </w:trPr>
        <w:tc>
          <w:tcPr>
            <w:tcW w:w="3627" w:type="dxa"/>
          </w:tcPr>
          <w:p w14:paraId="5CD2B5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ยาหอม</w:t>
            </w:r>
          </w:p>
        </w:tc>
        <w:tc>
          <w:tcPr>
            <w:tcW w:w="3917" w:type="dxa"/>
          </w:tcPr>
          <w:p w14:paraId="1A838C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มีตั้งแต่เริ่ม</w:t>
            </w:r>
          </w:p>
        </w:tc>
        <w:tc>
          <w:tcPr>
            <w:tcW w:w="1471" w:type="dxa"/>
          </w:tcPr>
          <w:p w14:paraId="43B384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</w:t>
            </w:r>
          </w:p>
        </w:tc>
      </w:tr>
      <w:tr w:rsidR="00501161" w14:paraId="20A9462F" w14:textId="77777777">
        <w:trPr>
          <w:jc w:val="center"/>
        </w:trPr>
        <w:tc>
          <w:tcPr>
            <w:tcW w:w="3627" w:type="dxa"/>
          </w:tcPr>
          <w:p w14:paraId="791691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ด้ายสายสิญจน์</w:t>
            </w:r>
          </w:p>
        </w:tc>
        <w:tc>
          <w:tcPr>
            <w:tcW w:w="3917" w:type="dxa"/>
          </w:tcPr>
          <w:p w14:paraId="71CB0F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มีตั้งแต่เริ่ม</w:t>
            </w:r>
          </w:p>
        </w:tc>
        <w:tc>
          <w:tcPr>
            <w:tcW w:w="1471" w:type="dxa"/>
          </w:tcPr>
          <w:p w14:paraId="160D8B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</w:t>
            </w:r>
          </w:p>
        </w:tc>
      </w:tr>
      <w:tr w:rsidR="00501161" w14:paraId="010EE202" w14:textId="77777777">
        <w:trPr>
          <w:jc w:val="center"/>
        </w:trPr>
        <w:tc>
          <w:tcPr>
            <w:tcW w:w="3627" w:type="dxa"/>
          </w:tcPr>
          <w:p w14:paraId="18F63E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ข้าวตังสมุนไพร</w:t>
            </w:r>
          </w:p>
        </w:tc>
        <w:tc>
          <w:tcPr>
            <w:tcW w:w="3917" w:type="dxa"/>
          </w:tcPr>
          <w:p w14:paraId="39BB70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มีตั้งแต่เริ่ม</w:t>
            </w:r>
          </w:p>
        </w:tc>
        <w:tc>
          <w:tcPr>
            <w:tcW w:w="1471" w:type="dxa"/>
          </w:tcPr>
          <w:p w14:paraId="66D7D4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</w:t>
            </w:r>
          </w:p>
        </w:tc>
      </w:tr>
      <w:tr w:rsidR="00501161" w14:paraId="227E5104" w14:textId="77777777">
        <w:trPr>
          <w:jc w:val="center"/>
        </w:trPr>
        <w:tc>
          <w:tcPr>
            <w:tcW w:w="3627" w:type="dxa"/>
          </w:tcPr>
          <w:p w14:paraId="33011C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น้ำผึ้งป่า</w:t>
            </w:r>
          </w:p>
        </w:tc>
        <w:tc>
          <w:tcPr>
            <w:tcW w:w="3917" w:type="dxa"/>
          </w:tcPr>
          <w:p w14:paraId="4CB02A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สมุนไพรป่า ×5</w:t>
            </w:r>
          </w:p>
        </w:tc>
        <w:tc>
          <w:tcPr>
            <w:tcW w:w="1471" w:type="dxa"/>
          </w:tcPr>
          <w:p w14:paraId="1D5D61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</w:tr>
      <w:tr w:rsidR="00501161" w14:paraId="4B0402BE" w14:textId="77777777">
        <w:trPr>
          <w:jc w:val="center"/>
        </w:trPr>
        <w:tc>
          <w:tcPr>
            <w:tcW w:w="3627" w:type="dxa"/>
          </w:tcPr>
          <w:p w14:paraId="62F6C1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ยาดม</w:t>
            </w:r>
          </w:p>
        </w:tc>
        <w:tc>
          <w:tcPr>
            <w:tcW w:w="3917" w:type="dxa"/>
          </w:tcPr>
          <w:p w14:paraId="2F7863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ตะไคร่เรืองแสง ×3</w:t>
            </w:r>
          </w:p>
        </w:tc>
        <w:tc>
          <w:tcPr>
            <w:tcW w:w="1471" w:type="dxa"/>
          </w:tcPr>
          <w:p w14:paraId="388B17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</w:tr>
      <w:tr w:rsidR="00501161" w14:paraId="450B79DA" w14:textId="77777777">
        <w:trPr>
          <w:jc w:val="center"/>
        </w:trPr>
        <w:tc>
          <w:tcPr>
            <w:tcW w:w="3627" w:type="dxa"/>
          </w:tcPr>
          <w:p w14:paraId="73EA09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ธูปไล่สัตว์</w:t>
            </w:r>
          </w:p>
        </w:tc>
        <w:tc>
          <w:tcPr>
            <w:tcW w:w="3917" w:type="dxa"/>
          </w:tcPr>
          <w:p w14:paraId="746C92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ขนกิหมี ×5</w:t>
            </w:r>
          </w:p>
        </w:tc>
        <w:tc>
          <w:tcPr>
            <w:tcW w:w="1471" w:type="dxa"/>
          </w:tcPr>
          <w:p w14:paraId="043A20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</w:t>
            </w:r>
          </w:p>
        </w:tc>
      </w:tr>
      <w:tr w:rsidR="00501161" w14:paraId="472C7FC0" w14:textId="77777777">
        <w:trPr>
          <w:jc w:val="center"/>
        </w:trPr>
        <w:tc>
          <w:tcPr>
            <w:tcW w:w="3627" w:type="dxa"/>
          </w:tcPr>
          <w:p w14:paraId="644E89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ระเบิดไฟ</w:t>
            </w:r>
          </w:p>
        </w:tc>
        <w:tc>
          <w:tcPr>
            <w:tcW w:w="3917" w:type="dxa"/>
          </w:tcPr>
          <w:p w14:paraId="33FF82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ครีบกระหนก ×3</w:t>
            </w:r>
          </w:p>
        </w:tc>
        <w:tc>
          <w:tcPr>
            <w:tcW w:w="1471" w:type="dxa"/>
          </w:tcPr>
          <w:p w14:paraId="6C31A2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45</w:t>
            </w:r>
          </w:p>
        </w:tc>
      </w:tr>
      <w:tr w:rsidR="00501161" w14:paraId="76821A6D" w14:textId="77777777">
        <w:trPr>
          <w:jc w:val="center"/>
        </w:trPr>
        <w:tc>
          <w:tcPr>
            <w:tcW w:w="3627" w:type="dxa"/>
          </w:tcPr>
          <w:p w14:paraId="112DB4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ดาบขนกิหมี (ATK 26)</w:t>
            </w:r>
          </w:p>
        </w:tc>
        <w:tc>
          <w:tcPr>
            <w:tcW w:w="3917" w:type="dxa"/>
          </w:tcPr>
          <w:p w14:paraId="217284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ขนกิหมี ×8 + หนังติณสีห์ ×3</w:t>
            </w:r>
          </w:p>
        </w:tc>
        <w:tc>
          <w:tcPr>
            <w:tcW w:w="1471" w:type="dxa"/>
          </w:tcPr>
          <w:p w14:paraId="415F0C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180</w:t>
            </w:r>
          </w:p>
        </w:tc>
      </w:tr>
      <w:tr w:rsidR="00501161" w14:paraId="2B040903" w14:textId="77777777">
        <w:trPr>
          <w:jc w:val="center"/>
        </w:trPr>
        <w:tc>
          <w:tcPr>
            <w:tcW w:w="3627" w:type="dxa"/>
          </w:tcPr>
          <w:p w14:paraId="783CC3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เกราะหนังติณสีห์ (DEF 15)</w:t>
            </w:r>
          </w:p>
        </w:tc>
        <w:tc>
          <w:tcPr>
            <w:tcW w:w="3917" w:type="dxa"/>
          </w:tcPr>
          <w:p w14:paraId="4E28DC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หนังติณสีห์ ×6</w:t>
            </w:r>
          </w:p>
        </w:tc>
        <w:tc>
          <w:tcPr>
            <w:tcW w:w="1471" w:type="dxa"/>
          </w:tcPr>
          <w:p w14:paraId="109E7B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160</w:t>
            </w:r>
          </w:p>
        </w:tc>
      </w:tr>
    </w:tbl>
    <w:p w14:paraId="54DA857D" w14:textId="77777777" w:rsidR="00501161" w:rsidRDefault="00501161">
      <w:pPr>
        <w:spacing w:after="40"/>
      </w:pPr>
    </w:p>
    <w:p w14:paraId="5E3FFE99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ระบบนี้ทำให้วัตถุดิบมีสองทาง (คราฟหรือขาย) และเป็น Loop เล็กๆ ที่ผู้เล่นได้รางวัลทุกครั้งที่กลับค่าย Chapter ถัดๆ ไปใช้รูปแบบเดียวกันกับวัตถุดิบของ Chapter นั้น</w:t>
      </w:r>
    </w:p>
    <w:p w14:paraId="58172CE4" w14:textId="77777777" w:rsidR="00501161" w:rsidRDefault="00C637DA">
      <w:pPr>
        <w:pStyle w:val="Heading2"/>
      </w:pPr>
      <w:bookmarkStart w:id="65" w:name="_Toc243336735"/>
      <w:r>
        <w:t>10.6 Quest System</w:t>
      </w:r>
      <w:bookmarkEnd w:id="65"/>
    </w:p>
    <w:p w14:paraId="0C220398" w14:textId="77777777" w:rsidR="00501161" w:rsidRDefault="00C637DA">
      <w:pPr>
        <w:pStyle w:val="Heading3"/>
      </w:pPr>
      <w:r>
        <w:t>10.6.1 Quest Types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09"/>
        <w:gridCol w:w="1386"/>
        <w:gridCol w:w="4048"/>
        <w:gridCol w:w="1497"/>
        <w:gridCol w:w="973"/>
      </w:tblGrid>
      <w:tr w:rsidR="00501161" w14:paraId="58B04EF8" w14:textId="77777777">
        <w:trPr>
          <w:tblHeader/>
          <w:jc w:val="center"/>
        </w:trPr>
        <w:tc>
          <w:tcPr>
            <w:tcW w:w="1109" w:type="dxa"/>
            <w:shd w:val="clear" w:color="auto" w:fill="F2F2F2"/>
          </w:tcPr>
          <w:p w14:paraId="0FF08CC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ชนิด</w:t>
            </w:r>
          </w:p>
        </w:tc>
        <w:tc>
          <w:tcPr>
            <w:tcW w:w="1386" w:type="dxa"/>
            <w:shd w:val="clear" w:color="auto" w:fill="F2F2F2"/>
          </w:tcPr>
          <w:p w14:paraId="1A5473E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ผู้มอบ</w:t>
            </w:r>
          </w:p>
        </w:tc>
        <w:tc>
          <w:tcPr>
            <w:tcW w:w="4048" w:type="dxa"/>
            <w:shd w:val="clear" w:color="auto" w:fill="F2F2F2"/>
          </w:tcPr>
          <w:p w14:paraId="34EE0ED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เป้าหมาย</w:t>
            </w:r>
          </w:p>
        </w:tc>
        <w:tc>
          <w:tcPr>
            <w:tcW w:w="1497" w:type="dxa"/>
            <w:shd w:val="clear" w:color="auto" w:fill="F2F2F2"/>
          </w:tcPr>
          <w:p w14:paraId="2BBC76B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รางวัล</w:t>
            </w:r>
          </w:p>
        </w:tc>
        <w:tc>
          <w:tcPr>
            <w:tcW w:w="973" w:type="dxa"/>
            <w:shd w:val="clear" w:color="auto" w:fill="F2F2F2"/>
          </w:tcPr>
          <w:p w14:paraId="782258A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อายุ</w:t>
            </w:r>
          </w:p>
        </w:tc>
      </w:tr>
      <w:tr w:rsidR="00501161" w14:paraId="6E32218A" w14:textId="77777777">
        <w:trPr>
          <w:jc w:val="center"/>
        </w:trPr>
        <w:tc>
          <w:tcPr>
            <w:tcW w:w="1109" w:type="dxa"/>
          </w:tcPr>
          <w:p w14:paraId="7ED258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ภารกิจหลัก </w:t>
            </w:r>
            <w:r>
              <w:rPr>
                <w:sz w:val="28"/>
                <w:szCs w:val="28"/>
              </w:rPr>
              <w:lastRenderedPageBreak/>
              <w:t>(Mission)</w:t>
            </w:r>
          </w:p>
        </w:tc>
        <w:tc>
          <w:tcPr>
            <w:tcW w:w="1386" w:type="dxa"/>
          </w:tcPr>
          <w:p w14:paraId="66977A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พร</w:t>
            </w:r>
            <w:r>
              <w:rPr>
                <w:sz w:val="28"/>
                <w:szCs w:val="28"/>
              </w:rPr>
              <w:t>ะยาศรีธรรม</w:t>
            </w:r>
            <w:r>
              <w:rPr>
                <w:sz w:val="28"/>
                <w:szCs w:val="28"/>
              </w:rPr>
              <w:lastRenderedPageBreak/>
              <w:t>ทูต</w:t>
            </w:r>
          </w:p>
        </w:tc>
        <w:tc>
          <w:tcPr>
            <w:tcW w:w="4048" w:type="dxa"/>
          </w:tcPr>
          <w:p w14:paraId="5C3356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 xml:space="preserve">ทำให้เนื้อเรื่องเดินต่อ (ไปให้ถึงจุดที่กำหนด, </w:t>
            </w:r>
            <w:r>
              <w:rPr>
                <w:sz w:val="28"/>
                <w:szCs w:val="28"/>
              </w:rPr>
              <w:lastRenderedPageBreak/>
              <w:t>พาคนกลับ, ล้มสัตว์ที่กำหนด)</w:t>
            </w:r>
          </w:p>
        </w:tc>
        <w:tc>
          <w:tcPr>
            <w:tcW w:w="1497" w:type="dxa"/>
          </w:tcPr>
          <w:p w14:paraId="389830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 xml:space="preserve">ปลดล็อกพื้นที่ / </w:t>
            </w:r>
            <w:r>
              <w:rPr>
                <w:sz w:val="28"/>
                <w:szCs w:val="28"/>
              </w:rPr>
              <w:lastRenderedPageBreak/>
              <w:t xml:space="preserve">NPC / </w:t>
            </w:r>
            <w:r>
              <w:rPr>
                <w:sz w:val="28"/>
                <w:szCs w:val="28"/>
              </w:rPr>
              <w:t>ระบบ</w:t>
            </w:r>
          </w:p>
        </w:tc>
        <w:tc>
          <w:tcPr>
            <w:tcW w:w="973" w:type="dxa"/>
          </w:tcPr>
          <w:p w14:paraId="419AE4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ไม่หมดอ</w:t>
            </w:r>
            <w:r>
              <w:rPr>
                <w:sz w:val="28"/>
                <w:szCs w:val="28"/>
              </w:rPr>
              <w:lastRenderedPageBreak/>
              <w:t>ายุ</w:t>
            </w:r>
          </w:p>
        </w:tc>
      </w:tr>
      <w:tr w:rsidR="00501161" w14:paraId="1A2995BE" w14:textId="77777777">
        <w:trPr>
          <w:jc w:val="center"/>
        </w:trPr>
        <w:tc>
          <w:tcPr>
            <w:tcW w:w="1109" w:type="dxa"/>
          </w:tcPr>
          <w:p w14:paraId="143DAC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เควสล่า</w:t>
            </w:r>
          </w:p>
        </w:tc>
        <w:tc>
          <w:tcPr>
            <w:tcW w:w="1386" w:type="dxa"/>
          </w:tcPr>
          <w:p w14:paraId="1D0552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ยายเนียม (ฝากจากคนในค่าย)</w:t>
            </w:r>
          </w:p>
        </w:tc>
        <w:tc>
          <w:tcPr>
            <w:tcW w:w="4048" w:type="dxa"/>
          </w:tcPr>
          <w:p w14:paraId="703867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ล้มมอนส์เตอร์ที่กำหนด X ตัว / ล้มสัตว์ชั้นสูง</w:t>
            </w:r>
          </w:p>
        </w:tc>
        <w:tc>
          <w:tcPr>
            <w:tcW w:w="1497" w:type="dxa"/>
          </w:tcPr>
          <w:p w14:paraId="3EF8F0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Gold, EXP, </w:t>
            </w:r>
            <w:r>
              <w:rPr>
                <w:sz w:val="28"/>
                <w:szCs w:val="28"/>
              </w:rPr>
              <w:t>ไอเทม</w:t>
            </w:r>
          </w:p>
        </w:tc>
        <w:tc>
          <w:tcPr>
            <w:tcW w:w="973" w:type="dxa"/>
          </w:tcPr>
          <w:p w14:paraId="6F3332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7 </w:t>
            </w:r>
            <w:r>
              <w:rPr>
                <w:sz w:val="28"/>
                <w:szCs w:val="28"/>
              </w:rPr>
              <w:t>วัน</w:t>
            </w:r>
          </w:p>
        </w:tc>
      </w:tr>
      <w:tr w:rsidR="00501161" w14:paraId="461ED868" w14:textId="77777777">
        <w:trPr>
          <w:jc w:val="center"/>
        </w:trPr>
        <w:tc>
          <w:tcPr>
            <w:tcW w:w="1109" w:type="dxa"/>
          </w:tcPr>
          <w:p w14:paraId="486252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เควสเก็บของ</w:t>
            </w:r>
          </w:p>
        </w:tc>
        <w:tc>
          <w:tcPr>
            <w:tcW w:w="1386" w:type="dxa"/>
          </w:tcPr>
          <w:p w14:paraId="7EFBF0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ยายเนียม / จันทร์</w:t>
            </w:r>
          </w:p>
        </w:tc>
        <w:tc>
          <w:tcPr>
            <w:tcW w:w="4048" w:type="dxa"/>
          </w:tcPr>
          <w:p w14:paraId="22555F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ส่งวัตถุดิบที่กำหนด</w:t>
            </w:r>
          </w:p>
        </w:tc>
        <w:tc>
          <w:tcPr>
            <w:tcW w:w="1497" w:type="dxa"/>
          </w:tcPr>
          <w:p w14:paraId="4038CC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Gold, </w:t>
            </w:r>
            <w:r>
              <w:rPr>
                <w:sz w:val="28"/>
                <w:szCs w:val="28"/>
              </w:rPr>
              <w:t>สูตรคราฟ/สูตรยาใหม่</w:t>
            </w:r>
          </w:p>
        </w:tc>
        <w:tc>
          <w:tcPr>
            <w:tcW w:w="973" w:type="dxa"/>
          </w:tcPr>
          <w:p w14:paraId="5DFCCB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7 </w:t>
            </w:r>
            <w:r>
              <w:rPr>
                <w:sz w:val="28"/>
                <w:szCs w:val="28"/>
              </w:rPr>
              <w:t>วัน</w:t>
            </w:r>
          </w:p>
        </w:tc>
      </w:tr>
      <w:tr w:rsidR="00501161" w14:paraId="4F59C0F4" w14:textId="77777777">
        <w:trPr>
          <w:jc w:val="center"/>
        </w:trPr>
        <w:tc>
          <w:tcPr>
            <w:tcW w:w="1109" w:type="dxa"/>
          </w:tcPr>
          <w:p w14:paraId="2860F3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เควสช่วยคน</w:t>
            </w:r>
          </w:p>
        </w:tc>
        <w:tc>
          <w:tcPr>
            <w:tcW w:w="1386" w:type="dxa"/>
          </w:tcPr>
          <w:p w14:paraId="2A771B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ยายเนียม</w:t>
            </w:r>
          </w:p>
        </w:tc>
        <w:tc>
          <w:tcPr>
            <w:tcW w:w="4048" w:type="dxa"/>
          </w:tcPr>
          <w:p w14:paraId="366137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ไปหาคนที่หลงอยู่ในจุดที่กำหนดแล้วพากลับ</w:t>
            </w:r>
          </w:p>
        </w:tc>
        <w:tc>
          <w:tcPr>
            <w:tcW w:w="1497" w:type="dxa"/>
          </w:tcPr>
          <w:p w14:paraId="4AAA0A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ผู้สมัครพิเศษที่ทำเนียบอาสา</w:t>
            </w:r>
          </w:p>
        </w:tc>
        <w:tc>
          <w:tcPr>
            <w:tcW w:w="973" w:type="dxa"/>
          </w:tcPr>
          <w:p w14:paraId="786B81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 </w:t>
            </w:r>
            <w:r>
              <w:rPr>
                <w:sz w:val="28"/>
                <w:szCs w:val="28"/>
              </w:rPr>
              <w:t>วัน</w:t>
            </w:r>
          </w:p>
        </w:tc>
      </w:tr>
      <w:tr w:rsidR="00501161" w14:paraId="483AF3F4" w14:textId="77777777">
        <w:trPr>
          <w:jc w:val="center"/>
        </w:trPr>
        <w:tc>
          <w:tcPr>
            <w:tcW w:w="1109" w:type="dxa"/>
          </w:tcPr>
          <w:p w14:paraId="414C30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เควสแผนที่</w:t>
            </w:r>
          </w:p>
        </w:tc>
        <w:tc>
          <w:tcPr>
            <w:tcW w:w="1386" w:type="dxa"/>
          </w:tcPr>
          <w:p w14:paraId="22DB38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ขุนวรวาที</w:t>
            </w:r>
          </w:p>
        </w:tc>
        <w:tc>
          <w:tcPr>
            <w:tcW w:w="4048" w:type="dxa"/>
          </w:tcPr>
          <w:p w14:paraId="4F1E52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วาดชั้นที่กำหนดครบ 50 / 80 / 100%</w:t>
            </w:r>
          </w:p>
        </w:tc>
        <w:tc>
          <w:tcPr>
            <w:tcW w:w="1497" w:type="dxa"/>
          </w:tcPr>
          <w:p w14:paraId="594A57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Gold, </w:t>
            </w:r>
            <w:r>
              <w:rPr>
                <w:sz w:val="28"/>
                <w:szCs w:val="28"/>
              </w:rPr>
              <w:t>ไอเทมเฉพาะชั้น</w:t>
            </w:r>
          </w:p>
        </w:tc>
        <w:tc>
          <w:tcPr>
            <w:tcW w:w="973" w:type="dxa"/>
          </w:tcPr>
          <w:p w14:paraId="13F8BB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ไม่หมดอายุ</w:t>
            </w:r>
          </w:p>
        </w:tc>
      </w:tr>
    </w:tbl>
    <w:p w14:paraId="18ADA9B1" w14:textId="77777777" w:rsidR="00501161" w:rsidRDefault="00501161">
      <w:pPr>
        <w:spacing w:after="40"/>
      </w:pPr>
    </w:p>
    <w:p w14:paraId="59539ACE" w14:textId="77777777" w:rsidR="00501161" w:rsidRDefault="00C637DA">
      <w:pPr>
        <w:pStyle w:val="Heading3"/>
      </w:pPr>
      <w:r>
        <w:t>10.6.2 Quest Flow</w:t>
      </w:r>
    </w:p>
    <w:p w14:paraId="7766B0D1" w14:textId="77777777" w:rsidR="00501161" w:rsidRDefault="00C637DA">
      <w:pPr>
        <w:ind w:left="720" w:hanging="340"/>
      </w:pPr>
      <w:r>
        <w:t xml:space="preserve">1.  NPC </w:t>
      </w:r>
      <w:r>
        <w:t>แสดงเควสบนกระดาน (ภารกิจหลักแสดงที่เรือนราชทูต เควสย่อยที่ครัวไฟ เควสแผนที่ที่หอบันทึก)</w:t>
      </w:r>
    </w:p>
    <w:p w14:paraId="399A35EA" w14:textId="77777777" w:rsidR="00501161" w:rsidRDefault="00C637DA">
      <w:pPr>
        <w:ind w:left="720" w:hanging="340"/>
      </w:pPr>
      <w:r>
        <w:t xml:space="preserve">2.  </w:t>
      </w:r>
      <w:r>
        <w:t>ผู้เล่นรับเควส (รับพร้อมกันได้สูงสุด 5 เควสย่อย ภารกิจหลักทีละ 1)</w:t>
      </w:r>
    </w:p>
    <w:p w14:paraId="6C1332BD" w14:textId="77777777" w:rsidR="00501161" w:rsidRDefault="00C637DA">
      <w:pPr>
        <w:ind w:left="720" w:hanging="340"/>
      </w:pPr>
      <w:r>
        <w:t xml:space="preserve">3.  </w:t>
      </w:r>
      <w:r>
        <w:t>ทำเป้าหมายในป่า ความคืบหน้าแสดงในเมนู Quest (Esc)</w:t>
      </w:r>
    </w:p>
    <w:p w14:paraId="378E699B" w14:textId="77777777" w:rsidR="00501161" w:rsidRDefault="00C637DA">
      <w:pPr>
        <w:ind w:left="720" w:hanging="340"/>
      </w:pPr>
      <w:r>
        <w:t xml:space="preserve">4.  </w:t>
      </w:r>
      <w:r>
        <w:t>ก</w:t>
      </w:r>
      <w:r>
        <w:t>ลับค่ายไปส่งที่ NPC ผู้มอบ ได้รางวัล + บทสนทนาปิดเควส</w:t>
      </w:r>
    </w:p>
    <w:p w14:paraId="6D763D57" w14:textId="77777777" w:rsidR="00501161" w:rsidRDefault="00C637DA">
      <w:pPr>
        <w:ind w:left="720" w:hanging="340"/>
      </w:pPr>
      <w:r>
        <w:t xml:space="preserve">5.  </w:t>
      </w:r>
      <w:r>
        <w:t>เควสย่อยที่หมดอายุจะหายไป (ไม่มีโทษ) และอาจกลับมาใหม่</w:t>
      </w:r>
    </w:p>
    <w:p w14:paraId="6C1C313B" w14:textId="77777777" w:rsidR="00501161" w:rsidRDefault="00C637DA">
      <w:pPr>
        <w:pStyle w:val="Heading3"/>
      </w:pPr>
      <w:r>
        <w:t xml:space="preserve">10.6.3 </w:t>
      </w:r>
      <w:r>
        <w:t>ตัวอย่างเควส Chapter 1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11"/>
        <w:gridCol w:w="1321"/>
        <w:gridCol w:w="978"/>
        <w:gridCol w:w="3137"/>
        <w:gridCol w:w="2367"/>
      </w:tblGrid>
      <w:tr w:rsidR="00501161" w14:paraId="58AD9C2E" w14:textId="77777777">
        <w:trPr>
          <w:tblHeader/>
          <w:jc w:val="center"/>
        </w:trPr>
        <w:tc>
          <w:tcPr>
            <w:tcW w:w="1211" w:type="dxa"/>
            <w:shd w:val="clear" w:color="auto" w:fill="F2F2F2"/>
          </w:tcPr>
          <w:p w14:paraId="1099A3B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ชื่อเควส</w:t>
            </w:r>
          </w:p>
        </w:tc>
        <w:tc>
          <w:tcPr>
            <w:tcW w:w="1321" w:type="dxa"/>
            <w:shd w:val="clear" w:color="auto" w:fill="F2F2F2"/>
          </w:tcPr>
          <w:p w14:paraId="712B548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ผู้มอบ</w:t>
            </w:r>
          </w:p>
        </w:tc>
        <w:tc>
          <w:tcPr>
            <w:tcW w:w="978" w:type="dxa"/>
            <w:shd w:val="clear" w:color="auto" w:fill="F2F2F2"/>
          </w:tcPr>
          <w:p w14:paraId="2656110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ชนิด</w:t>
            </w:r>
          </w:p>
        </w:tc>
        <w:tc>
          <w:tcPr>
            <w:tcW w:w="3137" w:type="dxa"/>
            <w:shd w:val="clear" w:color="auto" w:fill="F2F2F2"/>
          </w:tcPr>
          <w:p w14:paraId="4ED8726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เป้าหมาย</w:t>
            </w:r>
          </w:p>
        </w:tc>
        <w:tc>
          <w:tcPr>
            <w:tcW w:w="2367" w:type="dxa"/>
            <w:shd w:val="clear" w:color="auto" w:fill="F2F2F2"/>
          </w:tcPr>
          <w:p w14:paraId="60A9444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รางวัล</w:t>
            </w:r>
          </w:p>
        </w:tc>
      </w:tr>
      <w:tr w:rsidR="00501161" w14:paraId="1B7DDCB5" w14:textId="77777777">
        <w:trPr>
          <w:jc w:val="center"/>
        </w:trPr>
        <w:tc>
          <w:tcPr>
            <w:tcW w:w="1211" w:type="dxa"/>
          </w:tcPr>
          <w:p w14:paraId="174D6D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ทางออกที่ไม่มีอยู่จริง</w:t>
            </w:r>
          </w:p>
        </w:tc>
        <w:tc>
          <w:tcPr>
            <w:tcW w:w="1321" w:type="dxa"/>
          </w:tcPr>
          <w:p w14:paraId="10734F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พระยาศรีธรรมทูต</w:t>
            </w:r>
          </w:p>
        </w:tc>
        <w:tc>
          <w:tcPr>
            <w:tcW w:w="978" w:type="dxa"/>
          </w:tcPr>
          <w:p w14:paraId="32C144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ภารกิจหลัก</w:t>
            </w:r>
          </w:p>
        </w:tc>
        <w:tc>
          <w:tcPr>
            <w:tcW w:w="3137" w:type="dxa"/>
          </w:tcPr>
          <w:p w14:paraId="3B5E50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เดินตามลำน้ำไปให้ถึงขอบหมอกที่ปลายชั้น 1 แล้วกลับมารายงาน</w:t>
            </w:r>
          </w:p>
        </w:tc>
        <w:tc>
          <w:tcPr>
            <w:tcW w:w="2367" w:type="dxa"/>
          </w:tcPr>
          <w:p w14:paraId="2C4984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ปลดล็อกชั้น 2 + ศิลาจารึกชั้น 1</w:t>
            </w:r>
          </w:p>
        </w:tc>
      </w:tr>
      <w:tr w:rsidR="00501161" w14:paraId="6974069B" w14:textId="77777777">
        <w:trPr>
          <w:jc w:val="center"/>
        </w:trPr>
        <w:tc>
          <w:tcPr>
            <w:tcW w:w="1211" w:type="dxa"/>
          </w:tcPr>
          <w:p w14:paraId="4688C6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ช่างที่หายไป</w:t>
            </w:r>
          </w:p>
        </w:tc>
        <w:tc>
          <w:tcPr>
            <w:tcW w:w="1321" w:type="dxa"/>
          </w:tcPr>
          <w:p w14:paraId="082E1F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พระยาศรีธรรมทูต</w:t>
            </w:r>
          </w:p>
        </w:tc>
        <w:tc>
          <w:tcPr>
            <w:tcW w:w="978" w:type="dxa"/>
          </w:tcPr>
          <w:p w14:paraId="6C878C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ภารกิจหลัก</w:t>
            </w:r>
          </w:p>
        </w:tc>
        <w:tc>
          <w:tcPr>
            <w:tcW w:w="3137" w:type="dxa"/>
          </w:tcPr>
          <w:p w14:paraId="2731D3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ตามหาจิโร่ที่หลงอยู่ชั้น 2</w:t>
            </w:r>
          </w:p>
        </w:tc>
        <w:tc>
          <w:tcPr>
            <w:tcW w:w="2367" w:type="dxa"/>
          </w:tcPr>
          <w:p w14:paraId="3D7916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ปลดล็อกจิโร่ (คราฟเครื่องราง)</w:t>
            </w:r>
          </w:p>
        </w:tc>
      </w:tr>
      <w:tr w:rsidR="00501161" w14:paraId="05CAC1F2" w14:textId="77777777">
        <w:trPr>
          <w:jc w:val="center"/>
        </w:trPr>
        <w:tc>
          <w:tcPr>
            <w:tcW w:w="1211" w:type="dxa"/>
          </w:tcPr>
          <w:p w14:paraId="232E5D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ราชสาส์นต้องปลอดภัย</w:t>
            </w:r>
          </w:p>
        </w:tc>
        <w:tc>
          <w:tcPr>
            <w:tcW w:w="1321" w:type="dxa"/>
          </w:tcPr>
          <w:p w14:paraId="44C88E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พระยาศรีธรรมทูต</w:t>
            </w:r>
          </w:p>
        </w:tc>
        <w:tc>
          <w:tcPr>
            <w:tcW w:w="978" w:type="dxa"/>
          </w:tcPr>
          <w:p w14:paraId="5D01EE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ภารกิจหลัก</w:t>
            </w:r>
          </w:p>
        </w:tc>
        <w:tc>
          <w:tcPr>
            <w:tcW w:w="3137" w:type="dxa"/>
          </w:tcPr>
          <w:p w14:paraId="2E2EE0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ไปให้ถึงชั้น 3 และหาที่มาของเสียงระฆังในหมอก</w:t>
            </w:r>
          </w:p>
        </w:tc>
        <w:tc>
          <w:tcPr>
            <w:tcW w:w="2367" w:type="dxa"/>
          </w:tcPr>
          <w:p w14:paraId="576982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เปิดห้องบอสชั้น 3</w:t>
            </w:r>
          </w:p>
        </w:tc>
      </w:tr>
      <w:tr w:rsidR="00501161" w14:paraId="756900DA" w14:textId="77777777">
        <w:trPr>
          <w:jc w:val="center"/>
        </w:trPr>
        <w:tc>
          <w:tcPr>
            <w:tcW w:w="1211" w:type="dxa"/>
          </w:tcPr>
          <w:p w14:paraId="4E7F16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แกงทิศากรทั้งค่าย</w:t>
            </w:r>
          </w:p>
        </w:tc>
        <w:tc>
          <w:tcPr>
            <w:tcW w:w="1321" w:type="dxa"/>
          </w:tcPr>
          <w:p w14:paraId="7C8E8E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ยายเนียม</w:t>
            </w:r>
          </w:p>
        </w:tc>
        <w:tc>
          <w:tcPr>
            <w:tcW w:w="978" w:type="dxa"/>
          </w:tcPr>
          <w:p w14:paraId="03F8F8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เควสเก็บของ</w:t>
            </w:r>
          </w:p>
        </w:tc>
        <w:tc>
          <w:tcPr>
            <w:tcW w:w="3137" w:type="dxa"/>
          </w:tcPr>
          <w:p w14:paraId="015B87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ส่งเนื้อทิศากร 3 ชิ้น</w:t>
            </w:r>
          </w:p>
        </w:tc>
        <w:tc>
          <w:tcPr>
            <w:tcW w:w="2367" w:type="dxa"/>
          </w:tcPr>
          <w:p w14:paraId="2F629E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Gold 120 + </w:t>
            </w:r>
            <w:r>
              <w:rPr>
                <w:sz w:val="28"/>
                <w:szCs w:val="28"/>
              </w:rPr>
              <w:t>สูตรเนื้อทิศากรย่าง</w:t>
            </w:r>
          </w:p>
        </w:tc>
      </w:tr>
      <w:tr w:rsidR="00501161" w14:paraId="07D84650" w14:textId="77777777">
        <w:trPr>
          <w:jc w:val="center"/>
        </w:trPr>
        <w:tc>
          <w:tcPr>
            <w:tcW w:w="1211" w:type="dxa"/>
          </w:tcPr>
          <w:p w14:paraId="5852A6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ไอ้หมาขนฟูขโมยไก่</w:t>
            </w:r>
          </w:p>
        </w:tc>
        <w:tc>
          <w:tcPr>
            <w:tcW w:w="1321" w:type="dxa"/>
          </w:tcPr>
          <w:p w14:paraId="75B8B3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ยายเนียม (ฝากจากลูกเรือ)</w:t>
            </w:r>
          </w:p>
        </w:tc>
        <w:tc>
          <w:tcPr>
            <w:tcW w:w="978" w:type="dxa"/>
          </w:tcPr>
          <w:p w14:paraId="49B84A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เควสล่า</w:t>
            </w:r>
          </w:p>
        </w:tc>
        <w:tc>
          <w:tcPr>
            <w:tcW w:w="3137" w:type="dxa"/>
          </w:tcPr>
          <w:p w14:paraId="3E1713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ล้มกิหมี 8 ตัว</w:t>
            </w:r>
          </w:p>
        </w:tc>
        <w:tc>
          <w:tcPr>
            <w:tcW w:w="2367" w:type="dxa"/>
          </w:tcPr>
          <w:p w14:paraId="164248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Gold 150 + </w:t>
            </w:r>
            <w:r>
              <w:rPr>
                <w:sz w:val="28"/>
                <w:szCs w:val="28"/>
              </w:rPr>
              <w:t>ธูปไล่สัตว์ 2</w:t>
            </w:r>
          </w:p>
        </w:tc>
      </w:tr>
      <w:tr w:rsidR="00501161" w14:paraId="70136169" w14:textId="77777777">
        <w:trPr>
          <w:jc w:val="center"/>
        </w:trPr>
        <w:tc>
          <w:tcPr>
            <w:tcW w:w="1211" w:type="dxa"/>
          </w:tcPr>
          <w:p w14:paraId="0F0E1B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ใบไม้ที</w:t>
            </w:r>
            <w:r>
              <w:rPr>
                <w:sz w:val="28"/>
                <w:szCs w:val="28"/>
              </w:rPr>
              <w:t>่ตำราไม่มี</w:t>
            </w:r>
          </w:p>
        </w:tc>
        <w:tc>
          <w:tcPr>
            <w:tcW w:w="1321" w:type="dxa"/>
          </w:tcPr>
          <w:p w14:paraId="2B464A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จันทร์</w:t>
            </w:r>
          </w:p>
        </w:tc>
        <w:tc>
          <w:tcPr>
            <w:tcW w:w="978" w:type="dxa"/>
          </w:tcPr>
          <w:p w14:paraId="42B247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เควสเก็บของ</w:t>
            </w:r>
          </w:p>
        </w:tc>
        <w:tc>
          <w:tcPr>
            <w:tcW w:w="3137" w:type="dxa"/>
          </w:tcPr>
          <w:p w14:paraId="4C6D6C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ส่งตะไคร่เรืองแสง 4 ชิ้น</w:t>
            </w:r>
          </w:p>
        </w:tc>
        <w:tc>
          <w:tcPr>
            <w:tcW w:w="2367" w:type="dxa"/>
          </w:tcPr>
          <w:p w14:paraId="1CE3F3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สูตรยาดม</w:t>
            </w:r>
          </w:p>
        </w:tc>
      </w:tr>
      <w:tr w:rsidR="00501161" w14:paraId="76584687" w14:textId="77777777">
        <w:trPr>
          <w:jc w:val="center"/>
        </w:trPr>
        <w:tc>
          <w:tcPr>
            <w:tcW w:w="1211" w:type="dxa"/>
          </w:tcPr>
          <w:p w14:paraId="328CDD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ลูกเรือหลงป่า</w:t>
            </w:r>
          </w:p>
        </w:tc>
        <w:tc>
          <w:tcPr>
            <w:tcW w:w="1321" w:type="dxa"/>
          </w:tcPr>
          <w:p w14:paraId="6121EC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ยายเนียม</w:t>
            </w:r>
          </w:p>
        </w:tc>
        <w:tc>
          <w:tcPr>
            <w:tcW w:w="978" w:type="dxa"/>
          </w:tcPr>
          <w:p w14:paraId="6D8926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เควสช่วยคน</w:t>
            </w:r>
          </w:p>
        </w:tc>
        <w:tc>
          <w:tcPr>
            <w:tcW w:w="3137" w:type="dxa"/>
          </w:tcPr>
          <w:p w14:paraId="41A3DB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ไปหาลูกเรือที่จุด Event ชั้น 2 ภายใน 5 วัน</w:t>
            </w:r>
          </w:p>
        </w:tc>
        <w:tc>
          <w:tcPr>
            <w:tcW w:w="2367" w:type="dxa"/>
          </w:tcPr>
          <w:p w14:paraId="4620E0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ผู้สมัครพิเศษ: พราน Lv5</w:t>
            </w:r>
          </w:p>
        </w:tc>
      </w:tr>
      <w:tr w:rsidR="00501161" w14:paraId="0F61A873" w14:textId="77777777">
        <w:trPr>
          <w:jc w:val="center"/>
        </w:trPr>
        <w:tc>
          <w:tcPr>
            <w:tcW w:w="1211" w:type="dxa"/>
          </w:tcPr>
          <w:p w14:paraId="3396A8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แผนที่ฉบับแรก</w:t>
            </w:r>
          </w:p>
        </w:tc>
        <w:tc>
          <w:tcPr>
            <w:tcW w:w="1321" w:type="dxa"/>
          </w:tcPr>
          <w:p w14:paraId="35D0A8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ขุนวรวาที</w:t>
            </w:r>
          </w:p>
        </w:tc>
        <w:tc>
          <w:tcPr>
            <w:tcW w:w="978" w:type="dxa"/>
          </w:tcPr>
          <w:p w14:paraId="20E383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เควสแผนที่</w:t>
            </w:r>
          </w:p>
        </w:tc>
        <w:tc>
          <w:tcPr>
            <w:tcW w:w="3137" w:type="dxa"/>
          </w:tcPr>
          <w:p w14:paraId="5328AA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วาดชั้น 1 ครบ 80%</w:t>
            </w:r>
          </w:p>
        </w:tc>
        <w:tc>
          <w:tcPr>
            <w:tcW w:w="2367" w:type="dxa"/>
          </w:tcPr>
          <w:p w14:paraId="5A1269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Gold 300 + </w:t>
            </w:r>
            <w:r>
              <w:rPr>
                <w:sz w:val="28"/>
                <w:szCs w:val="28"/>
              </w:rPr>
              <w:t xml:space="preserve">เข็มทิศเงิน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เครื่องราง: AGI +3)</w:t>
            </w:r>
          </w:p>
        </w:tc>
      </w:tr>
    </w:tbl>
    <w:p w14:paraId="30880112" w14:textId="77777777" w:rsidR="00501161" w:rsidRDefault="00501161">
      <w:pPr>
        <w:spacing w:after="40"/>
      </w:pPr>
    </w:p>
    <w:p w14:paraId="6C9DD957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ภารกิจหลักทุกภารกิจควรมีรางวัลที่เห็นได้ในค่าย (NPC ใหม่ บริการใหม่ พื้นที่ใหม่) ส่วนเควสย่อยมีรางวัลเป็นของและสูตร การแยกแบบนี้ทำให้ผู้เล่นรู้ว่าเควสไหนพาเรื่องไปข้างหน้า และเควสไหนช่วยให้รอด</w:t>
      </w:r>
    </w:p>
    <w:p w14:paraId="7EA7DB95" w14:textId="77777777" w:rsidR="00501161" w:rsidRDefault="00C637DA">
      <w:pPr>
        <w:pStyle w:val="Heading2"/>
      </w:pPr>
      <w:bookmarkStart w:id="66" w:name="_Toc243336736"/>
      <w:r>
        <w:t xml:space="preserve">10.7 Forward Camp — </w:t>
      </w:r>
      <w:r>
        <w:t>การย้าย</w:t>
      </w:r>
      <w:r>
        <w:t>ค่าย</w:t>
      </w:r>
      <w:bookmarkEnd w:id="66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51"/>
        <w:gridCol w:w="1616"/>
        <w:gridCol w:w="3652"/>
        <w:gridCol w:w="2395"/>
      </w:tblGrid>
      <w:tr w:rsidR="00501161" w14:paraId="403C119C" w14:textId="77777777">
        <w:trPr>
          <w:tblHeader/>
          <w:jc w:val="center"/>
        </w:trPr>
        <w:tc>
          <w:tcPr>
            <w:tcW w:w="1351" w:type="dxa"/>
            <w:shd w:val="clear" w:color="auto" w:fill="F2F2F2"/>
          </w:tcPr>
          <w:p w14:paraId="089FE27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Chapter</w:t>
            </w:r>
          </w:p>
        </w:tc>
        <w:tc>
          <w:tcPr>
            <w:tcW w:w="1616" w:type="dxa"/>
            <w:shd w:val="clear" w:color="auto" w:fill="F2F2F2"/>
          </w:tcPr>
          <w:p w14:paraId="78BE872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ค่าย</w:t>
            </w:r>
          </w:p>
        </w:tc>
        <w:tc>
          <w:tcPr>
            <w:tcW w:w="3652" w:type="dxa"/>
            <w:shd w:val="clear" w:color="auto" w:fill="F2F2F2"/>
          </w:tcPr>
          <w:p w14:paraId="4054B4C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NPC </w:t>
            </w:r>
            <w:r>
              <w:rPr>
                <w:b/>
                <w:bCs/>
                <w:sz w:val="28"/>
                <w:szCs w:val="28"/>
              </w:rPr>
              <w:t>ที่ตามไป</w:t>
            </w:r>
          </w:p>
        </w:tc>
        <w:tc>
          <w:tcPr>
            <w:tcW w:w="2395" w:type="dxa"/>
            <w:shd w:val="clear" w:color="auto" w:fill="F2F2F2"/>
          </w:tcPr>
          <w:p w14:paraId="0CA8BBD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หมายเหตุ</w:t>
            </w:r>
          </w:p>
        </w:tc>
      </w:tr>
      <w:tr w:rsidR="00501161" w14:paraId="64CA9D94" w14:textId="77777777">
        <w:trPr>
          <w:jc w:val="center"/>
        </w:trPr>
        <w:tc>
          <w:tcPr>
            <w:tcW w:w="1351" w:type="dxa"/>
          </w:tcPr>
          <w:p w14:paraId="5B7C5E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14:paraId="4D542D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ค่ายสำเภา (ชายป่า)</w:t>
            </w:r>
          </w:p>
        </w:tc>
        <w:tc>
          <w:tcPr>
            <w:tcW w:w="3652" w:type="dxa"/>
          </w:tcPr>
          <w:p w14:paraId="314F62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ทุกคน</w:t>
            </w:r>
          </w:p>
        </w:tc>
        <w:tc>
          <w:tcPr>
            <w:tcW w:w="2395" w:type="dxa"/>
          </w:tcPr>
          <w:p w14:paraId="4D76E2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ค่ายใหญ่ที่สุด ครบทุกบริการ</w:t>
            </w:r>
          </w:p>
        </w:tc>
      </w:tr>
      <w:tr w:rsidR="00501161" w14:paraId="7F529971" w14:textId="77777777">
        <w:trPr>
          <w:jc w:val="center"/>
        </w:trPr>
        <w:tc>
          <w:tcPr>
            <w:tcW w:w="1351" w:type="dxa"/>
          </w:tcPr>
          <w:p w14:paraId="4C0C31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2–3</w:t>
            </w:r>
          </w:p>
        </w:tc>
        <w:tc>
          <w:tcPr>
            <w:tcW w:w="1616" w:type="dxa"/>
          </w:tcPr>
          <w:p w14:paraId="0AE502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ค่ายหน้าริมน้ำ / ค่ายผาหิน</w:t>
            </w:r>
          </w:p>
        </w:tc>
        <w:tc>
          <w:tcPr>
            <w:tcW w:w="3652" w:type="dxa"/>
          </w:tcPr>
          <w:p w14:paraId="0E9B16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ทุกคน</w:t>
            </w:r>
          </w:p>
        </w:tc>
        <w:tc>
          <w:tcPr>
            <w:tcW w:w="2395" w:type="dxa"/>
          </w:tcPr>
          <w:p w14:paraId="6ECB10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ขนชิ้นส่วนเรือตามไป ราคาร้านค้า ×Chapter</w:t>
            </w:r>
          </w:p>
        </w:tc>
      </w:tr>
      <w:tr w:rsidR="00501161" w14:paraId="002BF7F1" w14:textId="77777777">
        <w:trPr>
          <w:jc w:val="center"/>
        </w:trPr>
        <w:tc>
          <w:tcPr>
            <w:tcW w:w="1351" w:type="dxa"/>
          </w:tcPr>
          <w:p w14:paraId="1ED575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4–5</w:t>
            </w:r>
          </w:p>
        </w:tc>
        <w:tc>
          <w:tcPr>
            <w:tcW w:w="1616" w:type="dxa"/>
          </w:tcPr>
          <w:p w14:paraId="7E179C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ค่ายใต้รากไทร / ค่ายปากถ้ำ</w:t>
            </w:r>
          </w:p>
        </w:tc>
        <w:tc>
          <w:tcPr>
            <w:tcW w:w="3652" w:type="dxa"/>
          </w:tcPr>
          <w:p w14:paraId="6ACFD5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ทุกคน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บางคนอยู่ในเรื่องเฉพาะช่วง ตามที่ Game Designer กำหนด)</w:t>
            </w:r>
          </w:p>
        </w:tc>
        <w:tc>
          <w:tcPr>
            <w:tcW w:w="2395" w:type="dxa"/>
          </w:tcPr>
          <w:p w14:paraId="4248DB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เริ่มใช้วัสดุจากป่าแทนชิ้นส่วนเรือ</w:t>
            </w:r>
          </w:p>
        </w:tc>
      </w:tr>
      <w:tr w:rsidR="00501161" w14:paraId="02543929" w14:textId="77777777">
        <w:trPr>
          <w:jc w:val="center"/>
        </w:trPr>
        <w:tc>
          <w:tcPr>
            <w:tcW w:w="1351" w:type="dxa"/>
          </w:tcPr>
          <w:p w14:paraId="31D37E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6–7</w:t>
            </w:r>
          </w:p>
        </w:tc>
        <w:tc>
          <w:tcPr>
            <w:tcW w:w="1616" w:type="dxa"/>
          </w:tcPr>
          <w:p w14:paraId="199BF2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ค่ายบนรังนก / ค่ายริมอโนดาต</w:t>
            </w:r>
          </w:p>
        </w:tc>
        <w:tc>
          <w:tcPr>
            <w:tcW w:w="3652" w:type="dxa"/>
          </w:tcPr>
          <w:p w14:paraId="0EA531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ทุกคน</w:t>
            </w:r>
          </w:p>
        </w:tc>
        <w:tc>
          <w:tcPr>
            <w:tcW w:w="2395" w:type="dxa"/>
          </w:tcPr>
          <w:p w14:paraId="727B61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ค่ายเล็กที่สุด แต่มีของจากป่าที่ดีที่สุด</w:t>
            </w:r>
          </w:p>
        </w:tc>
      </w:tr>
    </w:tbl>
    <w:p w14:paraId="742188DF" w14:textId="77777777" w:rsidR="00501161" w:rsidRDefault="00501161">
      <w:pPr>
        <w:spacing w:after="40"/>
      </w:pPr>
    </w:p>
    <w:p w14:paraId="458CCEF2" w14:textId="77777777" w:rsidR="00501161" w:rsidRDefault="00C637DA">
      <w:r>
        <w:rPr>
          <w:color w:val="555555"/>
          <w:sz w:val="26"/>
          <w:szCs w:val="26"/>
        </w:rPr>
        <w:t xml:space="preserve">Game Designer </w:t>
      </w:r>
      <w:r>
        <w:rPr>
          <w:color w:val="555555"/>
          <w:sz w:val="26"/>
          <w:szCs w:val="26"/>
        </w:rPr>
        <w:t xml:space="preserve">สามารถกำหนดให้ NPC </w:t>
      </w:r>
      <w:r>
        <w:rPr>
          <w:color w:val="555555"/>
          <w:sz w:val="26"/>
          <w:szCs w:val="26"/>
        </w:rPr>
        <w:t>บางคนหายไปหรือเปลี่ยนบทบาทตามเนื้อเรื่องของแต่ละ Chapter ได้ แต่ต้องมีคนแทนในหน้าที่นั้นเสมอ เพื่อไม่ให้บริการหายไปจากเกม</w:t>
      </w:r>
    </w:p>
    <w:p w14:paraId="45EBF51A" w14:textId="77777777" w:rsidR="00501161" w:rsidRDefault="00C637DA">
      <w:pPr>
        <w:pStyle w:val="Heading1"/>
        <w:pageBreakBefore/>
      </w:pPr>
      <w:bookmarkStart w:id="67" w:name="_Toc243336737"/>
      <w:r>
        <w:lastRenderedPageBreak/>
        <w:t>11. Crafting &amp; Item System</w:t>
      </w:r>
      <w:bookmarkEnd w:id="67"/>
    </w:p>
    <w:p w14:paraId="0826C276" w14:textId="77777777" w:rsidR="00501161" w:rsidRDefault="00C637DA">
      <w:pPr>
        <w:pStyle w:val="Heading2"/>
      </w:pPr>
      <w:bookmarkStart w:id="68" w:name="_Toc243336738"/>
      <w:r>
        <w:t>11.1 Item Types</w:t>
      </w:r>
      <w:bookmarkEnd w:id="68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3933"/>
        <w:gridCol w:w="1558"/>
        <w:gridCol w:w="1371"/>
      </w:tblGrid>
      <w:tr w:rsidR="00501161" w14:paraId="4CA528DF" w14:textId="77777777">
        <w:trPr>
          <w:tblHeader/>
          <w:jc w:val="center"/>
        </w:trPr>
        <w:tc>
          <w:tcPr>
            <w:tcW w:w="2152" w:type="dxa"/>
            <w:shd w:val="clear" w:color="auto" w:fill="F2F2F2"/>
          </w:tcPr>
          <w:p w14:paraId="51FEDE7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ชนิด</w:t>
            </w:r>
          </w:p>
        </w:tc>
        <w:tc>
          <w:tcPr>
            <w:tcW w:w="3933" w:type="dxa"/>
            <w:shd w:val="clear" w:color="auto" w:fill="F2F2F2"/>
          </w:tcPr>
          <w:p w14:paraId="39A86A0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คำอธิบาย</w:t>
            </w:r>
          </w:p>
        </w:tc>
        <w:tc>
          <w:tcPr>
            <w:tcW w:w="1558" w:type="dxa"/>
            <w:shd w:val="clear" w:color="auto" w:fill="F2F2F2"/>
          </w:tcPr>
          <w:p w14:paraId="0CF81AE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ขายได้</w:t>
            </w:r>
          </w:p>
        </w:tc>
        <w:tc>
          <w:tcPr>
            <w:tcW w:w="1371" w:type="dxa"/>
            <w:shd w:val="clear" w:color="auto" w:fill="F2F2F2"/>
          </w:tcPr>
          <w:p w14:paraId="252D0F0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ซ้อน</w:t>
            </w:r>
          </w:p>
        </w:tc>
      </w:tr>
      <w:tr w:rsidR="00501161" w14:paraId="367CF2D9" w14:textId="77777777">
        <w:trPr>
          <w:jc w:val="center"/>
        </w:trPr>
        <w:tc>
          <w:tcPr>
            <w:tcW w:w="2152" w:type="dxa"/>
          </w:tcPr>
          <w:p w14:paraId="771DE3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วัตถุดิบ</w:t>
            </w:r>
          </w:p>
        </w:tc>
        <w:tc>
          <w:tcPr>
            <w:tcW w:w="3933" w:type="dxa"/>
          </w:tcPr>
          <w:p w14:paraId="50BB11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จากศัตรู การเก็บ Scavenge ใช้คราฟหรือขาย</w:t>
            </w:r>
          </w:p>
        </w:tc>
        <w:tc>
          <w:tcPr>
            <w:tcW w:w="1558" w:type="dxa"/>
          </w:tcPr>
          <w:p w14:paraId="338E52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ได้</w:t>
            </w:r>
          </w:p>
        </w:tc>
        <w:tc>
          <w:tcPr>
            <w:tcW w:w="1371" w:type="dxa"/>
          </w:tcPr>
          <w:p w14:paraId="760199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</w:t>
            </w:r>
          </w:p>
        </w:tc>
      </w:tr>
      <w:tr w:rsidR="00501161" w14:paraId="32FE5926" w14:textId="77777777">
        <w:trPr>
          <w:jc w:val="center"/>
        </w:trPr>
        <w:tc>
          <w:tcPr>
            <w:tcW w:w="2152" w:type="dxa"/>
          </w:tcPr>
          <w:p w14:paraId="727D3F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อาหาร</w:t>
            </w:r>
          </w:p>
        </w:tc>
        <w:tc>
          <w:tcPr>
            <w:tcW w:w="3933" w:type="dxa"/>
          </w:tcPr>
          <w:p w14:paraId="49F550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ฟื้น Hunger บางชนิดฟื้น HP/MP</w:t>
            </w:r>
          </w:p>
        </w:tc>
        <w:tc>
          <w:tcPr>
            <w:tcW w:w="1558" w:type="dxa"/>
          </w:tcPr>
          <w:p w14:paraId="63124D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ได้</w:t>
            </w:r>
          </w:p>
        </w:tc>
        <w:tc>
          <w:tcPr>
            <w:tcW w:w="1371" w:type="dxa"/>
          </w:tcPr>
          <w:p w14:paraId="5038ED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</w:t>
            </w:r>
          </w:p>
        </w:tc>
      </w:tr>
      <w:tr w:rsidR="00501161" w14:paraId="1C7D3FA2" w14:textId="77777777">
        <w:trPr>
          <w:jc w:val="center"/>
        </w:trPr>
        <w:tc>
          <w:tcPr>
            <w:tcW w:w="2152" w:type="dxa"/>
          </w:tcPr>
          <w:p w14:paraId="62AEC4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ไอเทมสิ้นเปลือง</w:t>
            </w:r>
          </w:p>
        </w:tc>
        <w:tc>
          <w:tcPr>
            <w:tcW w:w="3933" w:type="dxa"/>
          </w:tcPr>
          <w:p w14:paraId="65AB7C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 ไอเทมชุบชีวิต ด้ายสายสิญจน์ คบเพลิง ระเบิดธาตุ ธูป</w:t>
            </w:r>
          </w:p>
        </w:tc>
        <w:tc>
          <w:tcPr>
            <w:tcW w:w="1558" w:type="dxa"/>
          </w:tcPr>
          <w:p w14:paraId="7ED8FA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ได้</w:t>
            </w:r>
          </w:p>
        </w:tc>
        <w:tc>
          <w:tcPr>
            <w:tcW w:w="1371" w:type="dxa"/>
          </w:tcPr>
          <w:p w14:paraId="651CC9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</w:t>
            </w:r>
          </w:p>
        </w:tc>
      </w:tr>
      <w:tr w:rsidR="00501161" w14:paraId="44B987F8" w14:textId="77777777">
        <w:trPr>
          <w:jc w:val="center"/>
        </w:trPr>
        <w:tc>
          <w:tcPr>
            <w:tcW w:w="2152" w:type="dxa"/>
          </w:tcPr>
          <w:p w14:paraId="0BFEEC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อาวุธ / ชุดเกราะ / เครื่องราง</w:t>
            </w:r>
          </w:p>
        </w:tc>
        <w:tc>
          <w:tcPr>
            <w:tcW w:w="3933" w:type="dxa"/>
          </w:tcPr>
          <w:p w14:paraId="4DB3F7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สวมใส่ตามอาชีพ</w:t>
            </w:r>
          </w:p>
        </w:tc>
        <w:tc>
          <w:tcPr>
            <w:tcW w:w="1558" w:type="dxa"/>
          </w:tcPr>
          <w:p w14:paraId="0C32D4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ได้ (50% ของราคาคราฟ)</w:t>
            </w:r>
          </w:p>
        </w:tc>
        <w:tc>
          <w:tcPr>
            <w:tcW w:w="1371" w:type="dxa"/>
          </w:tcPr>
          <w:p w14:paraId="1506E6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  <w:tr w:rsidR="00501161" w14:paraId="2ABAA059" w14:textId="77777777">
        <w:trPr>
          <w:jc w:val="center"/>
        </w:trPr>
        <w:tc>
          <w:tcPr>
            <w:tcW w:w="2152" w:type="dxa"/>
          </w:tcPr>
          <w:p w14:paraId="1CA208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Key Item</w:t>
            </w:r>
          </w:p>
        </w:tc>
        <w:tc>
          <w:tcPr>
            <w:tcW w:w="3933" w:type="dxa"/>
          </w:tcPr>
          <w:p w14:paraId="0F26C3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ของสำคัญตามเนื้อเรื่อง</w:t>
            </w:r>
          </w:p>
        </w:tc>
        <w:tc>
          <w:tcPr>
            <w:tcW w:w="1558" w:type="dxa"/>
          </w:tcPr>
          <w:p w14:paraId="5D3553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ไม่ได้</w:t>
            </w:r>
          </w:p>
        </w:tc>
        <w:tc>
          <w:tcPr>
            <w:tcW w:w="1371" w:type="dxa"/>
          </w:tcPr>
          <w:p w14:paraId="61C3AC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4A64C80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04"/>
        <w:gridCol w:w="6610"/>
      </w:tblGrid>
      <w:tr w:rsidR="00501161" w14:paraId="6EB7D285" w14:textId="77777777">
        <w:trPr>
          <w:tblHeader/>
          <w:jc w:val="center"/>
        </w:trPr>
        <w:tc>
          <w:tcPr>
            <w:tcW w:w="2404" w:type="dxa"/>
            <w:shd w:val="clear" w:color="auto" w:fill="F2F2F2"/>
          </w:tcPr>
          <w:p w14:paraId="0AD19FF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6610" w:type="dxa"/>
            <w:shd w:val="clear" w:color="auto" w:fill="F2F2F2"/>
          </w:tcPr>
          <w:p w14:paraId="26F3B6C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391D94B7" w14:textId="77777777">
        <w:trPr>
          <w:jc w:val="center"/>
        </w:trPr>
        <w:tc>
          <w:tcPr>
            <w:tcW w:w="2404" w:type="dxa"/>
          </w:tcPr>
          <w:p w14:paraId="1D143D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ช่องสวมใส่</w:t>
            </w:r>
          </w:p>
        </w:tc>
        <w:tc>
          <w:tcPr>
            <w:tcW w:w="6610" w:type="dxa"/>
          </w:tcPr>
          <w:p w14:paraId="2C89AF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อาวุธ 1, ชุดเกราะ 1, เครื่องราง 1</w:t>
            </w:r>
          </w:p>
        </w:tc>
      </w:tr>
      <w:tr w:rsidR="00501161" w14:paraId="5201259A" w14:textId="77777777">
        <w:trPr>
          <w:jc w:val="center"/>
        </w:trPr>
        <w:tc>
          <w:tcPr>
            <w:tcW w:w="2404" w:type="dxa"/>
          </w:tcPr>
          <w:p w14:paraId="3EDF0F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กระเป๋าในป่า</w:t>
            </w:r>
          </w:p>
        </w:tc>
        <w:tc>
          <w:tcPr>
            <w:tcW w:w="6610" w:type="dxa"/>
          </w:tcPr>
          <w:p w14:paraId="0E64F4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60 </w:t>
            </w:r>
            <w:r>
              <w:rPr>
                <w:sz w:val="28"/>
                <w:szCs w:val="28"/>
              </w:rPr>
              <w:t>ช่อง (เต็มต้องทิ้ง)</w:t>
            </w:r>
          </w:p>
        </w:tc>
      </w:tr>
      <w:tr w:rsidR="00501161" w14:paraId="7F1F065E" w14:textId="77777777">
        <w:trPr>
          <w:jc w:val="center"/>
        </w:trPr>
        <w:tc>
          <w:tcPr>
            <w:tcW w:w="2404" w:type="dxa"/>
          </w:tcPr>
          <w:p w14:paraId="110C6D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คลังที่ค่าย</w:t>
            </w:r>
          </w:p>
        </w:tc>
        <w:tc>
          <w:tcPr>
            <w:tcW w:w="6610" w:type="dxa"/>
          </w:tcPr>
          <w:p w14:paraId="24CD9D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ไม่จำกัด</w:t>
            </w:r>
          </w:p>
        </w:tc>
      </w:tr>
    </w:tbl>
    <w:p w14:paraId="64443510" w14:textId="77777777" w:rsidR="00501161" w:rsidRDefault="00501161">
      <w:pPr>
        <w:spacing w:after="40"/>
      </w:pPr>
    </w:p>
    <w:p w14:paraId="27B49CD4" w14:textId="77777777" w:rsidR="00501161" w:rsidRDefault="00C637DA">
      <w:pPr>
        <w:pStyle w:val="Heading2"/>
      </w:pPr>
      <w:bookmarkStart w:id="69" w:name="_Toc243336739"/>
      <w:r>
        <w:t>11.2 Equipment Tier</w:t>
      </w:r>
      <w:bookmarkEnd w:id="69"/>
    </w:p>
    <w:p w14:paraId="56F127B6" w14:textId="77777777" w:rsidR="00501161" w:rsidRDefault="00C637DA">
      <w:pPr>
        <w:ind w:firstLine="720"/>
      </w:pPr>
      <w:r>
        <w:t xml:space="preserve">อาวุธและชุดเกราะที่ดีที่สุดของแต่ละ Chapter ใช้วัตถุดิบหลักจากสัตว์ชั้นสูงของ Chapter นั้น </w:t>
      </w:r>
      <w:r>
        <w:t>ทำให้การล่าสัตว์ชั้นสูงคือเส้นทางหลักของการพัฒนา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7"/>
        <w:gridCol w:w="2560"/>
        <w:gridCol w:w="2630"/>
        <w:gridCol w:w="1592"/>
        <w:gridCol w:w="1246"/>
      </w:tblGrid>
      <w:tr w:rsidR="00501161" w14:paraId="20FDFEEF" w14:textId="77777777">
        <w:trPr>
          <w:tblHeader/>
          <w:jc w:val="center"/>
        </w:trPr>
        <w:tc>
          <w:tcPr>
            <w:tcW w:w="987" w:type="dxa"/>
            <w:shd w:val="clear" w:color="auto" w:fill="F2F2F2"/>
          </w:tcPr>
          <w:p w14:paraId="7C8D61E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Ch</w:t>
            </w:r>
          </w:p>
        </w:tc>
        <w:tc>
          <w:tcPr>
            <w:tcW w:w="2560" w:type="dxa"/>
            <w:shd w:val="clear" w:color="auto" w:fill="F2F2F2"/>
          </w:tcPr>
          <w:p w14:paraId="56F1031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Weapon ATK </w:t>
            </w:r>
            <w:r>
              <w:rPr>
                <w:b/>
                <w:bCs/>
                <w:sz w:val="28"/>
                <w:szCs w:val="28"/>
              </w:rPr>
              <w:t>พื้นฐาน (ร้าน / คราฟดีสุด)</w:t>
            </w:r>
          </w:p>
        </w:tc>
        <w:tc>
          <w:tcPr>
            <w:tcW w:w="2630" w:type="dxa"/>
            <w:shd w:val="clear" w:color="auto" w:fill="F2F2F2"/>
          </w:tcPr>
          <w:p w14:paraId="7710DAC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Armor DEF </w:t>
            </w:r>
            <w:r>
              <w:rPr>
                <w:b/>
                <w:bCs/>
                <w:sz w:val="28"/>
                <w:szCs w:val="28"/>
              </w:rPr>
              <w:t>เกราะหนัก (ร้าน / คราฟดีสุด)</w:t>
            </w:r>
          </w:p>
        </w:tc>
        <w:tc>
          <w:tcPr>
            <w:tcW w:w="1592" w:type="dxa"/>
            <w:shd w:val="clear" w:color="auto" w:fill="F2F2F2"/>
          </w:tcPr>
          <w:p w14:paraId="5CA5F86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วัตถุดิบหลักของของดีสุด</w:t>
            </w:r>
          </w:p>
        </w:tc>
        <w:tc>
          <w:tcPr>
            <w:tcW w:w="1246" w:type="dxa"/>
            <w:shd w:val="clear" w:color="auto" w:fill="F2F2F2"/>
          </w:tcPr>
          <w:p w14:paraId="663882C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Gold (</w:t>
            </w:r>
            <w:r>
              <w:rPr>
                <w:b/>
                <w:bCs/>
                <w:sz w:val="28"/>
                <w:szCs w:val="28"/>
              </w:rPr>
              <w:t>ร้าน / คราฟ)</w:t>
            </w:r>
          </w:p>
        </w:tc>
      </w:tr>
      <w:tr w:rsidR="00501161" w14:paraId="7B1894B0" w14:textId="77777777">
        <w:trPr>
          <w:jc w:val="center"/>
        </w:trPr>
        <w:tc>
          <w:tcPr>
            <w:tcW w:w="987" w:type="dxa"/>
          </w:tcPr>
          <w:p w14:paraId="4B29ED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60" w:type="dxa"/>
          </w:tcPr>
          <w:p w14:paraId="227E41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20 / </w:t>
            </w:r>
            <w:r>
              <w:rPr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2630" w:type="dxa"/>
          </w:tcPr>
          <w:p w14:paraId="609EFD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12 / </w:t>
            </w: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592" w:type="dxa"/>
          </w:tcPr>
          <w:p w14:paraId="4E6B55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งาโลโต</w:t>
            </w:r>
          </w:p>
        </w:tc>
        <w:tc>
          <w:tcPr>
            <w:tcW w:w="1246" w:type="dxa"/>
          </w:tcPr>
          <w:p w14:paraId="06BF7C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 / 200</w:t>
            </w:r>
          </w:p>
        </w:tc>
      </w:tr>
      <w:tr w:rsidR="00501161" w14:paraId="46B364B7" w14:textId="77777777">
        <w:trPr>
          <w:jc w:val="center"/>
        </w:trPr>
        <w:tc>
          <w:tcPr>
            <w:tcW w:w="987" w:type="dxa"/>
          </w:tcPr>
          <w:p w14:paraId="790D21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60" w:type="dxa"/>
          </w:tcPr>
          <w:p w14:paraId="07D44E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50 / </w:t>
            </w:r>
            <w:r>
              <w:rPr>
                <w:b/>
                <w:bCs/>
                <w:sz w:val="28"/>
                <w:szCs w:val="28"/>
              </w:rPr>
              <w:t>65</w:t>
            </w:r>
          </w:p>
        </w:tc>
        <w:tc>
          <w:tcPr>
            <w:tcW w:w="2630" w:type="dxa"/>
          </w:tcPr>
          <w:p w14:paraId="76E624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30 / </w:t>
            </w:r>
            <w:r>
              <w:rPr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592" w:type="dxa"/>
          </w:tcPr>
          <w:p w14:paraId="761653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เกล็ดมกร</w:t>
            </w:r>
          </w:p>
        </w:tc>
        <w:tc>
          <w:tcPr>
            <w:tcW w:w="1246" w:type="dxa"/>
          </w:tcPr>
          <w:p w14:paraId="51911A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220 / 440</w:t>
            </w:r>
          </w:p>
        </w:tc>
      </w:tr>
      <w:tr w:rsidR="00501161" w14:paraId="66255662" w14:textId="77777777">
        <w:trPr>
          <w:jc w:val="center"/>
        </w:trPr>
        <w:tc>
          <w:tcPr>
            <w:tcW w:w="987" w:type="dxa"/>
          </w:tcPr>
          <w:p w14:paraId="6B2B98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60" w:type="dxa"/>
          </w:tcPr>
          <w:p w14:paraId="028FB0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80 / </w:t>
            </w:r>
            <w:r>
              <w:rPr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2630" w:type="dxa"/>
          </w:tcPr>
          <w:p w14:paraId="5D6691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50 / </w:t>
            </w:r>
            <w:r>
              <w:rPr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1592" w:type="dxa"/>
          </w:tcPr>
          <w:p w14:paraId="42ED9A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เขี้ยวคชสีห์</w:t>
            </w:r>
          </w:p>
        </w:tc>
        <w:tc>
          <w:tcPr>
            <w:tcW w:w="1246" w:type="dxa"/>
          </w:tcPr>
          <w:p w14:paraId="30591F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420 / 840</w:t>
            </w:r>
          </w:p>
        </w:tc>
      </w:tr>
      <w:tr w:rsidR="00501161" w14:paraId="5EA32B30" w14:textId="77777777">
        <w:trPr>
          <w:jc w:val="center"/>
        </w:trPr>
        <w:tc>
          <w:tcPr>
            <w:tcW w:w="987" w:type="dxa"/>
          </w:tcPr>
          <w:p w14:paraId="416FCA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60" w:type="dxa"/>
          </w:tcPr>
          <w:p w14:paraId="78C465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115 / </w:t>
            </w:r>
            <w:r>
              <w:rPr>
                <w:b/>
                <w:bCs/>
                <w:sz w:val="28"/>
                <w:szCs w:val="28"/>
              </w:rPr>
              <w:t>140</w:t>
            </w:r>
          </w:p>
        </w:tc>
        <w:tc>
          <w:tcPr>
            <w:tcW w:w="2630" w:type="dxa"/>
          </w:tcPr>
          <w:p w14:paraId="21862E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75 / </w:t>
            </w:r>
            <w:r>
              <w:rPr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1592" w:type="dxa"/>
          </w:tcPr>
          <w:p w14:paraId="33B982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งาช้างเหมะ</w:t>
            </w:r>
          </w:p>
        </w:tc>
        <w:tc>
          <w:tcPr>
            <w:tcW w:w="1246" w:type="dxa"/>
          </w:tcPr>
          <w:p w14:paraId="6EC034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700 / 1400</w:t>
            </w:r>
          </w:p>
        </w:tc>
      </w:tr>
      <w:tr w:rsidR="00501161" w14:paraId="429D9376" w14:textId="77777777">
        <w:trPr>
          <w:jc w:val="center"/>
        </w:trPr>
        <w:tc>
          <w:tcPr>
            <w:tcW w:w="987" w:type="dxa"/>
          </w:tcPr>
          <w:p w14:paraId="34BCB9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60" w:type="dxa"/>
          </w:tcPr>
          <w:p w14:paraId="472D5C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155 / </w:t>
            </w:r>
            <w:r>
              <w:rPr>
                <w:b/>
                <w:bCs/>
                <w:sz w:val="28"/>
                <w:szCs w:val="28"/>
              </w:rPr>
              <w:t>180</w:t>
            </w:r>
          </w:p>
        </w:tc>
        <w:tc>
          <w:tcPr>
            <w:tcW w:w="2630" w:type="dxa"/>
          </w:tcPr>
          <w:p w14:paraId="324EDF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105 / </w:t>
            </w:r>
            <w:r>
              <w:rPr>
                <w:b/>
                <w:bCs/>
                <w:sz w:val="28"/>
                <w:szCs w:val="28"/>
              </w:rPr>
              <w:t>122</w:t>
            </w:r>
          </w:p>
        </w:tc>
        <w:tc>
          <w:tcPr>
            <w:tcW w:w="1592" w:type="dxa"/>
          </w:tcPr>
          <w:p w14:paraId="16D190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เกล็ดกิเลนปีก</w:t>
            </w:r>
          </w:p>
        </w:tc>
        <w:tc>
          <w:tcPr>
            <w:tcW w:w="1246" w:type="dxa"/>
          </w:tcPr>
          <w:p w14:paraId="00AB31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1060 / 2120</w:t>
            </w:r>
          </w:p>
        </w:tc>
      </w:tr>
      <w:tr w:rsidR="00501161" w14:paraId="3487EB6D" w14:textId="77777777">
        <w:trPr>
          <w:jc w:val="center"/>
        </w:trPr>
        <w:tc>
          <w:tcPr>
            <w:tcW w:w="987" w:type="dxa"/>
          </w:tcPr>
          <w:p w14:paraId="322EF9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60" w:type="dxa"/>
          </w:tcPr>
          <w:p w14:paraId="4F133F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195 / </w:t>
            </w:r>
            <w:r>
              <w:rPr>
                <w:b/>
                <w:bCs/>
                <w:sz w:val="28"/>
                <w:szCs w:val="28"/>
              </w:rPr>
              <w:t>230</w:t>
            </w:r>
          </w:p>
        </w:tc>
        <w:tc>
          <w:tcPr>
            <w:tcW w:w="2630" w:type="dxa"/>
          </w:tcPr>
          <w:p w14:paraId="308579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140 / </w:t>
            </w:r>
            <w:r>
              <w:rPr>
                <w:b/>
                <w:bCs/>
                <w:sz w:val="28"/>
                <w:szCs w:val="28"/>
              </w:rPr>
              <w:t>160</w:t>
            </w:r>
          </w:p>
        </w:tc>
        <w:tc>
          <w:tcPr>
            <w:tcW w:w="1592" w:type="dxa"/>
          </w:tcPr>
          <w:p w14:paraId="0B9874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ขนหัสดีลิงค์</w:t>
            </w:r>
          </w:p>
        </w:tc>
        <w:tc>
          <w:tcPr>
            <w:tcW w:w="1246" w:type="dxa"/>
          </w:tcPr>
          <w:p w14:paraId="72BC15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1500 / 3000</w:t>
            </w:r>
          </w:p>
        </w:tc>
      </w:tr>
      <w:tr w:rsidR="00501161" w14:paraId="48556FB3" w14:textId="77777777">
        <w:trPr>
          <w:jc w:val="center"/>
        </w:trPr>
        <w:tc>
          <w:tcPr>
            <w:tcW w:w="987" w:type="dxa"/>
          </w:tcPr>
          <w:p w14:paraId="5D5F90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60" w:type="dxa"/>
          </w:tcPr>
          <w:p w14:paraId="36442C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245 / </w:t>
            </w:r>
            <w:r>
              <w:rPr>
                <w:b/>
                <w:bCs/>
                <w:sz w:val="28"/>
                <w:szCs w:val="28"/>
              </w:rPr>
              <w:t>290</w:t>
            </w:r>
          </w:p>
        </w:tc>
        <w:tc>
          <w:tcPr>
            <w:tcW w:w="2630" w:type="dxa"/>
          </w:tcPr>
          <w:p w14:paraId="70614F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180 / </w:t>
            </w:r>
            <w:r>
              <w:rPr>
                <w:b/>
                <w:bCs/>
                <w:sz w:val="28"/>
                <w:szCs w:val="28"/>
              </w:rPr>
              <w:t>205</w:t>
            </w:r>
          </w:p>
        </w:tc>
        <w:tc>
          <w:tcPr>
            <w:tcW w:w="1592" w:type="dxa"/>
          </w:tcPr>
          <w:p w14:paraId="602C8A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ขนทองกินนรราช</w:t>
            </w:r>
          </w:p>
        </w:tc>
        <w:tc>
          <w:tcPr>
            <w:tcW w:w="1246" w:type="dxa"/>
          </w:tcPr>
          <w:p w14:paraId="27C193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2020 / 4040</w:t>
            </w:r>
          </w:p>
        </w:tc>
      </w:tr>
    </w:tbl>
    <w:p w14:paraId="10AAF621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02"/>
        <w:gridCol w:w="2128"/>
        <w:gridCol w:w="1252"/>
        <w:gridCol w:w="1628"/>
        <w:gridCol w:w="1252"/>
        <w:gridCol w:w="1252"/>
      </w:tblGrid>
      <w:tr w:rsidR="00501161" w14:paraId="5BF6DC9D" w14:textId="77777777">
        <w:trPr>
          <w:tblHeader/>
          <w:jc w:val="center"/>
        </w:trPr>
        <w:tc>
          <w:tcPr>
            <w:tcW w:w="1502" w:type="dxa"/>
            <w:shd w:val="clear" w:color="auto" w:fill="F2F2F2"/>
          </w:tcPr>
          <w:p w14:paraId="09B10A2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อาชีพ</w:t>
            </w:r>
          </w:p>
        </w:tc>
        <w:tc>
          <w:tcPr>
            <w:tcW w:w="2128" w:type="dxa"/>
            <w:shd w:val="clear" w:color="auto" w:fill="F2F2F2"/>
          </w:tcPr>
          <w:p w14:paraId="67DE926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ประเภทอาวุธ</w:t>
            </w:r>
          </w:p>
        </w:tc>
        <w:tc>
          <w:tcPr>
            <w:tcW w:w="1252" w:type="dxa"/>
            <w:shd w:val="clear" w:color="auto" w:fill="F2F2F2"/>
          </w:tcPr>
          <w:p w14:paraId="60A2F09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ATK ×</w:t>
            </w:r>
          </w:p>
        </w:tc>
        <w:tc>
          <w:tcPr>
            <w:tcW w:w="1628" w:type="dxa"/>
            <w:shd w:val="clear" w:color="auto" w:fill="F2F2F2"/>
          </w:tcPr>
          <w:p w14:paraId="65F426F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Spell Power ×</w:t>
            </w:r>
          </w:p>
        </w:tc>
        <w:tc>
          <w:tcPr>
            <w:tcW w:w="1252" w:type="dxa"/>
            <w:shd w:val="clear" w:color="auto" w:fill="F2F2F2"/>
          </w:tcPr>
          <w:p w14:paraId="6287E3B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ประเภทชุด</w:t>
            </w:r>
          </w:p>
        </w:tc>
        <w:tc>
          <w:tcPr>
            <w:tcW w:w="1252" w:type="dxa"/>
            <w:shd w:val="clear" w:color="auto" w:fill="F2F2F2"/>
          </w:tcPr>
          <w:p w14:paraId="1236D0D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DEF ×</w:t>
            </w:r>
          </w:p>
        </w:tc>
      </w:tr>
      <w:tr w:rsidR="00501161" w14:paraId="54635B40" w14:textId="77777777">
        <w:trPr>
          <w:jc w:val="center"/>
        </w:trPr>
        <w:tc>
          <w:tcPr>
            <w:tcW w:w="1502" w:type="dxa"/>
          </w:tcPr>
          <w:p w14:paraId="287A4D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นักรบ</w:t>
            </w:r>
          </w:p>
        </w:tc>
        <w:tc>
          <w:tcPr>
            <w:tcW w:w="2128" w:type="dxa"/>
          </w:tcPr>
          <w:p w14:paraId="76F53E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ดาบ</w:t>
            </w:r>
          </w:p>
        </w:tc>
        <w:tc>
          <w:tcPr>
            <w:tcW w:w="1252" w:type="dxa"/>
          </w:tcPr>
          <w:p w14:paraId="3962C41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1.0</w:t>
            </w:r>
          </w:p>
        </w:tc>
        <w:tc>
          <w:tcPr>
            <w:tcW w:w="1628" w:type="dxa"/>
          </w:tcPr>
          <w:p w14:paraId="1D099D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0.0</w:t>
            </w:r>
          </w:p>
        </w:tc>
        <w:tc>
          <w:tcPr>
            <w:tcW w:w="1252" w:type="dxa"/>
          </w:tcPr>
          <w:p w14:paraId="14E31D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เกราะหนัก</w:t>
            </w:r>
          </w:p>
        </w:tc>
        <w:tc>
          <w:tcPr>
            <w:tcW w:w="1252" w:type="dxa"/>
          </w:tcPr>
          <w:p w14:paraId="67F59B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1.0</w:t>
            </w:r>
          </w:p>
        </w:tc>
      </w:tr>
      <w:tr w:rsidR="00501161" w14:paraId="043F69FB" w14:textId="77777777">
        <w:trPr>
          <w:jc w:val="center"/>
        </w:trPr>
        <w:tc>
          <w:tcPr>
            <w:tcW w:w="1502" w:type="dxa"/>
          </w:tcPr>
          <w:p w14:paraId="02B080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นักมวย</w:t>
            </w:r>
          </w:p>
        </w:tc>
        <w:tc>
          <w:tcPr>
            <w:tcW w:w="2128" w:type="dxa"/>
          </w:tcPr>
          <w:p w14:paraId="4845C2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สนับมือ</w:t>
            </w:r>
          </w:p>
        </w:tc>
        <w:tc>
          <w:tcPr>
            <w:tcW w:w="1252" w:type="dxa"/>
          </w:tcPr>
          <w:p w14:paraId="375669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0.9</w:t>
            </w:r>
          </w:p>
        </w:tc>
        <w:tc>
          <w:tcPr>
            <w:tcW w:w="1628" w:type="dxa"/>
          </w:tcPr>
          <w:p w14:paraId="09094C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0.0</w:t>
            </w:r>
          </w:p>
        </w:tc>
        <w:tc>
          <w:tcPr>
            <w:tcW w:w="1252" w:type="dxa"/>
          </w:tcPr>
          <w:p w14:paraId="44CF55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เกราะเบา</w:t>
            </w:r>
          </w:p>
        </w:tc>
        <w:tc>
          <w:tcPr>
            <w:tcW w:w="1252" w:type="dxa"/>
          </w:tcPr>
          <w:p w14:paraId="611881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0.7</w:t>
            </w:r>
          </w:p>
        </w:tc>
      </w:tr>
      <w:tr w:rsidR="00501161" w14:paraId="234D2692" w14:textId="77777777">
        <w:trPr>
          <w:jc w:val="center"/>
        </w:trPr>
        <w:tc>
          <w:tcPr>
            <w:tcW w:w="1502" w:type="dxa"/>
          </w:tcPr>
          <w:p w14:paraId="0FD175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พราน</w:t>
            </w:r>
          </w:p>
        </w:tc>
        <w:tc>
          <w:tcPr>
            <w:tcW w:w="2128" w:type="dxa"/>
          </w:tcPr>
          <w:p w14:paraId="71A725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ธนู</w:t>
            </w:r>
          </w:p>
        </w:tc>
        <w:tc>
          <w:tcPr>
            <w:tcW w:w="1252" w:type="dxa"/>
          </w:tcPr>
          <w:p w14:paraId="34585B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0.95</w:t>
            </w:r>
          </w:p>
        </w:tc>
        <w:tc>
          <w:tcPr>
            <w:tcW w:w="1628" w:type="dxa"/>
          </w:tcPr>
          <w:p w14:paraId="3CACD0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0.0</w:t>
            </w:r>
          </w:p>
        </w:tc>
        <w:tc>
          <w:tcPr>
            <w:tcW w:w="1252" w:type="dxa"/>
          </w:tcPr>
          <w:p w14:paraId="4CD29A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เกราะเบา</w:t>
            </w:r>
          </w:p>
        </w:tc>
        <w:tc>
          <w:tcPr>
            <w:tcW w:w="1252" w:type="dxa"/>
          </w:tcPr>
          <w:p w14:paraId="466B73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0.7</w:t>
            </w:r>
          </w:p>
        </w:tc>
      </w:tr>
      <w:tr w:rsidR="00501161" w14:paraId="483FB0F7" w14:textId="77777777">
        <w:trPr>
          <w:jc w:val="center"/>
        </w:trPr>
        <w:tc>
          <w:tcPr>
            <w:tcW w:w="1502" w:type="dxa"/>
          </w:tcPr>
          <w:p w14:paraId="61CD86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หมอ</w:t>
            </w:r>
          </w:p>
        </w:tc>
        <w:tc>
          <w:tcPr>
            <w:tcW w:w="2128" w:type="dxa"/>
          </w:tcPr>
          <w:p w14:paraId="24A735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ไม้เท้ายา</w:t>
            </w:r>
          </w:p>
        </w:tc>
        <w:tc>
          <w:tcPr>
            <w:tcW w:w="1252" w:type="dxa"/>
          </w:tcPr>
          <w:p w14:paraId="3DC812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0.4</w:t>
            </w:r>
          </w:p>
        </w:tc>
        <w:tc>
          <w:tcPr>
            <w:tcW w:w="1628" w:type="dxa"/>
          </w:tcPr>
          <w:p w14:paraId="3F7109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0.8</w:t>
            </w:r>
          </w:p>
        </w:tc>
        <w:tc>
          <w:tcPr>
            <w:tcW w:w="1252" w:type="dxa"/>
          </w:tcPr>
          <w:p w14:paraId="6E76FA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ชุดผ้า</w:t>
            </w:r>
          </w:p>
        </w:tc>
        <w:tc>
          <w:tcPr>
            <w:tcW w:w="1252" w:type="dxa"/>
          </w:tcPr>
          <w:p w14:paraId="658206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0.45</w:t>
            </w:r>
          </w:p>
        </w:tc>
      </w:tr>
      <w:tr w:rsidR="00501161" w14:paraId="4980E029" w14:textId="77777777">
        <w:trPr>
          <w:jc w:val="center"/>
        </w:trPr>
        <w:tc>
          <w:tcPr>
            <w:tcW w:w="1502" w:type="dxa"/>
          </w:tcPr>
          <w:p w14:paraId="4E74DF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จอมขมังเวทย์</w:t>
            </w:r>
          </w:p>
        </w:tc>
        <w:tc>
          <w:tcPr>
            <w:tcW w:w="2128" w:type="dxa"/>
          </w:tcPr>
          <w:p w14:paraId="74AE2C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ตะกรุด</w:t>
            </w:r>
          </w:p>
        </w:tc>
        <w:tc>
          <w:tcPr>
            <w:tcW w:w="1252" w:type="dxa"/>
          </w:tcPr>
          <w:p w14:paraId="58F99A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0.3</w:t>
            </w:r>
          </w:p>
        </w:tc>
        <w:tc>
          <w:tcPr>
            <w:tcW w:w="1628" w:type="dxa"/>
          </w:tcPr>
          <w:p w14:paraId="7AA42F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1.0</w:t>
            </w:r>
          </w:p>
        </w:tc>
        <w:tc>
          <w:tcPr>
            <w:tcW w:w="1252" w:type="dxa"/>
          </w:tcPr>
          <w:p w14:paraId="07CEF2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ชุดผ้า</w:t>
            </w:r>
          </w:p>
        </w:tc>
        <w:tc>
          <w:tcPr>
            <w:tcW w:w="1252" w:type="dxa"/>
          </w:tcPr>
          <w:p w14:paraId="2929F3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0.45</w:t>
            </w:r>
          </w:p>
        </w:tc>
      </w:tr>
      <w:tr w:rsidR="00501161" w14:paraId="33E99260" w14:textId="77777777">
        <w:trPr>
          <w:jc w:val="center"/>
        </w:trPr>
        <w:tc>
          <w:tcPr>
            <w:tcW w:w="1502" w:type="dxa"/>
          </w:tcPr>
          <w:p w14:paraId="70245C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</w:t>
            </w:r>
          </w:p>
        </w:tc>
        <w:tc>
          <w:tcPr>
            <w:tcW w:w="2128" w:type="dxa"/>
          </w:tcPr>
          <w:p w14:paraId="3E0867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เครื่องประดับอสูร</w:t>
            </w:r>
          </w:p>
        </w:tc>
        <w:tc>
          <w:tcPr>
            <w:tcW w:w="1252" w:type="dxa"/>
          </w:tcPr>
          <w:p w14:paraId="6370F9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1.15</w:t>
            </w:r>
          </w:p>
        </w:tc>
        <w:tc>
          <w:tcPr>
            <w:tcW w:w="1628" w:type="dxa"/>
          </w:tcPr>
          <w:p w14:paraId="0019D0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0.0</w:t>
            </w:r>
          </w:p>
        </w:tc>
        <w:tc>
          <w:tcPr>
            <w:tcW w:w="1252" w:type="dxa"/>
          </w:tcPr>
          <w:p w14:paraId="794D6A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เกราะอสูร</w:t>
            </w:r>
          </w:p>
        </w:tc>
        <w:tc>
          <w:tcPr>
            <w:tcW w:w="1252" w:type="dxa"/>
          </w:tcPr>
          <w:p w14:paraId="29FEED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0.85</w:t>
            </w:r>
          </w:p>
        </w:tc>
      </w:tr>
    </w:tbl>
    <w:p w14:paraId="22A14F08" w14:textId="77777777" w:rsidR="00501161" w:rsidRDefault="00501161">
      <w:pPr>
        <w:spacing w:after="40"/>
      </w:pPr>
    </w:p>
    <w:p w14:paraId="2161BDCD" w14:textId="77777777" w:rsidR="00501161" w:rsidRDefault="00C637DA">
      <w:pPr>
        <w:ind w:firstLine="720"/>
      </w:pPr>
      <w:r>
        <w:t>ตัวอย่างชื่อ: Chapter 1 ของดีสุดใช้ "งาโลโต" → ดาบงาโลโต (ATK 35), สนับมืองาโลโต (ATK 32), ธนูงาโลโต (ATK 33), ไม้เท้ายางาโลโต (ATK 14 / Spell Power 28), ตะกรุดงาโลโต (ATK 11 / Spell Power 35), เครื่องประดับอสูรง</w:t>
      </w:r>
      <w:r>
        <w:t>าโลโต (ATK 40)</w:t>
      </w:r>
    </w:p>
    <w:p w14:paraId="3DBB176C" w14:textId="77777777" w:rsidR="00501161" w:rsidRDefault="00C637DA">
      <w:pPr>
        <w:pStyle w:val="Heading2"/>
      </w:pPr>
      <w:bookmarkStart w:id="70" w:name="_Toc243336740"/>
      <w:r>
        <w:t>11.3 Food</w:t>
      </w:r>
      <w:bookmarkEnd w:id="70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0"/>
        <w:gridCol w:w="1127"/>
        <w:gridCol w:w="1127"/>
        <w:gridCol w:w="3042"/>
        <w:gridCol w:w="2028"/>
      </w:tblGrid>
      <w:tr w:rsidR="00501161" w14:paraId="18094913" w14:textId="77777777">
        <w:trPr>
          <w:tblHeader/>
          <w:jc w:val="center"/>
        </w:trPr>
        <w:tc>
          <w:tcPr>
            <w:tcW w:w="1690" w:type="dxa"/>
            <w:shd w:val="clear" w:color="auto" w:fill="F2F2F2"/>
          </w:tcPr>
          <w:p w14:paraId="4D7E5BA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อาหาร</w:t>
            </w:r>
          </w:p>
        </w:tc>
        <w:tc>
          <w:tcPr>
            <w:tcW w:w="1127" w:type="dxa"/>
            <w:shd w:val="clear" w:color="auto" w:fill="F2F2F2"/>
          </w:tcPr>
          <w:p w14:paraId="03900D1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Hunger</w:t>
            </w:r>
          </w:p>
        </w:tc>
        <w:tc>
          <w:tcPr>
            <w:tcW w:w="1127" w:type="dxa"/>
            <w:shd w:val="clear" w:color="auto" w:fill="F2F2F2"/>
          </w:tcPr>
          <w:p w14:paraId="4851D30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ผลเสริม</w:t>
            </w:r>
          </w:p>
        </w:tc>
        <w:tc>
          <w:tcPr>
            <w:tcW w:w="3042" w:type="dxa"/>
            <w:shd w:val="clear" w:color="auto" w:fill="F2F2F2"/>
          </w:tcPr>
          <w:p w14:paraId="0619F14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วัตถุดิบ</w:t>
            </w:r>
          </w:p>
        </w:tc>
        <w:tc>
          <w:tcPr>
            <w:tcW w:w="2028" w:type="dxa"/>
            <w:shd w:val="clear" w:color="auto" w:fill="F2F2F2"/>
          </w:tcPr>
          <w:p w14:paraId="2C496DE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หาได้จาก</w:t>
            </w:r>
          </w:p>
        </w:tc>
      </w:tr>
      <w:tr w:rsidR="00501161" w14:paraId="2278599B" w14:textId="77777777">
        <w:trPr>
          <w:jc w:val="center"/>
        </w:trPr>
        <w:tc>
          <w:tcPr>
            <w:tcW w:w="1690" w:type="dxa"/>
          </w:tcPr>
          <w:p w14:paraId="37452C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ข้าวตังสมุนไพร</w:t>
            </w:r>
          </w:p>
        </w:tc>
        <w:tc>
          <w:tcPr>
            <w:tcW w:w="1127" w:type="dxa"/>
          </w:tcPr>
          <w:p w14:paraId="73D498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+20</w:t>
            </w:r>
          </w:p>
        </w:tc>
        <w:tc>
          <w:tcPr>
            <w:tcW w:w="1127" w:type="dxa"/>
          </w:tcPr>
          <w:p w14:paraId="3DEE33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042" w:type="dxa"/>
          </w:tcPr>
          <w:p w14:paraId="762804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สมุนไพรป่า 1</w:t>
            </w:r>
          </w:p>
        </w:tc>
        <w:tc>
          <w:tcPr>
            <w:tcW w:w="2028" w:type="dxa"/>
          </w:tcPr>
          <w:p w14:paraId="784C4E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ร้าน 15 Gold, คราฟ</w:t>
            </w:r>
          </w:p>
        </w:tc>
      </w:tr>
      <w:tr w:rsidR="00501161" w14:paraId="296784E9" w14:textId="77777777">
        <w:trPr>
          <w:jc w:val="center"/>
        </w:trPr>
        <w:tc>
          <w:tcPr>
            <w:tcW w:w="1690" w:type="dxa"/>
          </w:tcPr>
          <w:p w14:paraId="7E1253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เนื้อทิศากรย่าง</w:t>
            </w:r>
          </w:p>
        </w:tc>
        <w:tc>
          <w:tcPr>
            <w:tcW w:w="1127" w:type="dxa"/>
          </w:tcPr>
          <w:p w14:paraId="20114E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+40</w:t>
            </w:r>
          </w:p>
        </w:tc>
        <w:tc>
          <w:tcPr>
            <w:tcW w:w="1127" w:type="dxa"/>
          </w:tcPr>
          <w:p w14:paraId="52F361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 +10%</w:t>
            </w:r>
          </w:p>
        </w:tc>
        <w:tc>
          <w:tcPr>
            <w:tcW w:w="3042" w:type="dxa"/>
          </w:tcPr>
          <w:p w14:paraId="5DFB3D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เนื้อทิศากร 1, สมุนไพรป่า 1</w:t>
            </w:r>
          </w:p>
        </w:tc>
        <w:tc>
          <w:tcPr>
            <w:tcW w:w="2028" w:type="dxa"/>
          </w:tcPr>
          <w:p w14:paraId="0A819C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คราฟ Ch1</w:t>
            </w:r>
          </w:p>
        </w:tc>
      </w:tr>
      <w:tr w:rsidR="00501161" w14:paraId="790FBA0A" w14:textId="77777777">
        <w:trPr>
          <w:jc w:val="center"/>
        </w:trPr>
        <w:tc>
          <w:tcPr>
            <w:tcW w:w="1690" w:type="dxa"/>
          </w:tcPr>
          <w:p w14:paraId="0362AE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แกงปลาลุ่มน้ำ</w:t>
            </w:r>
          </w:p>
        </w:tc>
        <w:tc>
          <w:tcPr>
            <w:tcW w:w="1127" w:type="dxa"/>
          </w:tcPr>
          <w:p w14:paraId="7BD0CF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+50</w:t>
            </w:r>
          </w:p>
        </w:tc>
        <w:tc>
          <w:tcPr>
            <w:tcW w:w="1127" w:type="dxa"/>
          </w:tcPr>
          <w:p w14:paraId="14C058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MP +10%</w:t>
            </w:r>
          </w:p>
        </w:tc>
        <w:tc>
          <w:tcPr>
            <w:tcW w:w="3042" w:type="dxa"/>
          </w:tcPr>
          <w:p w14:paraId="32165B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ครีบสินธพ 1, สาหร่ายเงิน 1</w:t>
            </w:r>
          </w:p>
        </w:tc>
        <w:tc>
          <w:tcPr>
            <w:tcW w:w="2028" w:type="dxa"/>
          </w:tcPr>
          <w:p w14:paraId="1EBAA3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คราฟ Ch2</w:t>
            </w:r>
          </w:p>
        </w:tc>
      </w:tr>
      <w:tr w:rsidR="00501161" w14:paraId="19CCE822" w14:textId="77777777">
        <w:trPr>
          <w:jc w:val="center"/>
        </w:trPr>
        <w:tc>
          <w:tcPr>
            <w:tcW w:w="1690" w:type="dxa"/>
          </w:tcPr>
          <w:p w14:paraId="6B6108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รวงผึ้งป่า</w:t>
            </w:r>
          </w:p>
        </w:tc>
        <w:tc>
          <w:tcPr>
            <w:tcW w:w="1127" w:type="dxa"/>
          </w:tcPr>
          <w:p w14:paraId="048341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+30</w:t>
            </w:r>
          </w:p>
        </w:tc>
        <w:tc>
          <w:tcPr>
            <w:tcW w:w="1127" w:type="dxa"/>
          </w:tcPr>
          <w:p w14:paraId="3A6AEF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MP +20%</w:t>
            </w:r>
          </w:p>
        </w:tc>
        <w:tc>
          <w:tcPr>
            <w:tcW w:w="3042" w:type="dxa"/>
          </w:tcPr>
          <w:p w14:paraId="337F0E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รังผึ้งป่า 1</w:t>
            </w:r>
          </w:p>
        </w:tc>
        <w:tc>
          <w:tcPr>
            <w:tcW w:w="2028" w:type="dxa"/>
          </w:tcPr>
          <w:p w14:paraId="2C537C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คราฟ Ch3</w:t>
            </w:r>
          </w:p>
        </w:tc>
      </w:tr>
      <w:tr w:rsidR="00501161" w14:paraId="79202DEA" w14:textId="77777777">
        <w:trPr>
          <w:jc w:val="center"/>
        </w:trPr>
        <w:tc>
          <w:tcPr>
            <w:tcW w:w="1690" w:type="dxa"/>
          </w:tcPr>
          <w:p w14:paraId="64F22F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ผลไม้ป่ายักษ์</w:t>
            </w:r>
          </w:p>
        </w:tc>
        <w:tc>
          <w:tcPr>
            <w:tcW w:w="1127" w:type="dxa"/>
          </w:tcPr>
          <w:p w14:paraId="3A114E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+60</w:t>
            </w:r>
          </w:p>
        </w:tc>
        <w:tc>
          <w:tcPr>
            <w:tcW w:w="1127" w:type="dxa"/>
          </w:tcPr>
          <w:p w14:paraId="44EDDA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042" w:type="dxa"/>
          </w:tcPr>
          <w:p w14:paraId="73D489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ผลไม้ป่ายักษ์ 1</w:t>
            </w:r>
          </w:p>
        </w:tc>
        <w:tc>
          <w:tcPr>
            <w:tcW w:w="2028" w:type="dxa"/>
          </w:tcPr>
          <w:p w14:paraId="3BA662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เก็บ Ch4</w:t>
            </w:r>
          </w:p>
        </w:tc>
      </w:tr>
      <w:tr w:rsidR="00501161" w14:paraId="34F280A4" w14:textId="77777777">
        <w:trPr>
          <w:jc w:val="center"/>
        </w:trPr>
        <w:tc>
          <w:tcPr>
            <w:tcW w:w="1690" w:type="dxa"/>
          </w:tcPr>
          <w:p w14:paraId="628E50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ซุปเห็ดถ้ำ</w:t>
            </w:r>
          </w:p>
        </w:tc>
        <w:tc>
          <w:tcPr>
            <w:tcW w:w="1127" w:type="dxa"/>
          </w:tcPr>
          <w:p w14:paraId="08B937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+60</w:t>
            </w:r>
          </w:p>
        </w:tc>
        <w:tc>
          <w:tcPr>
            <w:tcW w:w="1127" w:type="dxa"/>
          </w:tcPr>
          <w:p w14:paraId="449482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แก้ Poison</w:t>
            </w:r>
          </w:p>
        </w:tc>
        <w:tc>
          <w:tcPr>
            <w:tcW w:w="3042" w:type="dxa"/>
          </w:tcPr>
          <w:p w14:paraId="10577D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เห็ดถ้ำ 2</w:t>
            </w:r>
          </w:p>
        </w:tc>
        <w:tc>
          <w:tcPr>
            <w:tcW w:w="2028" w:type="dxa"/>
          </w:tcPr>
          <w:p w14:paraId="076E7E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คราฟ Ch5</w:t>
            </w:r>
          </w:p>
        </w:tc>
      </w:tr>
      <w:tr w:rsidR="00501161" w14:paraId="621EEFFA" w14:textId="77777777">
        <w:trPr>
          <w:jc w:val="center"/>
        </w:trPr>
        <w:tc>
          <w:tcPr>
            <w:tcW w:w="1690" w:type="dxa"/>
          </w:tcPr>
          <w:p w14:paraId="563DD8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น้ำค้างยอดเขา</w:t>
            </w:r>
          </w:p>
        </w:tc>
        <w:tc>
          <w:tcPr>
            <w:tcW w:w="1127" w:type="dxa"/>
          </w:tcPr>
          <w:p w14:paraId="1DADB7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+40</w:t>
            </w:r>
          </w:p>
        </w:tc>
        <w:tc>
          <w:tcPr>
            <w:tcW w:w="1127" w:type="dxa"/>
          </w:tcPr>
          <w:p w14:paraId="2C6061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HP/MP +15%</w:t>
            </w:r>
          </w:p>
        </w:tc>
        <w:tc>
          <w:tcPr>
            <w:tcW w:w="3042" w:type="dxa"/>
          </w:tcPr>
          <w:p w14:paraId="087CAE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น้ำค้างยอดเขา 1</w:t>
            </w:r>
          </w:p>
        </w:tc>
        <w:tc>
          <w:tcPr>
            <w:tcW w:w="2028" w:type="dxa"/>
          </w:tcPr>
          <w:p w14:paraId="324026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เก็บ Ch6</w:t>
            </w:r>
          </w:p>
        </w:tc>
      </w:tr>
      <w:tr w:rsidR="00501161" w14:paraId="6ADE27EE" w14:textId="77777777">
        <w:trPr>
          <w:jc w:val="center"/>
        </w:trPr>
        <w:tc>
          <w:tcPr>
            <w:tcW w:w="1690" w:type="dxa"/>
          </w:tcPr>
          <w:p w14:paraId="57E93C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ข้าวทิพย์บัวทอง</w:t>
            </w:r>
          </w:p>
        </w:tc>
        <w:tc>
          <w:tcPr>
            <w:tcW w:w="1127" w:type="dxa"/>
          </w:tcPr>
          <w:p w14:paraId="29D290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+100</w:t>
            </w:r>
          </w:p>
        </w:tc>
        <w:tc>
          <w:tcPr>
            <w:tcW w:w="1127" w:type="dxa"/>
          </w:tcPr>
          <w:p w14:paraId="0DFDB6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HP/MP +30%</w:t>
            </w:r>
          </w:p>
        </w:tc>
        <w:tc>
          <w:tcPr>
            <w:tcW w:w="3042" w:type="dxa"/>
          </w:tcPr>
          <w:p w14:paraId="59578A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บัวทอง 2, น้ำอโนดาต 1</w:t>
            </w:r>
          </w:p>
        </w:tc>
        <w:tc>
          <w:tcPr>
            <w:tcW w:w="2028" w:type="dxa"/>
          </w:tcPr>
          <w:p w14:paraId="0E5EEE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คราฟ </w:t>
            </w:r>
            <w:r>
              <w:rPr>
                <w:sz w:val="28"/>
                <w:szCs w:val="28"/>
              </w:rPr>
              <w:t>Ch7</w:t>
            </w:r>
          </w:p>
        </w:tc>
      </w:tr>
    </w:tbl>
    <w:p w14:paraId="67AEC7CD" w14:textId="77777777" w:rsidR="00501161" w:rsidRDefault="00501161">
      <w:pPr>
        <w:spacing w:after="40"/>
      </w:pPr>
    </w:p>
    <w:p w14:paraId="3733E481" w14:textId="77777777" w:rsidR="00501161" w:rsidRDefault="00C637DA">
      <w:pPr>
        <w:pStyle w:val="Heading2"/>
      </w:pPr>
      <w:bookmarkStart w:id="71" w:name="_Toc243336741"/>
      <w:r>
        <w:t>11.4 Consumables</w:t>
      </w:r>
      <w:bookmarkEnd w:id="71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7"/>
        <w:gridCol w:w="3134"/>
        <w:gridCol w:w="1380"/>
        <w:gridCol w:w="2973"/>
      </w:tblGrid>
      <w:tr w:rsidR="00501161" w14:paraId="719FBA8C" w14:textId="77777777">
        <w:trPr>
          <w:tblHeader/>
          <w:jc w:val="center"/>
        </w:trPr>
        <w:tc>
          <w:tcPr>
            <w:tcW w:w="1527" w:type="dxa"/>
            <w:shd w:val="clear" w:color="auto" w:fill="F2F2F2"/>
          </w:tcPr>
          <w:p w14:paraId="5CD20B5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ไอเทม</w:t>
            </w:r>
          </w:p>
        </w:tc>
        <w:tc>
          <w:tcPr>
            <w:tcW w:w="3134" w:type="dxa"/>
            <w:shd w:val="clear" w:color="auto" w:fill="F2F2F2"/>
          </w:tcPr>
          <w:p w14:paraId="0109163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380" w:type="dxa"/>
            <w:shd w:val="clear" w:color="auto" w:fill="F2F2F2"/>
          </w:tcPr>
          <w:p w14:paraId="54A521A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Gold</w:t>
            </w:r>
          </w:p>
        </w:tc>
        <w:tc>
          <w:tcPr>
            <w:tcW w:w="2973" w:type="dxa"/>
            <w:shd w:val="clear" w:color="auto" w:fill="F2F2F2"/>
          </w:tcPr>
          <w:p w14:paraId="5E07F06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ปลดล็อก</w:t>
            </w:r>
          </w:p>
        </w:tc>
      </w:tr>
      <w:tr w:rsidR="00501161" w14:paraId="5273FE54" w14:textId="77777777">
        <w:trPr>
          <w:jc w:val="center"/>
        </w:trPr>
        <w:tc>
          <w:tcPr>
            <w:tcW w:w="1527" w:type="dxa"/>
          </w:tcPr>
          <w:p w14:paraId="17C480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ยาหอม</w:t>
            </w:r>
          </w:p>
        </w:tc>
        <w:tc>
          <w:tcPr>
            <w:tcW w:w="3134" w:type="dxa"/>
          </w:tcPr>
          <w:p w14:paraId="687327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ฟื้น HP 30% Max HP (× Potion Power)</w:t>
            </w:r>
          </w:p>
        </w:tc>
        <w:tc>
          <w:tcPr>
            <w:tcW w:w="1380" w:type="dxa"/>
          </w:tcPr>
          <w:p w14:paraId="24AC4F1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 × Ch</w:t>
            </w:r>
          </w:p>
        </w:tc>
        <w:tc>
          <w:tcPr>
            <w:tcW w:w="2973" w:type="dxa"/>
          </w:tcPr>
          <w:p w14:paraId="01631D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ตำราพระโอสถพระนารายณ์ Rank 1 หรือร้าน</w:t>
            </w:r>
          </w:p>
        </w:tc>
      </w:tr>
      <w:tr w:rsidR="00501161" w14:paraId="565541DC" w14:textId="77777777">
        <w:trPr>
          <w:jc w:val="center"/>
        </w:trPr>
        <w:tc>
          <w:tcPr>
            <w:tcW w:w="1527" w:type="dxa"/>
          </w:tcPr>
          <w:p w14:paraId="46F0C4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ยาเขียว</w:t>
            </w:r>
          </w:p>
        </w:tc>
        <w:tc>
          <w:tcPr>
            <w:tcW w:w="3134" w:type="dxa"/>
          </w:tcPr>
          <w:p w14:paraId="1DB885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ฟื้น HP 50% + แก้ Poison</w:t>
            </w:r>
          </w:p>
        </w:tc>
        <w:tc>
          <w:tcPr>
            <w:tcW w:w="1380" w:type="dxa"/>
          </w:tcPr>
          <w:p w14:paraId="4AE120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 × Ch</w:t>
            </w:r>
          </w:p>
        </w:tc>
        <w:tc>
          <w:tcPr>
            <w:tcW w:w="2973" w:type="dxa"/>
          </w:tcPr>
          <w:p w14:paraId="39AA53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ตำราพระโอสถพระนารายณ์ Rank 3</w:t>
            </w:r>
          </w:p>
        </w:tc>
      </w:tr>
      <w:tr w:rsidR="00501161" w14:paraId="0F751976" w14:textId="77777777">
        <w:trPr>
          <w:jc w:val="center"/>
        </w:trPr>
        <w:tc>
          <w:tcPr>
            <w:tcW w:w="1527" w:type="dxa"/>
          </w:tcPr>
          <w:p w14:paraId="1FCC80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ยาทิพย์</w:t>
            </w:r>
          </w:p>
        </w:tc>
        <w:tc>
          <w:tcPr>
            <w:tcW w:w="3134" w:type="dxa"/>
          </w:tcPr>
          <w:p w14:paraId="0373E1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ชุบชีวิตที่ 50% HP</w:t>
            </w:r>
          </w:p>
        </w:tc>
        <w:tc>
          <w:tcPr>
            <w:tcW w:w="1380" w:type="dxa"/>
          </w:tcPr>
          <w:p w14:paraId="0F9DC0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150 × Ch</w:t>
            </w:r>
          </w:p>
        </w:tc>
        <w:tc>
          <w:tcPr>
            <w:tcW w:w="2973" w:type="dxa"/>
          </w:tcPr>
          <w:p w14:paraId="31F7EE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ตำราพระโอสถพระนารายณ์ Rank 5</w:t>
            </w:r>
          </w:p>
        </w:tc>
      </w:tr>
      <w:tr w:rsidR="00501161" w14:paraId="7464E3FC" w14:textId="77777777">
        <w:trPr>
          <w:jc w:val="center"/>
        </w:trPr>
        <w:tc>
          <w:tcPr>
            <w:tcW w:w="1527" w:type="dxa"/>
          </w:tcPr>
          <w:p w14:paraId="1A5E6D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น้ำผึ้งป่า</w:t>
            </w:r>
          </w:p>
        </w:tc>
        <w:tc>
          <w:tcPr>
            <w:tcW w:w="3134" w:type="dxa"/>
          </w:tcPr>
          <w:p w14:paraId="338B6E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ฟื้น MP 25%</w:t>
            </w:r>
          </w:p>
        </w:tc>
        <w:tc>
          <w:tcPr>
            <w:tcW w:w="1380" w:type="dxa"/>
          </w:tcPr>
          <w:p w14:paraId="07158D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 × Ch</w:t>
            </w:r>
          </w:p>
        </w:tc>
        <w:tc>
          <w:tcPr>
            <w:tcW w:w="2973" w:type="dxa"/>
          </w:tcPr>
          <w:p w14:paraId="60F364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ร้าน</w:t>
            </w:r>
          </w:p>
        </w:tc>
      </w:tr>
      <w:tr w:rsidR="00501161" w14:paraId="328EBDB8" w14:textId="77777777">
        <w:trPr>
          <w:jc w:val="center"/>
        </w:trPr>
        <w:tc>
          <w:tcPr>
            <w:tcW w:w="1527" w:type="dxa"/>
          </w:tcPr>
          <w:p w14:paraId="5D8B43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ยาดม</w:t>
            </w:r>
          </w:p>
        </w:tc>
        <w:tc>
          <w:tcPr>
            <w:tcW w:w="3134" w:type="dxa"/>
          </w:tcPr>
          <w:p w14:paraId="42A15A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แก้ Sleep / Paralyze / Stun</w:t>
            </w:r>
          </w:p>
        </w:tc>
        <w:tc>
          <w:tcPr>
            <w:tcW w:w="1380" w:type="dxa"/>
          </w:tcPr>
          <w:p w14:paraId="432375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 × Ch</w:t>
            </w:r>
          </w:p>
        </w:tc>
        <w:tc>
          <w:tcPr>
            <w:tcW w:w="2973" w:type="dxa"/>
          </w:tcPr>
          <w:p w14:paraId="424D82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ร้าน</w:t>
            </w:r>
          </w:p>
        </w:tc>
      </w:tr>
      <w:tr w:rsidR="00501161" w14:paraId="6C79F86B" w14:textId="77777777">
        <w:trPr>
          <w:jc w:val="center"/>
        </w:trPr>
        <w:tc>
          <w:tcPr>
            <w:tcW w:w="1527" w:type="dxa"/>
          </w:tcPr>
          <w:p w14:paraId="2910FB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ด้ายสายสิญจน์</w:t>
            </w:r>
          </w:p>
        </w:tc>
        <w:tc>
          <w:tcPr>
            <w:tcW w:w="3134" w:type="dxa"/>
          </w:tcPr>
          <w:p w14:paraId="0B8B99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กลับค่ายทันที (นอกการต่อสู้)</w:t>
            </w:r>
          </w:p>
        </w:tc>
        <w:tc>
          <w:tcPr>
            <w:tcW w:w="1380" w:type="dxa"/>
          </w:tcPr>
          <w:p w14:paraId="058D00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 × Ch</w:t>
            </w:r>
          </w:p>
        </w:tc>
        <w:tc>
          <w:tcPr>
            <w:tcW w:w="2973" w:type="dxa"/>
          </w:tcPr>
          <w:p w14:paraId="0D5AB9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ร้าน</w:t>
            </w:r>
          </w:p>
        </w:tc>
      </w:tr>
      <w:tr w:rsidR="00501161" w14:paraId="02995033" w14:textId="77777777">
        <w:trPr>
          <w:jc w:val="center"/>
        </w:trPr>
        <w:tc>
          <w:tcPr>
            <w:tcW w:w="1527" w:type="dxa"/>
          </w:tcPr>
          <w:p w14:paraId="1E3C12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คบเพลิง</w:t>
            </w:r>
          </w:p>
        </w:tc>
        <w:tc>
          <w:tcPr>
            <w:tcW w:w="3134" w:type="dxa"/>
          </w:tcPr>
          <w:p w14:paraId="01A8A0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แสง 80 ก้าว (Ch5)</w:t>
            </w:r>
          </w:p>
        </w:tc>
        <w:tc>
          <w:tcPr>
            <w:tcW w:w="1380" w:type="dxa"/>
          </w:tcPr>
          <w:p w14:paraId="3D198A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 × Ch</w:t>
            </w:r>
          </w:p>
        </w:tc>
        <w:tc>
          <w:tcPr>
            <w:tcW w:w="2973" w:type="dxa"/>
          </w:tcPr>
          <w:p w14:paraId="17E9E2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ร้าน Ch5</w:t>
            </w:r>
          </w:p>
        </w:tc>
      </w:tr>
      <w:tr w:rsidR="00501161" w14:paraId="5CC02D44" w14:textId="77777777">
        <w:trPr>
          <w:jc w:val="center"/>
        </w:trPr>
        <w:tc>
          <w:tcPr>
            <w:tcW w:w="1527" w:type="dxa"/>
          </w:tcPr>
          <w:p w14:paraId="4EA668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ธูปไล่สัตว์</w:t>
            </w:r>
          </w:p>
        </w:tc>
        <w:tc>
          <w:tcPr>
            <w:tcW w:w="3134" w:type="dxa"/>
          </w:tcPr>
          <w:p w14:paraId="610A9E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ไม่มี Random </w:t>
            </w:r>
            <w:r>
              <w:rPr>
                <w:sz w:val="28"/>
                <w:szCs w:val="28"/>
              </w:rPr>
              <w:t xml:space="preserve">Encounter 30 </w:t>
            </w:r>
            <w:r>
              <w:rPr>
                <w:sz w:val="28"/>
                <w:szCs w:val="28"/>
              </w:rPr>
              <w:t>ก้าว</w:t>
            </w:r>
          </w:p>
        </w:tc>
        <w:tc>
          <w:tcPr>
            <w:tcW w:w="1380" w:type="dxa"/>
          </w:tcPr>
          <w:p w14:paraId="6F7DC2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 × Ch</w:t>
            </w:r>
          </w:p>
        </w:tc>
        <w:tc>
          <w:tcPr>
            <w:tcW w:w="2973" w:type="dxa"/>
          </w:tcPr>
          <w:p w14:paraId="46A255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ร้าน</w:t>
            </w:r>
          </w:p>
        </w:tc>
      </w:tr>
      <w:tr w:rsidR="00501161" w14:paraId="5B7144D6" w14:textId="77777777">
        <w:trPr>
          <w:jc w:val="center"/>
        </w:trPr>
        <w:tc>
          <w:tcPr>
            <w:tcW w:w="1527" w:type="dxa"/>
          </w:tcPr>
          <w:p w14:paraId="539582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ระเบิดไฟ / น้ำ / </w:t>
            </w:r>
            <w:r>
              <w:rPr>
                <w:sz w:val="28"/>
                <w:szCs w:val="28"/>
              </w:rPr>
              <w:lastRenderedPageBreak/>
              <w:t>ลม</w:t>
            </w:r>
          </w:p>
        </w:tc>
        <w:tc>
          <w:tcPr>
            <w:tcW w:w="3134" w:type="dxa"/>
          </w:tcPr>
          <w:p w14:paraId="29B608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 xml:space="preserve">ดาเมจธาตุ 40 × (Ch + 1) </w:t>
            </w:r>
            <w:r>
              <w:rPr>
                <w:sz w:val="28"/>
                <w:szCs w:val="28"/>
              </w:rPr>
              <w:lastRenderedPageBreak/>
              <w:t>ใส่ศัตรูทั้งหมด</w:t>
            </w:r>
          </w:p>
        </w:tc>
        <w:tc>
          <w:tcPr>
            <w:tcW w:w="1380" w:type="dxa"/>
          </w:tcPr>
          <w:p w14:paraId="475E55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45 × Ch</w:t>
            </w:r>
          </w:p>
        </w:tc>
        <w:tc>
          <w:tcPr>
            <w:tcW w:w="2973" w:type="dxa"/>
          </w:tcPr>
          <w:p w14:paraId="08F288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คราฟ (ตะไคร่เรืองแสง + เศษหิน)</w:t>
            </w:r>
          </w:p>
        </w:tc>
      </w:tr>
    </w:tbl>
    <w:p w14:paraId="236A9B3D" w14:textId="77777777" w:rsidR="00501161" w:rsidRDefault="00501161">
      <w:pPr>
        <w:spacing w:after="40"/>
      </w:pPr>
    </w:p>
    <w:p w14:paraId="4BD2304D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ไอเทมราคาคูณ Chapter เพื่อให้ยังเป็นค่าใช้จ่ายที่มีความหมายเมื่อรายได้ของผู้เล่นโตขึ้น</w:t>
      </w:r>
    </w:p>
    <w:p w14:paraId="5993DC34" w14:textId="77777777" w:rsidR="00501161" w:rsidRDefault="00C637DA">
      <w:pPr>
        <w:pStyle w:val="Heading2"/>
      </w:pPr>
      <w:bookmarkStart w:id="72" w:name="_Toc243336742"/>
      <w:r>
        <w:t>11.5 Crafting Rules</w:t>
      </w:r>
      <w:bookmarkEnd w:id="72"/>
    </w:p>
    <w:p w14:paraId="187395C1" w14:textId="77777777" w:rsidR="00501161" w:rsidRDefault="00C637DA">
      <w:pPr>
        <w:pStyle w:val="ListBullet"/>
        <w:ind w:left="720"/>
      </w:pPr>
      <w:r>
        <w:t>สูตรคราฟ = วัตถุดิบ + Gold + เวลา</w:t>
      </w:r>
    </w:p>
    <w:p w14:paraId="2544BEF1" w14:textId="77777777" w:rsidR="00501161" w:rsidRDefault="00C637DA">
      <w:pPr>
        <w:pStyle w:val="ListBullet"/>
        <w:ind w:left="720"/>
      </w:pPr>
      <w:r>
        <w:t>สูตรใหม่ปลดล็อกเมื่อได้วัตถุดิบหลักของสูตรนั้นครั้งแรก (ผู้เล่นเห็นชื่อสูตรแบบ ??? ก่อน เพื่อให้อยากล่าตัวใหม่)</w:t>
      </w:r>
    </w:p>
    <w:p w14:paraId="595DF55F" w14:textId="77777777" w:rsidR="00501161" w:rsidRDefault="00C637DA">
      <w:pPr>
        <w:pStyle w:val="ListBullet"/>
        <w:ind w:left="720"/>
      </w:pPr>
      <w:r>
        <w:t>หน</w:t>
      </w:r>
      <w:r>
        <w:t>้าคราฟแสดงวัตถุดิบที่มี/ที่ขาด และเทียบ Stat กับของที่ใส่อยู่ของทุกคนในสังกัด</w:t>
      </w:r>
    </w:p>
    <w:p w14:paraId="049B24D7" w14:textId="77777777" w:rsidR="00501161" w:rsidRDefault="00C637DA">
      <w:pPr>
        <w:pStyle w:val="ListBullet"/>
        <w:ind w:left="720"/>
      </w:pPr>
      <w:r>
        <w:t>คราฟพร้อมกันได้หลายชิ้น เวลาคูณตามจำนวน</w:t>
      </w:r>
    </w:p>
    <w:p w14:paraId="4EE11217" w14:textId="77777777" w:rsidR="00501161" w:rsidRDefault="00C637DA">
      <w:pPr>
        <w:pStyle w:val="Heading1"/>
        <w:pageBreakBefore/>
      </w:pPr>
      <w:bookmarkStart w:id="73" w:name="_Toc243336743"/>
      <w:r>
        <w:lastRenderedPageBreak/>
        <w:t>12. Economy</w:t>
      </w:r>
      <w:bookmarkEnd w:id="73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95"/>
        <w:gridCol w:w="4319"/>
      </w:tblGrid>
      <w:tr w:rsidR="00501161" w14:paraId="7AAF0397" w14:textId="77777777">
        <w:trPr>
          <w:tblHeader/>
          <w:jc w:val="center"/>
        </w:trPr>
        <w:tc>
          <w:tcPr>
            <w:tcW w:w="4695" w:type="dxa"/>
            <w:shd w:val="clear" w:color="auto" w:fill="F2F2F2"/>
          </w:tcPr>
          <w:p w14:paraId="2B7FC8D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รายรับ</w:t>
            </w:r>
          </w:p>
        </w:tc>
        <w:tc>
          <w:tcPr>
            <w:tcW w:w="4319" w:type="dxa"/>
            <w:shd w:val="clear" w:color="auto" w:fill="F2F2F2"/>
          </w:tcPr>
          <w:p w14:paraId="604964D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รายจ่าย</w:t>
            </w:r>
          </w:p>
        </w:tc>
      </w:tr>
      <w:tr w:rsidR="00501161" w14:paraId="74E933B0" w14:textId="77777777">
        <w:trPr>
          <w:jc w:val="center"/>
        </w:trPr>
        <w:tc>
          <w:tcPr>
            <w:tcW w:w="4695" w:type="dxa"/>
          </w:tcPr>
          <w:p w14:paraId="2729B6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Gold </w:t>
            </w:r>
            <w:r>
              <w:rPr>
                <w:sz w:val="28"/>
                <w:szCs w:val="28"/>
              </w:rPr>
              <w:t>จากศัตรู</w:t>
            </w:r>
          </w:p>
        </w:tc>
        <w:tc>
          <w:tcPr>
            <w:tcW w:w="4319" w:type="dxa"/>
          </w:tcPr>
          <w:p w14:paraId="064A8B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จ้างตัวละคร</w:t>
            </w:r>
          </w:p>
        </w:tc>
      </w:tr>
      <w:tr w:rsidR="00501161" w14:paraId="48397077" w14:textId="77777777">
        <w:trPr>
          <w:jc w:val="center"/>
        </w:trPr>
        <w:tc>
          <w:tcPr>
            <w:tcW w:w="4695" w:type="dxa"/>
          </w:tcPr>
          <w:p w14:paraId="3170CB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ขายวัตถุดิบ / อุปกรณ์เก่า</w:t>
            </w:r>
          </w:p>
        </w:tc>
        <w:tc>
          <w:tcPr>
            <w:tcW w:w="4319" w:type="dxa"/>
          </w:tcPr>
          <w:p w14:paraId="4F3891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รักษาและชุบชีวิต</w:t>
            </w:r>
          </w:p>
        </w:tc>
      </w:tr>
      <w:tr w:rsidR="00501161" w14:paraId="2DEC8552" w14:textId="77777777">
        <w:trPr>
          <w:jc w:val="center"/>
        </w:trPr>
        <w:tc>
          <w:tcPr>
            <w:tcW w:w="4695" w:type="dxa"/>
          </w:tcPr>
          <w:p w14:paraId="5E9C5E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รางวัลภารกิจ / แผนที่</w:t>
            </w:r>
          </w:p>
        </w:tc>
        <w:tc>
          <w:tcPr>
            <w:tcW w:w="4319" w:type="dxa"/>
          </w:tcPr>
          <w:p w14:paraId="2FD588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ค่าคราฟ</w:t>
            </w:r>
          </w:p>
        </w:tc>
      </w:tr>
      <w:tr w:rsidR="00501161" w14:paraId="15620DCB" w14:textId="77777777">
        <w:trPr>
          <w:jc w:val="center"/>
        </w:trPr>
        <w:tc>
          <w:tcPr>
            <w:tcW w:w="4695" w:type="dxa"/>
          </w:tcPr>
          <w:p w14:paraId="65C364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หีบสมบัติ</w:t>
            </w:r>
          </w:p>
        </w:tc>
        <w:tc>
          <w:tcPr>
            <w:tcW w:w="4319" w:type="dxa"/>
          </w:tcPr>
          <w:p w14:paraId="13F411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ไอเทมสิ้นเปลือง, Respec</w:t>
            </w:r>
          </w:p>
        </w:tc>
      </w:tr>
    </w:tbl>
    <w:p w14:paraId="6DB7EF26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83"/>
        <w:gridCol w:w="2732"/>
      </w:tblGrid>
      <w:tr w:rsidR="00501161" w14:paraId="6FE3DAC2" w14:textId="77777777">
        <w:trPr>
          <w:tblHeader/>
          <w:jc w:val="center"/>
        </w:trPr>
        <w:tc>
          <w:tcPr>
            <w:tcW w:w="6283" w:type="dxa"/>
            <w:shd w:val="clear" w:color="auto" w:fill="F2F2F2"/>
          </w:tcPr>
          <w:p w14:paraId="445E6CC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วัตถุดิบ</w:t>
            </w:r>
          </w:p>
        </w:tc>
        <w:tc>
          <w:tcPr>
            <w:tcW w:w="2732" w:type="dxa"/>
            <w:shd w:val="clear" w:color="auto" w:fill="F2F2F2"/>
          </w:tcPr>
          <w:p w14:paraId="7580F92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ราคาขาย</w:t>
            </w:r>
          </w:p>
        </w:tc>
      </w:tr>
      <w:tr w:rsidR="00501161" w14:paraId="7F6FD8B9" w14:textId="77777777">
        <w:trPr>
          <w:jc w:val="center"/>
        </w:trPr>
        <w:tc>
          <w:tcPr>
            <w:tcW w:w="6283" w:type="dxa"/>
          </w:tcPr>
          <w:p w14:paraId="134C33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วัตถุดิบเก็บ / Scavenge</w:t>
            </w:r>
          </w:p>
        </w:tc>
        <w:tc>
          <w:tcPr>
            <w:tcW w:w="2732" w:type="dxa"/>
          </w:tcPr>
          <w:p w14:paraId="6D58B6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 × Ch</w:t>
            </w:r>
          </w:p>
        </w:tc>
      </w:tr>
      <w:tr w:rsidR="00501161" w14:paraId="602F3AD1" w14:textId="77777777">
        <w:trPr>
          <w:jc w:val="center"/>
        </w:trPr>
        <w:tc>
          <w:tcPr>
            <w:tcW w:w="6283" w:type="dxa"/>
          </w:tcPr>
          <w:p w14:paraId="00DA3E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ดรอปปกติจากศัตรูทั่วไป</w:t>
            </w:r>
          </w:p>
        </w:tc>
        <w:tc>
          <w:tcPr>
            <w:tcW w:w="2732" w:type="dxa"/>
          </w:tcPr>
          <w:p w14:paraId="4F8945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 × Ch</w:t>
            </w:r>
          </w:p>
        </w:tc>
      </w:tr>
      <w:tr w:rsidR="00501161" w14:paraId="13D4D823" w14:textId="77777777">
        <w:trPr>
          <w:jc w:val="center"/>
        </w:trPr>
        <w:tc>
          <w:tcPr>
            <w:tcW w:w="6283" w:type="dxa"/>
          </w:tcPr>
          <w:p w14:paraId="0EF052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2732" w:type="dxa"/>
          </w:tcPr>
          <w:p w14:paraId="348956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 × Ch</w:t>
            </w:r>
          </w:p>
        </w:tc>
      </w:tr>
      <w:tr w:rsidR="00501161" w14:paraId="0299E71B" w14:textId="77777777">
        <w:trPr>
          <w:jc w:val="center"/>
        </w:trPr>
        <w:tc>
          <w:tcPr>
            <w:tcW w:w="6283" w:type="dxa"/>
          </w:tcPr>
          <w:p w14:paraId="677477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วัตถุดิบสัตว์ชั้นสูง</w:t>
            </w:r>
          </w:p>
        </w:tc>
        <w:tc>
          <w:tcPr>
            <w:tcW w:w="2732" w:type="dxa"/>
          </w:tcPr>
          <w:p w14:paraId="7A1494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80 × Ch</w:t>
            </w:r>
          </w:p>
        </w:tc>
      </w:tr>
    </w:tbl>
    <w:p w14:paraId="6543BA51" w14:textId="77777777" w:rsidR="00501161" w:rsidRDefault="00501161">
      <w:pPr>
        <w:spacing w:after="40"/>
      </w:pPr>
    </w:p>
    <w:p w14:paraId="724FA884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เป้า Balance: เงินจากการเข้าป่า 1 รอบเต็ม (Hunger 100 → 0) ควรพอจ่ายค่ารักษาทั้งปาร์ตี้ + อาหาร 2 ชิ้นรอบถัดไป และเหลือเก็บประมาณ 30% สำหรับอาวุธ ให้ผู้เล่นรู้สึกว่าเงิน "ตึงแต่พอ" ตรวจสอบได้จาก Playtest Metric ใน Section 18</w:t>
      </w:r>
    </w:p>
    <w:p w14:paraId="7500C0CB" w14:textId="77777777" w:rsidR="00501161" w:rsidRDefault="00C637DA">
      <w:pPr>
        <w:pStyle w:val="Heading1"/>
        <w:pageBreakBefore/>
      </w:pPr>
      <w:bookmarkStart w:id="74" w:name="_Toc243336744"/>
      <w:r>
        <w:lastRenderedPageBreak/>
        <w:t xml:space="preserve">13. Enemy System &amp; </w:t>
      </w:r>
      <w:r>
        <w:t>Bestiary</w:t>
      </w:r>
      <w:bookmarkEnd w:id="74"/>
    </w:p>
    <w:p w14:paraId="38F11ADE" w14:textId="77777777" w:rsidR="00501161" w:rsidRDefault="00C637DA">
      <w:pPr>
        <w:pStyle w:val="Heading2"/>
      </w:pPr>
      <w:bookmarkStart w:id="75" w:name="_Toc243336745"/>
      <w:r>
        <w:t>13.1 Overview</w:t>
      </w:r>
      <w:bookmarkEnd w:id="75"/>
    </w:p>
    <w:p w14:paraId="14A07883" w14:textId="77777777" w:rsidR="00501161" w:rsidRDefault="00C637DA">
      <w:pPr>
        <w:ind w:firstLine="720"/>
      </w:pPr>
      <w:r>
        <w:t xml:space="preserve">ศัตรูทั้งหมดคือ "สัตว์หิมพานต์" ลักษณะอิงจากตำนาน (สมุดภาพสัตว์หิมพานต์และไตรภูมิ) ทุกตัวมีเป้าหมายจัดการปาร์ตี้ แต่มี Behavior และจุดอ่อนต่างกัน </w:t>
      </w:r>
      <w:r>
        <w:t>ผู้เล่นที่ค้นพบจุดอ่อนจะจัดการได้เร็วกว่ามาก</w:t>
      </w:r>
    </w:p>
    <w:p w14:paraId="6B3C0677" w14:textId="77777777" w:rsidR="00501161" w:rsidRDefault="00C637DA">
      <w:pPr>
        <w:pStyle w:val="Heading2"/>
      </w:pPr>
      <w:bookmarkStart w:id="76" w:name="_Toc243336746"/>
      <w:r>
        <w:t>13.2 Enemy Tier</w:t>
      </w:r>
      <w:bookmarkEnd w:id="76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11"/>
        <w:gridCol w:w="2423"/>
        <w:gridCol w:w="1017"/>
        <w:gridCol w:w="1017"/>
        <w:gridCol w:w="1017"/>
        <w:gridCol w:w="1017"/>
        <w:gridCol w:w="1312"/>
      </w:tblGrid>
      <w:tr w:rsidR="00501161" w14:paraId="63ADB2E3" w14:textId="77777777">
        <w:trPr>
          <w:tblHeader/>
          <w:jc w:val="center"/>
        </w:trPr>
        <w:tc>
          <w:tcPr>
            <w:tcW w:w="1211" w:type="dxa"/>
            <w:shd w:val="clear" w:color="auto" w:fill="F2F2F2"/>
          </w:tcPr>
          <w:p w14:paraId="78D0EB0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Tier</w:t>
            </w:r>
          </w:p>
        </w:tc>
        <w:tc>
          <w:tcPr>
            <w:tcW w:w="2423" w:type="dxa"/>
            <w:shd w:val="clear" w:color="auto" w:fill="F2F2F2"/>
          </w:tcPr>
          <w:p w14:paraId="01D4753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การปรากฏ</w:t>
            </w:r>
          </w:p>
        </w:tc>
        <w:tc>
          <w:tcPr>
            <w:tcW w:w="1017" w:type="dxa"/>
            <w:shd w:val="clear" w:color="auto" w:fill="F2F2F2"/>
          </w:tcPr>
          <w:p w14:paraId="4EA2399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HP</w:t>
            </w:r>
          </w:p>
        </w:tc>
        <w:tc>
          <w:tcPr>
            <w:tcW w:w="1017" w:type="dxa"/>
            <w:shd w:val="clear" w:color="auto" w:fill="F2F2F2"/>
          </w:tcPr>
          <w:p w14:paraId="40892C6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ATK</w:t>
            </w:r>
          </w:p>
        </w:tc>
        <w:tc>
          <w:tcPr>
            <w:tcW w:w="1017" w:type="dxa"/>
            <w:shd w:val="clear" w:color="auto" w:fill="F2F2F2"/>
          </w:tcPr>
          <w:p w14:paraId="697A541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EXP</w:t>
            </w:r>
          </w:p>
        </w:tc>
        <w:tc>
          <w:tcPr>
            <w:tcW w:w="1017" w:type="dxa"/>
            <w:shd w:val="clear" w:color="auto" w:fill="F2F2F2"/>
          </w:tcPr>
          <w:p w14:paraId="14FA132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Gold</w:t>
            </w:r>
          </w:p>
        </w:tc>
        <w:tc>
          <w:tcPr>
            <w:tcW w:w="1312" w:type="dxa"/>
            <w:shd w:val="clear" w:color="auto" w:fill="F2F2F2"/>
          </w:tcPr>
          <w:p w14:paraId="58BCF27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 Resist</w:t>
            </w:r>
          </w:p>
        </w:tc>
      </w:tr>
      <w:tr w:rsidR="00501161" w14:paraId="7A7CA5D0" w14:textId="77777777">
        <w:trPr>
          <w:jc w:val="center"/>
        </w:trPr>
        <w:tc>
          <w:tcPr>
            <w:tcW w:w="1211" w:type="dxa"/>
          </w:tcPr>
          <w:p w14:paraId="19B4A6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ทั่วไป</w:t>
            </w:r>
          </w:p>
        </w:tc>
        <w:tc>
          <w:tcPr>
            <w:tcW w:w="2423" w:type="dxa"/>
          </w:tcPr>
          <w:p w14:paraId="426455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Random Encounter</w:t>
            </w:r>
          </w:p>
        </w:tc>
        <w:tc>
          <w:tcPr>
            <w:tcW w:w="1017" w:type="dxa"/>
          </w:tcPr>
          <w:p w14:paraId="1E3FDA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</w:t>
            </w:r>
          </w:p>
        </w:tc>
        <w:tc>
          <w:tcPr>
            <w:tcW w:w="1017" w:type="dxa"/>
          </w:tcPr>
          <w:p w14:paraId="129D16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</w:t>
            </w:r>
          </w:p>
        </w:tc>
        <w:tc>
          <w:tcPr>
            <w:tcW w:w="1017" w:type="dxa"/>
          </w:tcPr>
          <w:p w14:paraId="2F8202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</w:t>
            </w:r>
          </w:p>
        </w:tc>
        <w:tc>
          <w:tcPr>
            <w:tcW w:w="1017" w:type="dxa"/>
          </w:tcPr>
          <w:p w14:paraId="2996C0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</w:t>
            </w:r>
          </w:p>
        </w:tc>
        <w:tc>
          <w:tcPr>
            <w:tcW w:w="1312" w:type="dxa"/>
          </w:tcPr>
          <w:p w14:paraId="176436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0%</w:t>
            </w:r>
          </w:p>
        </w:tc>
      </w:tr>
      <w:tr w:rsidR="00501161" w14:paraId="3FC673F1" w14:textId="77777777">
        <w:trPr>
          <w:jc w:val="center"/>
        </w:trPr>
        <w:tc>
          <w:tcPr>
            <w:tcW w:w="1211" w:type="dxa"/>
          </w:tcPr>
          <w:p w14:paraId="1AF20E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ร่างกลางคืน</w:t>
            </w:r>
          </w:p>
        </w:tc>
        <w:tc>
          <w:tcPr>
            <w:tcW w:w="2423" w:type="dxa"/>
          </w:tcPr>
          <w:p w14:paraId="531016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Random Encounter </w:t>
            </w:r>
            <w:r>
              <w:rPr>
                <w:sz w:val="28"/>
                <w:szCs w:val="28"/>
              </w:rPr>
              <w:t>กลางคืน</w:t>
            </w:r>
          </w:p>
        </w:tc>
        <w:tc>
          <w:tcPr>
            <w:tcW w:w="1017" w:type="dxa"/>
          </w:tcPr>
          <w:p w14:paraId="2B3C1A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×1.3</w:t>
            </w:r>
          </w:p>
        </w:tc>
        <w:tc>
          <w:tcPr>
            <w:tcW w:w="1017" w:type="dxa"/>
          </w:tcPr>
          <w:p w14:paraId="3BC007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×1.3</w:t>
            </w:r>
          </w:p>
        </w:tc>
        <w:tc>
          <w:tcPr>
            <w:tcW w:w="1017" w:type="dxa"/>
          </w:tcPr>
          <w:p w14:paraId="50E38B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×1.3</w:t>
            </w:r>
          </w:p>
        </w:tc>
        <w:tc>
          <w:tcPr>
            <w:tcW w:w="1017" w:type="dxa"/>
          </w:tcPr>
          <w:p w14:paraId="4468B8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×1.3</w:t>
            </w:r>
          </w:p>
        </w:tc>
        <w:tc>
          <w:tcPr>
            <w:tcW w:w="1312" w:type="dxa"/>
          </w:tcPr>
          <w:p w14:paraId="007FBE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0%</w:t>
            </w:r>
          </w:p>
        </w:tc>
      </w:tr>
      <w:tr w:rsidR="00501161" w14:paraId="4E55473E" w14:textId="77777777">
        <w:trPr>
          <w:jc w:val="center"/>
        </w:trPr>
        <w:tc>
          <w:tcPr>
            <w:tcW w:w="1211" w:type="dxa"/>
          </w:tcPr>
          <w:p w14:paraId="3B5ABF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สัตว์ชั้นสูง</w:t>
            </w:r>
          </w:p>
        </w:tc>
        <w:tc>
          <w:tcPr>
            <w:tcW w:w="2423" w:type="dxa"/>
          </w:tcPr>
          <w:p w14:paraId="236C3D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มองเห็นบนแมพ</w:t>
            </w:r>
          </w:p>
        </w:tc>
        <w:tc>
          <w:tcPr>
            <w:tcW w:w="1017" w:type="dxa"/>
          </w:tcPr>
          <w:p w14:paraId="0A8B0A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×3</w:t>
            </w:r>
          </w:p>
        </w:tc>
        <w:tc>
          <w:tcPr>
            <w:tcW w:w="1017" w:type="dxa"/>
          </w:tcPr>
          <w:p w14:paraId="13126F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×1.4</w:t>
            </w:r>
          </w:p>
        </w:tc>
        <w:tc>
          <w:tcPr>
            <w:tcW w:w="1017" w:type="dxa"/>
          </w:tcPr>
          <w:p w14:paraId="454AD9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×3</w:t>
            </w:r>
          </w:p>
        </w:tc>
        <w:tc>
          <w:tcPr>
            <w:tcW w:w="1017" w:type="dxa"/>
          </w:tcPr>
          <w:p w14:paraId="6379C4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×3</w:t>
            </w:r>
          </w:p>
        </w:tc>
        <w:tc>
          <w:tcPr>
            <w:tcW w:w="1312" w:type="dxa"/>
          </w:tcPr>
          <w:p w14:paraId="51809E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25%</w:t>
            </w:r>
          </w:p>
        </w:tc>
      </w:tr>
      <w:tr w:rsidR="00501161" w14:paraId="73BEDF05" w14:textId="77777777">
        <w:trPr>
          <w:jc w:val="center"/>
        </w:trPr>
        <w:tc>
          <w:tcPr>
            <w:tcW w:w="1211" w:type="dxa"/>
          </w:tcPr>
          <w:p w14:paraId="389AE5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บอส</w:t>
            </w:r>
          </w:p>
        </w:tc>
        <w:tc>
          <w:tcPr>
            <w:tcW w:w="2423" w:type="dxa"/>
          </w:tcPr>
          <w:p w14:paraId="297364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วันที่ 31</w:t>
            </w:r>
          </w:p>
        </w:tc>
        <w:tc>
          <w:tcPr>
            <w:tcW w:w="1017" w:type="dxa"/>
          </w:tcPr>
          <w:p w14:paraId="4AED07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×12</w:t>
            </w:r>
          </w:p>
        </w:tc>
        <w:tc>
          <w:tcPr>
            <w:tcW w:w="1017" w:type="dxa"/>
          </w:tcPr>
          <w:p w14:paraId="024C16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×1.6</w:t>
            </w:r>
          </w:p>
        </w:tc>
        <w:tc>
          <w:tcPr>
            <w:tcW w:w="1017" w:type="dxa"/>
          </w:tcPr>
          <w:p w14:paraId="3C1624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×8</w:t>
            </w:r>
          </w:p>
        </w:tc>
        <w:tc>
          <w:tcPr>
            <w:tcW w:w="1017" w:type="dxa"/>
          </w:tcPr>
          <w:p w14:paraId="3874EB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×10</w:t>
            </w:r>
          </w:p>
        </w:tc>
        <w:tc>
          <w:tcPr>
            <w:tcW w:w="1312" w:type="dxa"/>
          </w:tcPr>
          <w:p w14:paraId="788A7B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</w:tbl>
    <w:p w14:paraId="7C7EA7E4" w14:textId="77777777" w:rsidR="00501161" w:rsidRDefault="00501161">
      <w:pPr>
        <w:spacing w:after="40"/>
      </w:pPr>
    </w:p>
    <w:p w14:paraId="21FBD762" w14:textId="77777777" w:rsidR="00501161" w:rsidRDefault="00C637DA">
      <w:pPr>
        <w:pStyle w:val="Heading2"/>
      </w:pPr>
      <w:bookmarkStart w:id="77" w:name="_Toc243336747"/>
      <w:r>
        <w:t>13.3 Night Form</w:t>
      </w:r>
      <w:bookmarkEnd w:id="77"/>
    </w:p>
    <w:p w14:paraId="55828053" w14:textId="77777777" w:rsidR="00501161" w:rsidRDefault="00C637DA">
      <w:pPr>
        <w:ind w:firstLine="720"/>
      </w:pPr>
      <w:r>
        <w:t>แทนที่จะสร้างสัตว์ใหม่ทั้งตัว ใช้ตัวเดิมเปลี่ยนสีเป็นโทนกลางคืน (ตาเรืองแสง) Stat ×1.3 เพิ่มท่าใหม่ 1 ท่า และตัวที่มีจุดอ่อนไฟจะสลับไปแพ้น้ำ (ตัวอื่นคงเดิม)</w:t>
      </w:r>
    </w:p>
    <w:p w14:paraId="0A81D310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ประหยัดงานภาพ 7 Chapter × 5 ตัว และทำให้ความรู้ที่ผู้เล่นได้ตอนกลางวันใช้ได้แค่บางส่วน กลางคืนจึงยังน่ากลัว</w:t>
      </w:r>
    </w:p>
    <w:p w14:paraId="318AB74C" w14:textId="77777777" w:rsidR="00501161" w:rsidRDefault="00C637DA">
      <w:pPr>
        <w:pStyle w:val="Heading2"/>
      </w:pPr>
      <w:bookmarkStart w:id="78" w:name="_Toc243336748"/>
      <w:r>
        <w:t>13.4 Behavior Pattern</w:t>
      </w:r>
      <w:bookmarkEnd w:id="78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3"/>
        <w:gridCol w:w="3167"/>
        <w:gridCol w:w="893"/>
        <w:gridCol w:w="893"/>
        <w:gridCol w:w="3167"/>
      </w:tblGrid>
      <w:tr w:rsidR="00501161" w14:paraId="6B53DCEF" w14:textId="77777777">
        <w:trPr>
          <w:tblHeader/>
          <w:jc w:val="center"/>
        </w:trPr>
        <w:tc>
          <w:tcPr>
            <w:tcW w:w="893" w:type="dxa"/>
            <w:shd w:val="clear" w:color="auto" w:fill="F2F2F2"/>
          </w:tcPr>
          <w:p w14:paraId="31A6B81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Behavior</w:t>
            </w:r>
          </w:p>
        </w:tc>
        <w:tc>
          <w:tcPr>
            <w:tcW w:w="3167" w:type="dxa"/>
            <w:shd w:val="clear" w:color="auto" w:fill="F2F2F2"/>
          </w:tcPr>
          <w:p w14:paraId="63F0861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รูปแบบ AI</w:t>
            </w:r>
          </w:p>
        </w:tc>
        <w:tc>
          <w:tcPr>
            <w:tcW w:w="893" w:type="dxa"/>
            <w:shd w:val="clear" w:color="auto" w:fill="F2F2F2"/>
          </w:tcPr>
          <w:p w14:paraId="1D5534B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HP ×</w:t>
            </w:r>
          </w:p>
        </w:tc>
        <w:tc>
          <w:tcPr>
            <w:tcW w:w="893" w:type="dxa"/>
            <w:shd w:val="clear" w:color="auto" w:fill="F2F2F2"/>
          </w:tcPr>
          <w:p w14:paraId="68D41CD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DEF ×</w:t>
            </w:r>
          </w:p>
        </w:tc>
        <w:tc>
          <w:tcPr>
            <w:tcW w:w="3167" w:type="dxa"/>
            <w:shd w:val="clear" w:color="auto" w:fill="F2F2F2"/>
          </w:tcPr>
          <w:p w14:paraId="2C62F4B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ผู้เล่นรับมือยังไง</w:t>
            </w:r>
          </w:p>
        </w:tc>
      </w:tr>
      <w:tr w:rsidR="00501161" w14:paraId="625EFE62" w14:textId="77777777">
        <w:trPr>
          <w:jc w:val="center"/>
        </w:trPr>
        <w:tc>
          <w:tcPr>
            <w:tcW w:w="893" w:type="dxa"/>
          </w:tcPr>
          <w:p w14:paraId="0B4FBA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Aggressive</w:t>
            </w:r>
          </w:p>
        </w:tc>
        <w:tc>
          <w:tcPr>
            <w:tcW w:w="3167" w:type="dxa"/>
          </w:tcPr>
          <w:p w14:paraId="0CBA6B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โจมตีตัวละครที่ HP เหลือน้อยที่สุดเสมอ</w:t>
            </w:r>
          </w:p>
        </w:tc>
        <w:tc>
          <w:tcPr>
            <w:tcW w:w="893" w:type="dxa"/>
          </w:tcPr>
          <w:p w14:paraId="66B04F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1.0</w:t>
            </w:r>
          </w:p>
        </w:tc>
        <w:tc>
          <w:tcPr>
            <w:tcW w:w="893" w:type="dxa"/>
          </w:tcPr>
          <w:p w14:paraId="14F0AE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1.0</w:t>
            </w:r>
          </w:p>
        </w:tc>
        <w:tc>
          <w:tcPr>
            <w:tcW w:w="3167" w:type="dxa"/>
          </w:tcPr>
          <w:p w14:paraId="70615D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ท้าทัพ </w:t>
            </w:r>
            <w:r>
              <w:rPr>
                <w:sz w:val="28"/>
                <w:szCs w:val="28"/>
              </w:rPr>
              <w:t>ดึงไปที่นักรบ, ดั้งบังภัย, ปักษาแหวกรัง</w:t>
            </w:r>
          </w:p>
        </w:tc>
      </w:tr>
      <w:tr w:rsidR="00501161" w14:paraId="4886EEBB" w14:textId="77777777">
        <w:trPr>
          <w:jc w:val="center"/>
        </w:trPr>
        <w:tc>
          <w:tcPr>
            <w:tcW w:w="893" w:type="dxa"/>
          </w:tcPr>
          <w:p w14:paraId="7151E9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Defensive</w:t>
            </w:r>
          </w:p>
        </w:tc>
        <w:tc>
          <w:tcPr>
            <w:tcW w:w="3167" w:type="dxa"/>
          </w:tcPr>
          <w:p w14:paraId="6E6CC7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บัฟ DEF ตัวเองและพวกพ้อง ใช้ท่าป้องกันเมื่อ HP &lt; 50%</w:t>
            </w:r>
          </w:p>
        </w:tc>
        <w:tc>
          <w:tcPr>
            <w:tcW w:w="893" w:type="dxa"/>
          </w:tcPr>
          <w:p w14:paraId="5E2424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893" w:type="dxa"/>
          </w:tcPr>
          <w:p w14:paraId="2B8B16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3167" w:type="dxa"/>
          </w:tcPr>
          <w:p w14:paraId="11E63B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เวทย์ (ใช้ Magic DEF), ศรทะลวงเกราะ, หักงวงไอยรา</w:t>
            </w:r>
          </w:p>
        </w:tc>
      </w:tr>
      <w:tr w:rsidR="00501161" w14:paraId="456A4CC7" w14:textId="77777777">
        <w:trPr>
          <w:jc w:val="center"/>
        </w:trPr>
        <w:tc>
          <w:tcPr>
            <w:tcW w:w="893" w:type="dxa"/>
          </w:tcPr>
          <w:p w14:paraId="7B814E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Caster</w:t>
            </w:r>
          </w:p>
        </w:tc>
        <w:tc>
          <w:tcPr>
            <w:tcW w:w="3167" w:type="dxa"/>
          </w:tcPr>
          <w:p w14:paraId="2AA7CB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ใส่สถานะผิดปกติก่อนเสมอถ้าเป้าหมายยังไม่ติด</w:t>
            </w:r>
          </w:p>
        </w:tc>
        <w:tc>
          <w:tcPr>
            <w:tcW w:w="893" w:type="dxa"/>
          </w:tcPr>
          <w:p w14:paraId="023320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0.8</w:t>
            </w:r>
          </w:p>
        </w:tc>
        <w:tc>
          <w:tcPr>
            <w:tcW w:w="893" w:type="dxa"/>
          </w:tcPr>
          <w:p w14:paraId="7E6874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0.9</w:t>
            </w:r>
          </w:p>
        </w:tc>
        <w:tc>
          <w:tcPr>
            <w:tcW w:w="3167" w:type="dxa"/>
          </w:tcPr>
          <w:p w14:paraId="08411F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ยันต์กันคุณก่อน, </w:t>
            </w:r>
            <w:r>
              <w:rPr>
                <w:sz w:val="28"/>
                <w:szCs w:val="28"/>
              </w:rPr>
              <w:t>ถอนพิษว่านยา หลัง, เครื่องรางต้านสถานะ</w:t>
            </w:r>
          </w:p>
        </w:tc>
      </w:tr>
      <w:tr w:rsidR="00501161" w14:paraId="38E89474" w14:textId="77777777">
        <w:trPr>
          <w:jc w:val="center"/>
        </w:trPr>
        <w:tc>
          <w:tcPr>
            <w:tcW w:w="893" w:type="dxa"/>
          </w:tcPr>
          <w:p w14:paraId="1A1048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Pack</w:t>
            </w:r>
          </w:p>
        </w:tc>
        <w:tc>
          <w:tcPr>
            <w:tcW w:w="3167" w:type="dxa"/>
          </w:tcPr>
          <w:p w14:paraId="7DCBB0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มาเป็นฝูง 2–4 ตัว บางตัวเรียกพวกเพิ่มได้</w:t>
            </w:r>
          </w:p>
        </w:tc>
        <w:tc>
          <w:tcPr>
            <w:tcW w:w="893" w:type="dxa"/>
          </w:tcPr>
          <w:p w14:paraId="0A42D6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0.7</w:t>
            </w:r>
          </w:p>
        </w:tc>
        <w:tc>
          <w:tcPr>
            <w:tcW w:w="893" w:type="dxa"/>
          </w:tcPr>
          <w:p w14:paraId="4126A6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0.9</w:t>
            </w:r>
          </w:p>
        </w:tc>
        <w:tc>
          <w:tcPr>
            <w:tcW w:w="3167" w:type="dxa"/>
          </w:tcPr>
          <w:p w14:paraId="02CE21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สกิลโจมตีกลุ่ม, ฆ่าตัวเรียกพวกก่อน</w:t>
            </w:r>
          </w:p>
        </w:tc>
      </w:tr>
      <w:tr w:rsidR="00501161" w14:paraId="18B92B0A" w14:textId="77777777">
        <w:trPr>
          <w:jc w:val="center"/>
        </w:trPr>
        <w:tc>
          <w:tcPr>
            <w:tcW w:w="893" w:type="dxa"/>
          </w:tcPr>
          <w:p w14:paraId="4D93F5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Charger</w:t>
            </w:r>
          </w:p>
        </w:tc>
        <w:tc>
          <w:tcPr>
            <w:tcW w:w="3167" w:type="dxa"/>
          </w:tcPr>
          <w:p w14:paraId="40351B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ใช้ 1 เทิร์นชาร์จ (มีข้อความเตือน) </w:t>
            </w:r>
            <w:r>
              <w:rPr>
                <w:sz w:val="28"/>
                <w:szCs w:val="28"/>
              </w:rPr>
              <w:lastRenderedPageBreak/>
              <w:t>แล้วปล่อยท่าแรงเทิร์นถัดไป</w:t>
            </w:r>
          </w:p>
        </w:tc>
        <w:tc>
          <w:tcPr>
            <w:tcW w:w="893" w:type="dxa"/>
          </w:tcPr>
          <w:p w14:paraId="506729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1.2</w:t>
            </w:r>
          </w:p>
        </w:tc>
        <w:tc>
          <w:tcPr>
            <w:tcW w:w="893" w:type="dxa"/>
          </w:tcPr>
          <w:p w14:paraId="20BE82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3167" w:type="dxa"/>
          </w:tcPr>
          <w:p w14:paraId="47B228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Defense </w:t>
            </w:r>
            <w:r>
              <w:rPr>
                <w:sz w:val="28"/>
                <w:szCs w:val="28"/>
              </w:rPr>
              <w:t xml:space="preserve">ในเทิร์นที่ปล่อย, </w:t>
            </w:r>
            <w:r>
              <w:rPr>
                <w:sz w:val="28"/>
                <w:szCs w:val="28"/>
              </w:rPr>
              <w:lastRenderedPageBreak/>
              <w:t>มอญยันหลักยกเลิก, Stun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ระหว่างชาร์จ</w:t>
            </w:r>
          </w:p>
        </w:tc>
      </w:tr>
      <w:tr w:rsidR="00501161" w14:paraId="13345439" w14:textId="77777777">
        <w:trPr>
          <w:jc w:val="center"/>
        </w:trPr>
        <w:tc>
          <w:tcPr>
            <w:tcW w:w="893" w:type="dxa"/>
          </w:tcPr>
          <w:p w14:paraId="12B4DD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Thief</w:t>
            </w:r>
          </w:p>
        </w:tc>
        <w:tc>
          <w:tcPr>
            <w:tcW w:w="3167" w:type="dxa"/>
          </w:tcPr>
          <w:p w14:paraId="3FB379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ขโมยไอเทม/วัตถุดิบแล้วพยายามหนีในเทิร์นถัดไป</w:t>
            </w:r>
          </w:p>
        </w:tc>
        <w:tc>
          <w:tcPr>
            <w:tcW w:w="893" w:type="dxa"/>
          </w:tcPr>
          <w:p w14:paraId="63458B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0.8</w:t>
            </w:r>
          </w:p>
        </w:tc>
        <w:tc>
          <w:tcPr>
            <w:tcW w:w="893" w:type="dxa"/>
          </w:tcPr>
          <w:p w14:paraId="7E08B6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0.9</w:t>
            </w:r>
          </w:p>
        </w:tc>
        <w:tc>
          <w:tcPr>
            <w:tcW w:w="3167" w:type="dxa"/>
          </w:tcPr>
          <w:p w14:paraId="2F4207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ฆ่าให้ไว, Bind กันหนี</w:t>
            </w:r>
          </w:p>
        </w:tc>
      </w:tr>
      <w:tr w:rsidR="00501161" w14:paraId="39ECC976" w14:textId="77777777">
        <w:trPr>
          <w:jc w:val="center"/>
        </w:trPr>
        <w:tc>
          <w:tcPr>
            <w:tcW w:w="893" w:type="dxa"/>
          </w:tcPr>
          <w:p w14:paraId="598FC5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Coward</w:t>
            </w:r>
          </w:p>
        </w:tc>
        <w:tc>
          <w:tcPr>
            <w:tcW w:w="3167" w:type="dxa"/>
          </w:tcPr>
          <w:p w14:paraId="7B8F31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หนีเมื่อ HP &lt; 50% (โอกาส 50% ต่อเทิร์น)</w:t>
            </w:r>
          </w:p>
        </w:tc>
        <w:tc>
          <w:tcPr>
            <w:tcW w:w="893" w:type="dxa"/>
          </w:tcPr>
          <w:p w14:paraId="3F68AC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0.8</w:t>
            </w:r>
          </w:p>
        </w:tc>
        <w:tc>
          <w:tcPr>
            <w:tcW w:w="893" w:type="dxa"/>
          </w:tcPr>
          <w:p w14:paraId="2DA696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0.9</w:t>
            </w:r>
          </w:p>
        </w:tc>
        <w:tc>
          <w:tcPr>
            <w:tcW w:w="3167" w:type="dxa"/>
          </w:tcPr>
          <w:p w14:paraId="6AFAFD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ดาเมจระเบิดเทิร์นเดียว, Bind</w:t>
            </w:r>
          </w:p>
        </w:tc>
      </w:tr>
    </w:tbl>
    <w:p w14:paraId="4BF995A6" w14:textId="77777777" w:rsidR="00501161" w:rsidRDefault="00501161">
      <w:pPr>
        <w:spacing w:after="40"/>
      </w:pPr>
    </w:p>
    <w:p w14:paraId="40EEDCB8" w14:textId="77777777" w:rsidR="00501161" w:rsidRDefault="00C637DA">
      <w:pPr>
        <w:ind w:firstLine="720"/>
      </w:pPr>
      <w:r>
        <w:t xml:space="preserve">การเลือกท่า: แต่ละตัวมีตาราง "โอกาสใช้" ต่อท่า </w:t>
      </w:r>
      <w:r>
        <w:t>ทอยทุกเทิร์นจากท่าที่ไม่ติด Cooldown ถ้าเงื่อนไขพิเศษเป็นจริง (เช่น HP &lt; 50%) ให้ใช้ค่าในวงเล็บ</w:t>
      </w:r>
    </w:p>
    <w:p w14:paraId="26964966" w14:textId="77777777" w:rsidR="00501161" w:rsidRDefault="00C637DA">
      <w:pPr>
        <w:pStyle w:val="Heading2"/>
      </w:pPr>
      <w:bookmarkStart w:id="79" w:name="_Toc243336749"/>
      <w:r>
        <w:t>13.5 Enemy Stat Formula</w:t>
      </w:r>
      <w:bookmarkEnd w:id="79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3"/>
        <w:gridCol w:w="7211"/>
      </w:tblGrid>
      <w:tr w:rsidR="00501161" w14:paraId="37D2C5BB" w14:textId="77777777">
        <w:trPr>
          <w:tblHeader/>
          <w:jc w:val="center"/>
        </w:trPr>
        <w:tc>
          <w:tcPr>
            <w:tcW w:w="1803" w:type="dxa"/>
            <w:shd w:val="clear" w:color="auto" w:fill="F2F2F2"/>
          </w:tcPr>
          <w:p w14:paraId="6E8A9DA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ค่า</w:t>
            </w:r>
          </w:p>
        </w:tc>
        <w:tc>
          <w:tcPr>
            <w:tcW w:w="7211" w:type="dxa"/>
            <w:shd w:val="clear" w:color="auto" w:fill="F2F2F2"/>
          </w:tcPr>
          <w:p w14:paraId="56CDFF9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สูตร</w:t>
            </w:r>
          </w:p>
        </w:tc>
      </w:tr>
      <w:tr w:rsidR="00501161" w14:paraId="0E3E1208" w14:textId="77777777">
        <w:trPr>
          <w:jc w:val="center"/>
        </w:trPr>
        <w:tc>
          <w:tcPr>
            <w:tcW w:w="1803" w:type="dxa"/>
          </w:tcPr>
          <w:p w14:paraId="2BF85F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7211" w:type="dxa"/>
          </w:tcPr>
          <w:p w14:paraId="7267AB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(30 + 15 × Lv) × Behavior HP × Tier HP</w:t>
            </w:r>
          </w:p>
        </w:tc>
      </w:tr>
      <w:tr w:rsidR="00501161" w14:paraId="586F2D3A" w14:textId="77777777">
        <w:trPr>
          <w:jc w:val="center"/>
        </w:trPr>
        <w:tc>
          <w:tcPr>
            <w:tcW w:w="1803" w:type="dxa"/>
          </w:tcPr>
          <w:p w14:paraId="7E467F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7211" w:type="dxa"/>
          </w:tcPr>
          <w:p w14:paraId="71A816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(8 + 3.2 × Lv) × Tier ATK</w:t>
            </w:r>
          </w:p>
        </w:tc>
      </w:tr>
      <w:tr w:rsidR="00501161" w14:paraId="0BAB5E92" w14:textId="77777777">
        <w:trPr>
          <w:jc w:val="center"/>
        </w:trPr>
        <w:tc>
          <w:tcPr>
            <w:tcW w:w="1803" w:type="dxa"/>
          </w:tcPr>
          <w:p w14:paraId="3C26E7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</w:t>
            </w:r>
          </w:p>
        </w:tc>
        <w:tc>
          <w:tcPr>
            <w:tcW w:w="7211" w:type="dxa"/>
          </w:tcPr>
          <w:p w14:paraId="3B8C2D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(3 + 1.6 × Lv) × Behavior DEF</w:t>
            </w:r>
          </w:p>
        </w:tc>
      </w:tr>
      <w:tr w:rsidR="00501161" w14:paraId="41469B39" w14:textId="77777777">
        <w:trPr>
          <w:jc w:val="center"/>
        </w:trPr>
        <w:tc>
          <w:tcPr>
            <w:tcW w:w="1803" w:type="dxa"/>
          </w:tcPr>
          <w:p w14:paraId="4857C0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Magic DEF</w:t>
            </w:r>
          </w:p>
        </w:tc>
        <w:tc>
          <w:tcPr>
            <w:tcW w:w="7211" w:type="dxa"/>
          </w:tcPr>
          <w:p w14:paraId="698F80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DEF × </w:t>
            </w:r>
            <w:r>
              <w:rPr>
                <w:sz w:val="28"/>
                <w:szCs w:val="28"/>
              </w:rPr>
              <w:t>0.6</w:t>
            </w:r>
          </w:p>
        </w:tc>
      </w:tr>
      <w:tr w:rsidR="00501161" w14:paraId="1738C842" w14:textId="77777777">
        <w:trPr>
          <w:jc w:val="center"/>
        </w:trPr>
        <w:tc>
          <w:tcPr>
            <w:tcW w:w="1803" w:type="dxa"/>
          </w:tcPr>
          <w:p w14:paraId="4CBDA1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7211" w:type="dxa"/>
          </w:tcPr>
          <w:p w14:paraId="21E632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 + 1.2 × Lv</w:t>
            </w:r>
          </w:p>
        </w:tc>
      </w:tr>
      <w:tr w:rsidR="00501161" w14:paraId="5D52BE54" w14:textId="77777777">
        <w:trPr>
          <w:jc w:val="center"/>
        </w:trPr>
        <w:tc>
          <w:tcPr>
            <w:tcW w:w="1803" w:type="dxa"/>
          </w:tcPr>
          <w:p w14:paraId="78674C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7211" w:type="dxa"/>
          </w:tcPr>
          <w:p w14:paraId="2DE5A0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5% + 2% × (Chapter − 1) · </w:t>
            </w:r>
            <w:r>
              <w:rPr>
                <w:sz w:val="28"/>
                <w:szCs w:val="28"/>
              </w:rPr>
              <w:t>สัตว์ชั้นสูง +5% · บอส 30%</w:t>
            </w:r>
          </w:p>
        </w:tc>
      </w:tr>
      <w:tr w:rsidR="00501161" w14:paraId="1BFDE49A" w14:textId="77777777">
        <w:trPr>
          <w:jc w:val="center"/>
        </w:trPr>
        <w:tc>
          <w:tcPr>
            <w:tcW w:w="1803" w:type="dxa"/>
          </w:tcPr>
          <w:p w14:paraId="4A5C8B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Evasion </w:t>
            </w:r>
            <w:r>
              <w:rPr>
                <w:sz w:val="28"/>
                <w:szCs w:val="28"/>
              </w:rPr>
              <w:t>ศัตรู</w:t>
            </w:r>
          </w:p>
        </w:tc>
        <w:tc>
          <w:tcPr>
            <w:tcW w:w="7211" w:type="dxa"/>
          </w:tcPr>
          <w:p w14:paraId="5B5D0E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5% (+</w:t>
            </w:r>
            <w:r>
              <w:rPr>
                <w:sz w:val="28"/>
                <w:szCs w:val="28"/>
              </w:rPr>
              <w:t>สกิล)</w:t>
            </w:r>
          </w:p>
        </w:tc>
      </w:tr>
    </w:tbl>
    <w:p w14:paraId="7637AC5A" w14:textId="77777777" w:rsidR="00501161" w:rsidRDefault="00501161">
      <w:pPr>
        <w:spacing w:after="40"/>
      </w:pPr>
    </w:p>
    <w:p w14:paraId="50DBF2AE" w14:textId="77777777" w:rsidR="00501161" w:rsidRDefault="00C637DA">
      <w:pPr>
        <w:pStyle w:val="Heading2"/>
      </w:pPr>
      <w:bookmarkStart w:id="80" w:name="_Toc243336750"/>
      <w:r>
        <w:t>13.6 Bestiary by Chapter</w:t>
      </w:r>
      <w:bookmarkEnd w:id="80"/>
    </w:p>
    <w:p w14:paraId="20F9CBF6" w14:textId="77777777" w:rsidR="00501161" w:rsidRDefault="00C637DA">
      <w:pPr>
        <w:pStyle w:val="Heading3"/>
      </w:pPr>
      <w:r>
        <w:t xml:space="preserve">13.6.1 Chapter 1 — </w:t>
      </w:r>
      <w:r>
        <w:t>ชายป่าหิมพานต์</w:t>
      </w:r>
    </w:p>
    <w:p w14:paraId="2A127289" w14:textId="77777777" w:rsidR="00501161" w:rsidRDefault="00C637DA">
      <w:pPr>
        <w:pStyle w:val="Heading4"/>
      </w:pPr>
      <w:r>
        <w:t>กิหมี — ทั่วไป · Pack</w:t>
      </w:r>
    </w:p>
    <w:p w14:paraId="20C0C744" w14:textId="77777777" w:rsidR="00501161" w:rsidRDefault="00C637DA">
      <w:pPr>
        <w:ind w:firstLine="720"/>
      </w:pPr>
      <w:r>
        <w:t>ใบหน้าและลำตัวมีขนเป็นพวงคล้ายสุนัขปักกิ่ง หางเป็นพวง เท้าเป็นอุ้ง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34"/>
        <w:gridCol w:w="5280"/>
      </w:tblGrid>
      <w:tr w:rsidR="00501161" w14:paraId="7B4CE9E2" w14:textId="77777777">
        <w:trPr>
          <w:tblHeader/>
          <w:jc w:val="center"/>
        </w:trPr>
        <w:tc>
          <w:tcPr>
            <w:tcW w:w="3734" w:type="dxa"/>
            <w:shd w:val="clear" w:color="auto" w:fill="F2F2F2"/>
          </w:tcPr>
          <w:p w14:paraId="1EA938D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280" w:type="dxa"/>
            <w:shd w:val="clear" w:color="auto" w:fill="F2F2F2"/>
          </w:tcPr>
          <w:p w14:paraId="5CF698B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39710165" w14:textId="77777777">
        <w:trPr>
          <w:jc w:val="center"/>
        </w:trPr>
        <w:tc>
          <w:tcPr>
            <w:tcW w:w="3734" w:type="dxa"/>
          </w:tcPr>
          <w:p w14:paraId="50B581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280" w:type="dxa"/>
          </w:tcPr>
          <w:p w14:paraId="5E3BDB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</w:tr>
      <w:tr w:rsidR="00501161" w14:paraId="3CAEE3A5" w14:textId="77777777">
        <w:trPr>
          <w:jc w:val="center"/>
        </w:trPr>
        <w:tc>
          <w:tcPr>
            <w:tcW w:w="3734" w:type="dxa"/>
          </w:tcPr>
          <w:p w14:paraId="3F4F41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280" w:type="dxa"/>
          </w:tcPr>
          <w:p w14:paraId="5E92B1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</w:t>
            </w:r>
          </w:p>
        </w:tc>
      </w:tr>
      <w:tr w:rsidR="00501161" w14:paraId="222E15DA" w14:textId="77777777">
        <w:trPr>
          <w:jc w:val="center"/>
        </w:trPr>
        <w:tc>
          <w:tcPr>
            <w:tcW w:w="3734" w:type="dxa"/>
          </w:tcPr>
          <w:p w14:paraId="1C5FFA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280" w:type="dxa"/>
          </w:tcPr>
          <w:p w14:paraId="2914E8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56A593A6" w14:textId="77777777">
        <w:trPr>
          <w:jc w:val="center"/>
        </w:trPr>
        <w:tc>
          <w:tcPr>
            <w:tcW w:w="3734" w:type="dxa"/>
          </w:tcPr>
          <w:p w14:paraId="5D0915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280" w:type="dxa"/>
          </w:tcPr>
          <w:p w14:paraId="407B56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 / 3</w:t>
            </w:r>
          </w:p>
        </w:tc>
      </w:tr>
      <w:tr w:rsidR="00501161" w14:paraId="6F99B67A" w14:textId="77777777">
        <w:trPr>
          <w:jc w:val="center"/>
        </w:trPr>
        <w:tc>
          <w:tcPr>
            <w:tcW w:w="3734" w:type="dxa"/>
          </w:tcPr>
          <w:p w14:paraId="291E33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280" w:type="dxa"/>
          </w:tcPr>
          <w:p w14:paraId="06BBD9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770449B8" w14:textId="77777777">
        <w:trPr>
          <w:jc w:val="center"/>
        </w:trPr>
        <w:tc>
          <w:tcPr>
            <w:tcW w:w="3734" w:type="dxa"/>
          </w:tcPr>
          <w:p w14:paraId="76FA6C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280" w:type="dxa"/>
          </w:tcPr>
          <w:p w14:paraId="00166A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5%</w:t>
            </w:r>
          </w:p>
        </w:tc>
      </w:tr>
      <w:tr w:rsidR="00501161" w14:paraId="25E533CD" w14:textId="77777777">
        <w:trPr>
          <w:jc w:val="center"/>
        </w:trPr>
        <w:tc>
          <w:tcPr>
            <w:tcW w:w="3734" w:type="dxa"/>
          </w:tcPr>
          <w:p w14:paraId="7A8D05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ธาตุ (ไฟ / น้ำ / ลม / กายภาพ)</w:t>
            </w:r>
          </w:p>
        </w:tc>
        <w:tc>
          <w:tcPr>
            <w:tcW w:w="5280" w:type="dxa"/>
          </w:tcPr>
          <w:p w14:paraId="0F14A4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×1.0 / ×1.0 / ×1.0</w:t>
            </w:r>
          </w:p>
        </w:tc>
      </w:tr>
      <w:tr w:rsidR="00501161" w14:paraId="2F3C1082" w14:textId="77777777">
        <w:trPr>
          <w:jc w:val="center"/>
        </w:trPr>
        <w:tc>
          <w:tcPr>
            <w:tcW w:w="3734" w:type="dxa"/>
          </w:tcPr>
          <w:p w14:paraId="65010D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280" w:type="dxa"/>
          </w:tcPr>
          <w:p w14:paraId="746058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 / 9</w:t>
            </w:r>
          </w:p>
        </w:tc>
      </w:tr>
      <w:tr w:rsidR="00501161" w14:paraId="75C75E18" w14:textId="77777777">
        <w:trPr>
          <w:jc w:val="center"/>
        </w:trPr>
        <w:tc>
          <w:tcPr>
            <w:tcW w:w="3734" w:type="dxa"/>
          </w:tcPr>
          <w:p w14:paraId="2E5229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280" w:type="dxa"/>
          </w:tcPr>
          <w:p w14:paraId="2105C7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ขนกิหมี (50%)</w:t>
            </w:r>
          </w:p>
        </w:tc>
      </w:tr>
      <w:tr w:rsidR="00501161" w14:paraId="6B8D6494" w14:textId="77777777">
        <w:trPr>
          <w:jc w:val="center"/>
        </w:trPr>
        <w:tc>
          <w:tcPr>
            <w:tcW w:w="3734" w:type="dxa"/>
          </w:tcPr>
          <w:p w14:paraId="7C71C8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280" w:type="dxa"/>
          </w:tcPr>
          <w:p w14:paraId="341D85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หางพวงกิหมี — เงื่อนไข: ปิดจ๊อบด้วยธาตุไฟ</w:t>
            </w:r>
          </w:p>
        </w:tc>
      </w:tr>
      <w:tr w:rsidR="00501161" w14:paraId="2887C0BD" w14:textId="77777777">
        <w:trPr>
          <w:jc w:val="center"/>
        </w:trPr>
        <w:tc>
          <w:tcPr>
            <w:tcW w:w="3734" w:type="dxa"/>
          </w:tcPr>
          <w:p w14:paraId="2A585F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280" w:type="dxa"/>
          </w:tcPr>
          <w:p w14:paraId="1B51B4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1–3</w:t>
            </w:r>
          </w:p>
        </w:tc>
      </w:tr>
      <w:tr w:rsidR="00501161" w14:paraId="0C699A78" w14:textId="77777777">
        <w:trPr>
          <w:jc w:val="center"/>
        </w:trPr>
        <w:tc>
          <w:tcPr>
            <w:tcW w:w="3734" w:type="dxa"/>
          </w:tcPr>
          <w:p w14:paraId="7AF9EB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280" w:type="dxa"/>
          </w:tcPr>
          <w:p w14:paraId="60D5FD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2–4</w:t>
            </w:r>
          </w:p>
        </w:tc>
      </w:tr>
    </w:tbl>
    <w:p w14:paraId="4A57B812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80"/>
        <w:gridCol w:w="4273"/>
        <w:gridCol w:w="1380"/>
        <w:gridCol w:w="1980"/>
      </w:tblGrid>
      <w:tr w:rsidR="00501161" w14:paraId="69A386F2" w14:textId="77777777">
        <w:trPr>
          <w:tblHeader/>
          <w:jc w:val="center"/>
        </w:trPr>
        <w:tc>
          <w:tcPr>
            <w:tcW w:w="1380" w:type="dxa"/>
            <w:shd w:val="clear" w:color="auto" w:fill="F2F2F2"/>
          </w:tcPr>
          <w:p w14:paraId="223D798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273" w:type="dxa"/>
            <w:shd w:val="clear" w:color="auto" w:fill="F2F2F2"/>
          </w:tcPr>
          <w:p w14:paraId="2B6B4A7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380" w:type="dxa"/>
            <w:shd w:val="clear" w:color="auto" w:fill="F2F2F2"/>
          </w:tcPr>
          <w:p w14:paraId="4E139F3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980" w:type="dxa"/>
            <w:shd w:val="clear" w:color="auto" w:fill="F2F2F2"/>
          </w:tcPr>
          <w:p w14:paraId="61CF52A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0BC1EDDA" w14:textId="77777777">
        <w:trPr>
          <w:jc w:val="center"/>
        </w:trPr>
        <w:tc>
          <w:tcPr>
            <w:tcW w:w="1380" w:type="dxa"/>
          </w:tcPr>
          <w:p w14:paraId="417CD2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กัด</w:t>
            </w:r>
          </w:p>
        </w:tc>
        <w:tc>
          <w:tcPr>
            <w:tcW w:w="4273" w:type="dxa"/>
          </w:tcPr>
          <w:p w14:paraId="6CA151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100%</w:t>
            </w:r>
          </w:p>
        </w:tc>
        <w:tc>
          <w:tcPr>
            <w:tcW w:w="1380" w:type="dxa"/>
          </w:tcPr>
          <w:p w14:paraId="03B7D4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0" w:type="dxa"/>
          </w:tcPr>
          <w:p w14:paraId="3E66E0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</w:tr>
      <w:tr w:rsidR="00501161" w14:paraId="39A9E068" w14:textId="77777777">
        <w:trPr>
          <w:jc w:val="center"/>
        </w:trPr>
        <w:tc>
          <w:tcPr>
            <w:tcW w:w="1380" w:type="dxa"/>
          </w:tcPr>
          <w:p w14:paraId="29CE69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หอนเรียกฝูง</w:t>
            </w:r>
          </w:p>
        </w:tc>
        <w:tc>
          <w:tcPr>
            <w:tcW w:w="4273" w:type="dxa"/>
          </w:tcPr>
          <w:p w14:paraId="6EA42C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เรียกกิหมีเพิ่ม 1 ตัว (สูงสุด 4 ตัวในฉาก)</w:t>
            </w:r>
          </w:p>
        </w:tc>
        <w:tc>
          <w:tcPr>
            <w:tcW w:w="1380" w:type="dxa"/>
          </w:tcPr>
          <w:p w14:paraId="2B4240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80" w:type="dxa"/>
          </w:tcPr>
          <w:p w14:paraId="27A32A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40% </w:t>
            </w:r>
            <w:r>
              <w:rPr>
                <w:sz w:val="28"/>
                <w:szCs w:val="28"/>
              </w:rPr>
              <w:t>ถ้าพวกเหลือ &lt; 3</w:t>
            </w:r>
          </w:p>
        </w:tc>
      </w:tr>
    </w:tbl>
    <w:p w14:paraId="4512C548" w14:textId="77777777" w:rsidR="00501161" w:rsidRDefault="00501161">
      <w:pPr>
        <w:spacing w:after="40"/>
      </w:pPr>
    </w:p>
    <w:p w14:paraId="7C272A47" w14:textId="77777777" w:rsidR="00501161" w:rsidRDefault="00C637DA">
      <w:pPr>
        <w:pStyle w:val="Heading4"/>
      </w:pPr>
      <w:r>
        <w:t xml:space="preserve">ติณสีห์ — ทั่วไป · </w:t>
      </w:r>
      <w:r>
        <w:t>Defensive</w:t>
      </w:r>
    </w:p>
    <w:p w14:paraId="058DDECE" w14:textId="77777777" w:rsidR="00501161" w:rsidRDefault="00C637DA">
      <w:pPr>
        <w:ind w:firstLine="720"/>
      </w:pPr>
      <w:r>
        <w:t>ราชสีห์ชั้นต่ำสุดในสี่จำพวกราชสีห์ กินหญ้าเป็นอาหาร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85"/>
        <w:gridCol w:w="5529"/>
      </w:tblGrid>
      <w:tr w:rsidR="00501161" w14:paraId="04774802" w14:textId="77777777">
        <w:trPr>
          <w:tblHeader/>
          <w:jc w:val="center"/>
        </w:trPr>
        <w:tc>
          <w:tcPr>
            <w:tcW w:w="3485" w:type="dxa"/>
            <w:shd w:val="clear" w:color="auto" w:fill="F2F2F2"/>
          </w:tcPr>
          <w:p w14:paraId="2EA945C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529" w:type="dxa"/>
            <w:shd w:val="clear" w:color="auto" w:fill="F2F2F2"/>
          </w:tcPr>
          <w:p w14:paraId="2EE78F7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53A6E24D" w14:textId="77777777">
        <w:trPr>
          <w:jc w:val="center"/>
        </w:trPr>
        <w:tc>
          <w:tcPr>
            <w:tcW w:w="3485" w:type="dxa"/>
          </w:tcPr>
          <w:p w14:paraId="6F1239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529" w:type="dxa"/>
          </w:tcPr>
          <w:p w14:paraId="293AE6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</w:tr>
      <w:tr w:rsidR="00501161" w14:paraId="7668928C" w14:textId="77777777">
        <w:trPr>
          <w:jc w:val="center"/>
        </w:trPr>
        <w:tc>
          <w:tcPr>
            <w:tcW w:w="3485" w:type="dxa"/>
          </w:tcPr>
          <w:p w14:paraId="444483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529" w:type="dxa"/>
          </w:tcPr>
          <w:p w14:paraId="137E7C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126</w:t>
            </w:r>
          </w:p>
        </w:tc>
      </w:tr>
      <w:tr w:rsidR="00501161" w14:paraId="081AB40D" w14:textId="77777777">
        <w:trPr>
          <w:jc w:val="center"/>
        </w:trPr>
        <w:tc>
          <w:tcPr>
            <w:tcW w:w="3485" w:type="dxa"/>
          </w:tcPr>
          <w:p w14:paraId="24CAF0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529" w:type="dxa"/>
          </w:tcPr>
          <w:p w14:paraId="18802B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</w:t>
            </w:r>
          </w:p>
        </w:tc>
      </w:tr>
      <w:tr w:rsidR="00501161" w14:paraId="1FE125A3" w14:textId="77777777">
        <w:trPr>
          <w:jc w:val="center"/>
        </w:trPr>
        <w:tc>
          <w:tcPr>
            <w:tcW w:w="3485" w:type="dxa"/>
          </w:tcPr>
          <w:p w14:paraId="037A07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529" w:type="dxa"/>
          </w:tcPr>
          <w:p w14:paraId="7B845C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 / 8</w:t>
            </w:r>
          </w:p>
        </w:tc>
      </w:tr>
      <w:tr w:rsidR="00501161" w14:paraId="6730614A" w14:textId="77777777">
        <w:trPr>
          <w:jc w:val="center"/>
        </w:trPr>
        <w:tc>
          <w:tcPr>
            <w:tcW w:w="3485" w:type="dxa"/>
          </w:tcPr>
          <w:p w14:paraId="1B6D9F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529" w:type="dxa"/>
          </w:tcPr>
          <w:p w14:paraId="57976C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</w:t>
            </w:r>
          </w:p>
        </w:tc>
      </w:tr>
      <w:tr w:rsidR="00501161" w14:paraId="5B30F447" w14:textId="77777777">
        <w:trPr>
          <w:jc w:val="center"/>
        </w:trPr>
        <w:tc>
          <w:tcPr>
            <w:tcW w:w="3485" w:type="dxa"/>
          </w:tcPr>
          <w:p w14:paraId="461142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529" w:type="dxa"/>
          </w:tcPr>
          <w:p w14:paraId="1F24A0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5%</w:t>
            </w:r>
          </w:p>
        </w:tc>
      </w:tr>
      <w:tr w:rsidR="00501161" w14:paraId="1AA27EBD" w14:textId="77777777">
        <w:trPr>
          <w:jc w:val="center"/>
        </w:trPr>
        <w:tc>
          <w:tcPr>
            <w:tcW w:w="3485" w:type="dxa"/>
          </w:tcPr>
          <w:p w14:paraId="00182F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529" w:type="dxa"/>
          </w:tcPr>
          <w:p w14:paraId="3AE5BD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×1.0 / Weak ×1.5 / ×1.0</w:t>
            </w:r>
          </w:p>
        </w:tc>
      </w:tr>
      <w:tr w:rsidR="00501161" w14:paraId="2ADDF4AE" w14:textId="77777777">
        <w:trPr>
          <w:jc w:val="center"/>
        </w:trPr>
        <w:tc>
          <w:tcPr>
            <w:tcW w:w="3485" w:type="dxa"/>
          </w:tcPr>
          <w:p w14:paraId="66E4C7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529" w:type="dxa"/>
          </w:tcPr>
          <w:p w14:paraId="71B795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 / 13</w:t>
            </w:r>
          </w:p>
        </w:tc>
      </w:tr>
      <w:tr w:rsidR="00501161" w14:paraId="31A9F675" w14:textId="77777777">
        <w:trPr>
          <w:jc w:val="center"/>
        </w:trPr>
        <w:tc>
          <w:tcPr>
            <w:tcW w:w="3485" w:type="dxa"/>
          </w:tcPr>
          <w:p w14:paraId="200092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529" w:type="dxa"/>
          </w:tcPr>
          <w:p w14:paraId="510E6E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หนังติณสีห์ (50%)</w:t>
            </w:r>
          </w:p>
        </w:tc>
      </w:tr>
      <w:tr w:rsidR="00501161" w14:paraId="15D40FCC" w14:textId="77777777">
        <w:trPr>
          <w:jc w:val="center"/>
        </w:trPr>
        <w:tc>
          <w:tcPr>
            <w:tcW w:w="3485" w:type="dxa"/>
          </w:tcPr>
          <w:p w14:paraId="6060BD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529" w:type="dxa"/>
          </w:tcPr>
          <w:p w14:paraId="7A5B26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แผงคอติณสีห์ — เงื่อนไข: ปิดจ๊อบภายใน 3 เทิร์น</w:t>
            </w:r>
          </w:p>
        </w:tc>
      </w:tr>
      <w:tr w:rsidR="00501161" w14:paraId="2E905488" w14:textId="77777777">
        <w:trPr>
          <w:jc w:val="center"/>
        </w:trPr>
        <w:tc>
          <w:tcPr>
            <w:tcW w:w="3485" w:type="dxa"/>
          </w:tcPr>
          <w:p w14:paraId="036EC6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529" w:type="dxa"/>
          </w:tcPr>
          <w:p w14:paraId="4BBD0C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1–3</w:t>
            </w:r>
          </w:p>
        </w:tc>
      </w:tr>
      <w:tr w:rsidR="00501161" w14:paraId="6FDF16BB" w14:textId="77777777">
        <w:trPr>
          <w:jc w:val="center"/>
        </w:trPr>
        <w:tc>
          <w:tcPr>
            <w:tcW w:w="3485" w:type="dxa"/>
          </w:tcPr>
          <w:p w14:paraId="7207AB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529" w:type="dxa"/>
          </w:tcPr>
          <w:p w14:paraId="2B5827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5C77EB2F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9"/>
        <w:gridCol w:w="4289"/>
        <w:gridCol w:w="1369"/>
        <w:gridCol w:w="1988"/>
      </w:tblGrid>
      <w:tr w:rsidR="00501161" w14:paraId="0B14F816" w14:textId="77777777">
        <w:trPr>
          <w:tblHeader/>
          <w:jc w:val="center"/>
        </w:trPr>
        <w:tc>
          <w:tcPr>
            <w:tcW w:w="1369" w:type="dxa"/>
            <w:shd w:val="clear" w:color="auto" w:fill="F2F2F2"/>
          </w:tcPr>
          <w:p w14:paraId="7F864F9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289" w:type="dxa"/>
            <w:shd w:val="clear" w:color="auto" w:fill="F2F2F2"/>
          </w:tcPr>
          <w:p w14:paraId="5EA8A58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369" w:type="dxa"/>
            <w:shd w:val="clear" w:color="auto" w:fill="F2F2F2"/>
          </w:tcPr>
          <w:p w14:paraId="06E228B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988" w:type="dxa"/>
            <w:shd w:val="clear" w:color="auto" w:fill="F2F2F2"/>
          </w:tcPr>
          <w:p w14:paraId="2D3FFE8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0F9E6206" w14:textId="77777777">
        <w:trPr>
          <w:jc w:val="center"/>
        </w:trPr>
        <w:tc>
          <w:tcPr>
            <w:tcW w:w="1369" w:type="dxa"/>
          </w:tcPr>
          <w:p w14:paraId="3E7E12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ขวิด</w:t>
            </w:r>
          </w:p>
        </w:tc>
        <w:tc>
          <w:tcPr>
            <w:tcW w:w="4289" w:type="dxa"/>
          </w:tcPr>
          <w:p w14:paraId="059690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100%</w:t>
            </w:r>
          </w:p>
        </w:tc>
        <w:tc>
          <w:tcPr>
            <w:tcW w:w="1369" w:type="dxa"/>
          </w:tcPr>
          <w:p w14:paraId="7C42DB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8" w:type="dxa"/>
          </w:tcPr>
          <w:p w14:paraId="2BE873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  <w:tr w:rsidR="00501161" w14:paraId="49A6C953" w14:textId="77777777">
        <w:trPr>
          <w:jc w:val="center"/>
        </w:trPr>
        <w:tc>
          <w:tcPr>
            <w:tcW w:w="1369" w:type="dxa"/>
          </w:tcPr>
          <w:p w14:paraId="4A232C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เหยียบย่ำ</w:t>
            </w:r>
          </w:p>
        </w:tc>
        <w:tc>
          <w:tcPr>
            <w:tcW w:w="4289" w:type="dxa"/>
          </w:tcPr>
          <w:p w14:paraId="4264F2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Physical 80% + DEF </w:t>
            </w:r>
            <w:r>
              <w:rPr>
                <w:sz w:val="28"/>
                <w:szCs w:val="28"/>
              </w:rPr>
              <w:t>เป้าหมาย −20% 2 เทิร์น</w:t>
            </w:r>
          </w:p>
        </w:tc>
        <w:tc>
          <w:tcPr>
            <w:tcW w:w="1369" w:type="dxa"/>
          </w:tcPr>
          <w:p w14:paraId="35B830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88" w:type="dxa"/>
          </w:tcPr>
          <w:p w14:paraId="762D79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  <w:tr w:rsidR="00501161" w14:paraId="48323AA4" w14:textId="77777777">
        <w:trPr>
          <w:jc w:val="center"/>
        </w:trPr>
        <w:tc>
          <w:tcPr>
            <w:tcW w:w="1369" w:type="dxa"/>
          </w:tcPr>
          <w:p w14:paraId="1E8647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ตั้งหลัก</w:t>
            </w:r>
          </w:p>
        </w:tc>
        <w:tc>
          <w:tcPr>
            <w:tcW w:w="4289" w:type="dxa"/>
          </w:tcPr>
          <w:p w14:paraId="207D44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DEF </w:t>
            </w:r>
            <w:r>
              <w:rPr>
                <w:sz w:val="28"/>
                <w:szCs w:val="28"/>
              </w:rPr>
              <w:t xml:space="preserve">ตัวเอง +30% 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369" w:type="dxa"/>
          </w:tcPr>
          <w:p w14:paraId="00B462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88" w:type="dxa"/>
          </w:tcPr>
          <w:p w14:paraId="233F23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 (HP &lt; 50%: 50%)</w:t>
            </w:r>
          </w:p>
        </w:tc>
      </w:tr>
    </w:tbl>
    <w:p w14:paraId="4A0092A3" w14:textId="77777777" w:rsidR="00501161" w:rsidRDefault="00501161">
      <w:pPr>
        <w:spacing w:after="40"/>
      </w:pPr>
    </w:p>
    <w:p w14:paraId="13064C56" w14:textId="77777777" w:rsidR="00501161" w:rsidRDefault="00C637DA">
      <w:pPr>
        <w:pStyle w:val="Heading4"/>
      </w:pPr>
      <w:r>
        <w:lastRenderedPageBreak/>
        <w:t>กระบิลปักษา — ทั่วไป · Thief</w:t>
      </w:r>
    </w:p>
    <w:p w14:paraId="73AB3FE7" w14:textId="77777777" w:rsidR="00501161" w:rsidRDefault="00C637DA">
      <w:pPr>
        <w:ind w:firstLine="720"/>
      </w:pPr>
      <w:r>
        <w:t>หน้าคล้ายวานร มีปีกที่หัวไหล่ หางเป็นหางไก่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44"/>
        <w:gridCol w:w="5170"/>
      </w:tblGrid>
      <w:tr w:rsidR="00501161" w14:paraId="0A49DCA0" w14:textId="77777777">
        <w:trPr>
          <w:tblHeader/>
          <w:jc w:val="center"/>
        </w:trPr>
        <w:tc>
          <w:tcPr>
            <w:tcW w:w="3844" w:type="dxa"/>
            <w:shd w:val="clear" w:color="auto" w:fill="F2F2F2"/>
          </w:tcPr>
          <w:p w14:paraId="0BBF77C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170" w:type="dxa"/>
            <w:shd w:val="clear" w:color="auto" w:fill="F2F2F2"/>
          </w:tcPr>
          <w:p w14:paraId="4B62044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35DE4623" w14:textId="77777777">
        <w:trPr>
          <w:jc w:val="center"/>
        </w:trPr>
        <w:tc>
          <w:tcPr>
            <w:tcW w:w="3844" w:type="dxa"/>
          </w:tcPr>
          <w:p w14:paraId="4EA1A3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170" w:type="dxa"/>
          </w:tcPr>
          <w:p w14:paraId="2A0FA9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</w:tr>
      <w:tr w:rsidR="00501161" w14:paraId="3BF7460A" w14:textId="77777777">
        <w:trPr>
          <w:jc w:val="center"/>
        </w:trPr>
        <w:tc>
          <w:tcPr>
            <w:tcW w:w="3844" w:type="dxa"/>
          </w:tcPr>
          <w:p w14:paraId="2B3586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170" w:type="dxa"/>
          </w:tcPr>
          <w:p w14:paraId="3F8066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84</w:t>
            </w:r>
          </w:p>
        </w:tc>
      </w:tr>
      <w:tr w:rsidR="00501161" w14:paraId="08709730" w14:textId="77777777">
        <w:trPr>
          <w:jc w:val="center"/>
        </w:trPr>
        <w:tc>
          <w:tcPr>
            <w:tcW w:w="3844" w:type="dxa"/>
          </w:tcPr>
          <w:p w14:paraId="1846BC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170" w:type="dxa"/>
          </w:tcPr>
          <w:p w14:paraId="6CCCD0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</w:t>
            </w:r>
          </w:p>
        </w:tc>
      </w:tr>
      <w:tr w:rsidR="00501161" w14:paraId="74F74F03" w14:textId="77777777">
        <w:trPr>
          <w:jc w:val="center"/>
        </w:trPr>
        <w:tc>
          <w:tcPr>
            <w:tcW w:w="3844" w:type="dxa"/>
          </w:tcPr>
          <w:p w14:paraId="6264CC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170" w:type="dxa"/>
          </w:tcPr>
          <w:p w14:paraId="500BEF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 / 6</w:t>
            </w:r>
          </w:p>
        </w:tc>
      </w:tr>
      <w:tr w:rsidR="00501161" w14:paraId="608BA679" w14:textId="77777777">
        <w:trPr>
          <w:jc w:val="center"/>
        </w:trPr>
        <w:tc>
          <w:tcPr>
            <w:tcW w:w="3844" w:type="dxa"/>
          </w:tcPr>
          <w:p w14:paraId="4E9F0D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170" w:type="dxa"/>
          </w:tcPr>
          <w:p w14:paraId="46DB27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</w:t>
            </w:r>
          </w:p>
        </w:tc>
      </w:tr>
      <w:tr w:rsidR="00501161" w14:paraId="1AA12EF6" w14:textId="77777777">
        <w:trPr>
          <w:jc w:val="center"/>
        </w:trPr>
        <w:tc>
          <w:tcPr>
            <w:tcW w:w="3844" w:type="dxa"/>
          </w:tcPr>
          <w:p w14:paraId="687E54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170" w:type="dxa"/>
          </w:tcPr>
          <w:p w14:paraId="516E96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5%</w:t>
            </w:r>
          </w:p>
        </w:tc>
      </w:tr>
      <w:tr w:rsidR="00501161" w14:paraId="544027F4" w14:textId="77777777">
        <w:trPr>
          <w:jc w:val="center"/>
        </w:trPr>
        <w:tc>
          <w:tcPr>
            <w:tcW w:w="3844" w:type="dxa"/>
          </w:tcPr>
          <w:p w14:paraId="349348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170" w:type="dxa"/>
          </w:tcPr>
          <w:p w14:paraId="1153BB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×1.0 / Weak ×1.5 / Resist </w:t>
            </w:r>
            <w:r>
              <w:rPr>
                <w:sz w:val="28"/>
                <w:szCs w:val="28"/>
              </w:rPr>
              <w:t>×0.5 / ×1.0</w:t>
            </w:r>
          </w:p>
        </w:tc>
      </w:tr>
      <w:tr w:rsidR="00501161" w14:paraId="31BB2DD3" w14:textId="77777777">
        <w:trPr>
          <w:jc w:val="center"/>
        </w:trPr>
        <w:tc>
          <w:tcPr>
            <w:tcW w:w="3844" w:type="dxa"/>
          </w:tcPr>
          <w:p w14:paraId="3C4992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170" w:type="dxa"/>
          </w:tcPr>
          <w:p w14:paraId="6D8566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 / 15</w:t>
            </w:r>
          </w:p>
        </w:tc>
      </w:tr>
      <w:tr w:rsidR="00501161" w14:paraId="2A27A183" w14:textId="77777777">
        <w:trPr>
          <w:jc w:val="center"/>
        </w:trPr>
        <w:tc>
          <w:tcPr>
            <w:tcW w:w="3844" w:type="dxa"/>
          </w:tcPr>
          <w:p w14:paraId="74D9B6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170" w:type="dxa"/>
          </w:tcPr>
          <w:p w14:paraId="5F4D0E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ขนปีกวานร (50%)</w:t>
            </w:r>
          </w:p>
        </w:tc>
      </w:tr>
      <w:tr w:rsidR="00501161" w14:paraId="4516E9C6" w14:textId="77777777">
        <w:trPr>
          <w:jc w:val="center"/>
        </w:trPr>
        <w:tc>
          <w:tcPr>
            <w:tcW w:w="3844" w:type="dxa"/>
          </w:tcPr>
          <w:p w14:paraId="4D6BDB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170" w:type="dxa"/>
          </w:tcPr>
          <w:p w14:paraId="3DC837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คืนของที่ขโมย ×2 — เงื่อนไข: ฆ่าก่อนหนี</w:t>
            </w:r>
          </w:p>
        </w:tc>
      </w:tr>
      <w:tr w:rsidR="00501161" w14:paraId="1A22103D" w14:textId="77777777">
        <w:trPr>
          <w:jc w:val="center"/>
        </w:trPr>
        <w:tc>
          <w:tcPr>
            <w:tcW w:w="3844" w:type="dxa"/>
          </w:tcPr>
          <w:p w14:paraId="1B1326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170" w:type="dxa"/>
          </w:tcPr>
          <w:p w14:paraId="48C71F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2–3</w:t>
            </w:r>
          </w:p>
        </w:tc>
      </w:tr>
      <w:tr w:rsidR="00501161" w14:paraId="63A3A23F" w14:textId="77777777">
        <w:trPr>
          <w:jc w:val="center"/>
        </w:trPr>
        <w:tc>
          <w:tcPr>
            <w:tcW w:w="3844" w:type="dxa"/>
          </w:tcPr>
          <w:p w14:paraId="27D5AE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170" w:type="dxa"/>
          </w:tcPr>
          <w:p w14:paraId="4BA3BD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17943D74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28"/>
        <w:gridCol w:w="4945"/>
        <w:gridCol w:w="1328"/>
        <w:gridCol w:w="1413"/>
      </w:tblGrid>
      <w:tr w:rsidR="00501161" w14:paraId="00B8CC54" w14:textId="77777777">
        <w:trPr>
          <w:tblHeader/>
          <w:jc w:val="center"/>
        </w:trPr>
        <w:tc>
          <w:tcPr>
            <w:tcW w:w="1328" w:type="dxa"/>
            <w:shd w:val="clear" w:color="auto" w:fill="F2F2F2"/>
          </w:tcPr>
          <w:p w14:paraId="2D065A9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945" w:type="dxa"/>
            <w:shd w:val="clear" w:color="auto" w:fill="F2F2F2"/>
          </w:tcPr>
          <w:p w14:paraId="67CD34D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328" w:type="dxa"/>
            <w:shd w:val="clear" w:color="auto" w:fill="F2F2F2"/>
          </w:tcPr>
          <w:p w14:paraId="4670A62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413" w:type="dxa"/>
            <w:shd w:val="clear" w:color="auto" w:fill="F2F2F2"/>
          </w:tcPr>
          <w:p w14:paraId="6AA2C05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5BF8EE7F" w14:textId="77777777">
        <w:trPr>
          <w:jc w:val="center"/>
        </w:trPr>
        <w:tc>
          <w:tcPr>
            <w:tcW w:w="1328" w:type="dxa"/>
          </w:tcPr>
          <w:p w14:paraId="4C8371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ข่วน</w:t>
            </w:r>
          </w:p>
        </w:tc>
        <w:tc>
          <w:tcPr>
            <w:tcW w:w="4945" w:type="dxa"/>
          </w:tcPr>
          <w:p w14:paraId="69A17F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90%</w:t>
            </w:r>
          </w:p>
        </w:tc>
        <w:tc>
          <w:tcPr>
            <w:tcW w:w="1328" w:type="dxa"/>
          </w:tcPr>
          <w:p w14:paraId="739D12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3" w:type="dxa"/>
          </w:tcPr>
          <w:p w14:paraId="6BCE14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7326CD78" w14:textId="77777777">
        <w:trPr>
          <w:jc w:val="center"/>
        </w:trPr>
        <w:tc>
          <w:tcPr>
            <w:tcW w:w="1328" w:type="dxa"/>
          </w:tcPr>
          <w:p w14:paraId="77E271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ฉกของ</w:t>
            </w:r>
          </w:p>
        </w:tc>
        <w:tc>
          <w:tcPr>
            <w:tcW w:w="4945" w:type="dxa"/>
          </w:tcPr>
          <w:p w14:paraId="453876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ขโมยวัตถุดิบในกระเป๋า 1 ชิ้น (สุ่ม) </w:t>
            </w:r>
            <w:r>
              <w:rPr>
                <w:sz w:val="28"/>
                <w:szCs w:val="28"/>
              </w:rPr>
              <w:t>เทิร์นถัดไปพยายามหนี</w:t>
            </w:r>
          </w:p>
        </w:tc>
        <w:tc>
          <w:tcPr>
            <w:tcW w:w="1328" w:type="dxa"/>
          </w:tcPr>
          <w:p w14:paraId="223050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3" w:type="dxa"/>
          </w:tcPr>
          <w:p w14:paraId="3286A9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 (</w:t>
            </w:r>
            <w:r>
              <w:rPr>
                <w:sz w:val="28"/>
                <w:szCs w:val="28"/>
              </w:rPr>
              <w:t>ครั้งเดียว)</w:t>
            </w:r>
          </w:p>
        </w:tc>
      </w:tr>
    </w:tbl>
    <w:p w14:paraId="32A56D14" w14:textId="77777777" w:rsidR="00501161" w:rsidRDefault="00501161">
      <w:pPr>
        <w:spacing w:after="40"/>
      </w:pPr>
    </w:p>
    <w:p w14:paraId="0F56751B" w14:textId="77777777" w:rsidR="00501161" w:rsidRDefault="00C637DA">
      <w:pPr>
        <w:pStyle w:val="Heading4"/>
      </w:pPr>
      <w:r>
        <w:t>ทิศากรจตุบท — ทั่วไป · Coward</w:t>
      </w:r>
    </w:p>
    <w:p w14:paraId="02D74250" w14:textId="77777777" w:rsidR="00501161" w:rsidRDefault="00C637DA">
      <w:pPr>
        <w:ind w:firstLine="720"/>
      </w:pPr>
      <w:r>
        <w:t>เดิมคล้ายนางโค สีกายหม่นคล้ายนกพิราบ ใหญ่เท่าโคหนุ่ม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81"/>
        <w:gridCol w:w="5433"/>
      </w:tblGrid>
      <w:tr w:rsidR="00501161" w14:paraId="4FD21181" w14:textId="77777777">
        <w:trPr>
          <w:tblHeader/>
          <w:jc w:val="center"/>
        </w:trPr>
        <w:tc>
          <w:tcPr>
            <w:tcW w:w="3581" w:type="dxa"/>
            <w:shd w:val="clear" w:color="auto" w:fill="F2F2F2"/>
          </w:tcPr>
          <w:p w14:paraId="17179EB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433" w:type="dxa"/>
            <w:shd w:val="clear" w:color="auto" w:fill="F2F2F2"/>
          </w:tcPr>
          <w:p w14:paraId="0030163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5ADCF8F6" w14:textId="77777777">
        <w:trPr>
          <w:jc w:val="center"/>
        </w:trPr>
        <w:tc>
          <w:tcPr>
            <w:tcW w:w="3581" w:type="dxa"/>
          </w:tcPr>
          <w:p w14:paraId="48F658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433" w:type="dxa"/>
          </w:tcPr>
          <w:p w14:paraId="2DB02D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</w:tr>
      <w:tr w:rsidR="00501161" w14:paraId="74F9976B" w14:textId="77777777">
        <w:trPr>
          <w:jc w:val="center"/>
        </w:trPr>
        <w:tc>
          <w:tcPr>
            <w:tcW w:w="3581" w:type="dxa"/>
          </w:tcPr>
          <w:p w14:paraId="6A47E8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433" w:type="dxa"/>
          </w:tcPr>
          <w:p w14:paraId="63B36A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</w:t>
            </w:r>
          </w:p>
        </w:tc>
      </w:tr>
      <w:tr w:rsidR="00501161" w14:paraId="28752E3A" w14:textId="77777777">
        <w:trPr>
          <w:jc w:val="center"/>
        </w:trPr>
        <w:tc>
          <w:tcPr>
            <w:tcW w:w="3581" w:type="dxa"/>
          </w:tcPr>
          <w:p w14:paraId="2632E4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433" w:type="dxa"/>
          </w:tcPr>
          <w:p w14:paraId="096FFE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</w:t>
            </w:r>
          </w:p>
        </w:tc>
      </w:tr>
      <w:tr w:rsidR="00501161" w14:paraId="1A1AF198" w14:textId="77777777">
        <w:trPr>
          <w:jc w:val="center"/>
        </w:trPr>
        <w:tc>
          <w:tcPr>
            <w:tcW w:w="3581" w:type="dxa"/>
          </w:tcPr>
          <w:p w14:paraId="327B32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433" w:type="dxa"/>
          </w:tcPr>
          <w:p w14:paraId="3B53D4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 / 4</w:t>
            </w:r>
          </w:p>
        </w:tc>
      </w:tr>
      <w:tr w:rsidR="00501161" w14:paraId="289A807D" w14:textId="77777777">
        <w:trPr>
          <w:jc w:val="center"/>
        </w:trPr>
        <w:tc>
          <w:tcPr>
            <w:tcW w:w="3581" w:type="dxa"/>
          </w:tcPr>
          <w:p w14:paraId="16B301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433" w:type="dxa"/>
          </w:tcPr>
          <w:p w14:paraId="6C5233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</w:t>
            </w:r>
          </w:p>
        </w:tc>
      </w:tr>
      <w:tr w:rsidR="00501161" w14:paraId="5F61A15F" w14:textId="77777777">
        <w:trPr>
          <w:jc w:val="center"/>
        </w:trPr>
        <w:tc>
          <w:tcPr>
            <w:tcW w:w="3581" w:type="dxa"/>
          </w:tcPr>
          <w:p w14:paraId="4A4011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433" w:type="dxa"/>
          </w:tcPr>
          <w:p w14:paraId="16F210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5%</w:t>
            </w:r>
          </w:p>
        </w:tc>
      </w:tr>
      <w:tr w:rsidR="00501161" w14:paraId="489E15BF" w14:textId="77777777">
        <w:trPr>
          <w:jc w:val="center"/>
        </w:trPr>
        <w:tc>
          <w:tcPr>
            <w:tcW w:w="3581" w:type="dxa"/>
          </w:tcPr>
          <w:p w14:paraId="3F789C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433" w:type="dxa"/>
          </w:tcPr>
          <w:p w14:paraId="110A06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×1.0 / ×1.0 / </w:t>
            </w:r>
            <w:r>
              <w:rPr>
                <w:sz w:val="28"/>
                <w:szCs w:val="28"/>
              </w:rPr>
              <w:t>×1.0 / Weak ×1.5</w:t>
            </w:r>
          </w:p>
        </w:tc>
      </w:tr>
      <w:tr w:rsidR="00501161" w14:paraId="441B0B61" w14:textId="77777777">
        <w:trPr>
          <w:jc w:val="center"/>
        </w:trPr>
        <w:tc>
          <w:tcPr>
            <w:tcW w:w="3581" w:type="dxa"/>
          </w:tcPr>
          <w:p w14:paraId="73B514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433" w:type="dxa"/>
          </w:tcPr>
          <w:p w14:paraId="04D03F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 / 11</w:t>
            </w:r>
          </w:p>
        </w:tc>
      </w:tr>
      <w:tr w:rsidR="00501161" w14:paraId="57F2665F" w14:textId="77777777">
        <w:trPr>
          <w:jc w:val="center"/>
        </w:trPr>
        <w:tc>
          <w:tcPr>
            <w:tcW w:w="3581" w:type="dxa"/>
          </w:tcPr>
          <w:p w14:paraId="5C905E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433" w:type="dxa"/>
          </w:tcPr>
          <w:p w14:paraId="297711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เนื้อทิศากร (70%)</w:t>
            </w:r>
          </w:p>
        </w:tc>
      </w:tr>
      <w:tr w:rsidR="00501161" w14:paraId="5779977A" w14:textId="77777777">
        <w:trPr>
          <w:jc w:val="center"/>
        </w:trPr>
        <w:tc>
          <w:tcPr>
            <w:tcW w:w="3581" w:type="dxa"/>
          </w:tcPr>
          <w:p w14:paraId="094E2B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433" w:type="dxa"/>
          </w:tcPr>
          <w:p w14:paraId="16DDD6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เนื้อสันทิศากร — เงื่อนไข: ปิดจ๊อบก่อนมันหนี</w:t>
            </w:r>
          </w:p>
        </w:tc>
      </w:tr>
      <w:tr w:rsidR="00501161" w14:paraId="7151BFCA" w14:textId="77777777">
        <w:trPr>
          <w:jc w:val="center"/>
        </w:trPr>
        <w:tc>
          <w:tcPr>
            <w:tcW w:w="3581" w:type="dxa"/>
          </w:tcPr>
          <w:p w14:paraId="6EB514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พบที่</w:t>
            </w:r>
          </w:p>
        </w:tc>
        <w:tc>
          <w:tcPr>
            <w:tcW w:w="5433" w:type="dxa"/>
          </w:tcPr>
          <w:p w14:paraId="33CD98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1–2</w:t>
            </w:r>
          </w:p>
        </w:tc>
      </w:tr>
      <w:tr w:rsidR="00501161" w14:paraId="04DA3660" w14:textId="77777777">
        <w:trPr>
          <w:jc w:val="center"/>
        </w:trPr>
        <w:tc>
          <w:tcPr>
            <w:tcW w:w="3581" w:type="dxa"/>
          </w:tcPr>
          <w:p w14:paraId="6837A3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433" w:type="dxa"/>
          </w:tcPr>
          <w:p w14:paraId="39797D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264AB82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60"/>
        <w:gridCol w:w="2352"/>
        <w:gridCol w:w="1960"/>
        <w:gridCol w:w="2743"/>
      </w:tblGrid>
      <w:tr w:rsidR="00501161" w14:paraId="59122D5D" w14:textId="77777777">
        <w:trPr>
          <w:tblHeader/>
          <w:jc w:val="center"/>
        </w:trPr>
        <w:tc>
          <w:tcPr>
            <w:tcW w:w="1960" w:type="dxa"/>
            <w:shd w:val="clear" w:color="auto" w:fill="F2F2F2"/>
          </w:tcPr>
          <w:p w14:paraId="2B1481A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2352" w:type="dxa"/>
            <w:shd w:val="clear" w:color="auto" w:fill="F2F2F2"/>
          </w:tcPr>
          <w:p w14:paraId="4CBDCA7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960" w:type="dxa"/>
            <w:shd w:val="clear" w:color="auto" w:fill="F2F2F2"/>
          </w:tcPr>
          <w:p w14:paraId="280C196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2743" w:type="dxa"/>
            <w:shd w:val="clear" w:color="auto" w:fill="F2F2F2"/>
          </w:tcPr>
          <w:p w14:paraId="73387CA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08E7AB08" w14:textId="77777777">
        <w:trPr>
          <w:jc w:val="center"/>
        </w:trPr>
        <w:tc>
          <w:tcPr>
            <w:tcW w:w="1960" w:type="dxa"/>
          </w:tcPr>
          <w:p w14:paraId="296332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ดีด</w:t>
            </w:r>
          </w:p>
        </w:tc>
        <w:tc>
          <w:tcPr>
            <w:tcW w:w="2352" w:type="dxa"/>
          </w:tcPr>
          <w:p w14:paraId="5DA109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80%</w:t>
            </w:r>
          </w:p>
        </w:tc>
        <w:tc>
          <w:tcPr>
            <w:tcW w:w="1960" w:type="dxa"/>
          </w:tcPr>
          <w:p w14:paraId="060434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3" w:type="dxa"/>
          </w:tcPr>
          <w:p w14:paraId="6A6D94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100% </w:t>
            </w:r>
            <w:r>
              <w:rPr>
                <w:sz w:val="28"/>
                <w:szCs w:val="28"/>
              </w:rPr>
              <w:t>ถ้าไม่หนี</w:t>
            </w:r>
          </w:p>
        </w:tc>
      </w:tr>
    </w:tbl>
    <w:p w14:paraId="3A98F6EC" w14:textId="77777777" w:rsidR="00501161" w:rsidRDefault="00501161">
      <w:pPr>
        <w:spacing w:after="40"/>
      </w:pPr>
    </w:p>
    <w:p w14:paraId="19458B3C" w14:textId="77777777" w:rsidR="00501161" w:rsidRDefault="00C637DA">
      <w:pPr>
        <w:pStyle w:val="Heading4"/>
      </w:pPr>
      <w:r>
        <w:t xml:space="preserve">ทักทอ — ทั่วไป · </w:t>
      </w:r>
      <w:r>
        <w:t>Aggressive</w:t>
      </w:r>
    </w:p>
    <w:p w14:paraId="1BFB4BEC" w14:textId="77777777" w:rsidR="00501161" w:rsidRDefault="00C637DA">
      <w:pPr>
        <w:ind w:firstLine="720"/>
      </w:pPr>
      <w:r>
        <w:t>มีกระหนกเป็นครีบรอบข้อมือ ท้องแขน ข้อเท้า และใต้เข่า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81"/>
        <w:gridCol w:w="5433"/>
      </w:tblGrid>
      <w:tr w:rsidR="00501161" w14:paraId="727D77C9" w14:textId="77777777">
        <w:trPr>
          <w:tblHeader/>
          <w:jc w:val="center"/>
        </w:trPr>
        <w:tc>
          <w:tcPr>
            <w:tcW w:w="3581" w:type="dxa"/>
            <w:shd w:val="clear" w:color="auto" w:fill="F2F2F2"/>
          </w:tcPr>
          <w:p w14:paraId="129C6F6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433" w:type="dxa"/>
            <w:shd w:val="clear" w:color="auto" w:fill="F2F2F2"/>
          </w:tcPr>
          <w:p w14:paraId="1669C37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43DA9814" w14:textId="77777777">
        <w:trPr>
          <w:jc w:val="center"/>
        </w:trPr>
        <w:tc>
          <w:tcPr>
            <w:tcW w:w="3581" w:type="dxa"/>
          </w:tcPr>
          <w:p w14:paraId="526951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433" w:type="dxa"/>
          </w:tcPr>
          <w:p w14:paraId="2D557E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</w:tr>
      <w:tr w:rsidR="00501161" w14:paraId="09C23249" w14:textId="77777777">
        <w:trPr>
          <w:jc w:val="center"/>
        </w:trPr>
        <w:tc>
          <w:tcPr>
            <w:tcW w:w="3581" w:type="dxa"/>
          </w:tcPr>
          <w:p w14:paraId="3408FD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433" w:type="dxa"/>
          </w:tcPr>
          <w:p w14:paraId="57FC6B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135</w:t>
            </w:r>
          </w:p>
        </w:tc>
      </w:tr>
      <w:tr w:rsidR="00501161" w14:paraId="369B3137" w14:textId="77777777">
        <w:trPr>
          <w:jc w:val="center"/>
        </w:trPr>
        <w:tc>
          <w:tcPr>
            <w:tcW w:w="3581" w:type="dxa"/>
          </w:tcPr>
          <w:p w14:paraId="7A0FD4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433" w:type="dxa"/>
          </w:tcPr>
          <w:p w14:paraId="4C6415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</w:t>
            </w:r>
          </w:p>
        </w:tc>
      </w:tr>
      <w:tr w:rsidR="00501161" w14:paraId="7B3D06D7" w14:textId="77777777">
        <w:trPr>
          <w:jc w:val="center"/>
        </w:trPr>
        <w:tc>
          <w:tcPr>
            <w:tcW w:w="3581" w:type="dxa"/>
          </w:tcPr>
          <w:p w14:paraId="7ABBDB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433" w:type="dxa"/>
          </w:tcPr>
          <w:p w14:paraId="13F00D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 / 9</w:t>
            </w:r>
          </w:p>
        </w:tc>
      </w:tr>
      <w:tr w:rsidR="00501161" w14:paraId="2DDDF993" w14:textId="77777777">
        <w:trPr>
          <w:jc w:val="center"/>
        </w:trPr>
        <w:tc>
          <w:tcPr>
            <w:tcW w:w="3581" w:type="dxa"/>
          </w:tcPr>
          <w:p w14:paraId="6F3C5B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433" w:type="dxa"/>
          </w:tcPr>
          <w:p w14:paraId="798CE9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</w:t>
            </w:r>
          </w:p>
        </w:tc>
      </w:tr>
      <w:tr w:rsidR="00501161" w14:paraId="4903338A" w14:textId="77777777">
        <w:trPr>
          <w:jc w:val="center"/>
        </w:trPr>
        <w:tc>
          <w:tcPr>
            <w:tcW w:w="3581" w:type="dxa"/>
          </w:tcPr>
          <w:p w14:paraId="37BC39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433" w:type="dxa"/>
          </w:tcPr>
          <w:p w14:paraId="4AF58B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5%</w:t>
            </w:r>
          </w:p>
        </w:tc>
      </w:tr>
      <w:tr w:rsidR="00501161" w14:paraId="08CCF855" w14:textId="77777777">
        <w:trPr>
          <w:jc w:val="center"/>
        </w:trPr>
        <w:tc>
          <w:tcPr>
            <w:tcW w:w="3581" w:type="dxa"/>
          </w:tcPr>
          <w:p w14:paraId="1ADD0C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433" w:type="dxa"/>
          </w:tcPr>
          <w:p w14:paraId="2D469B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×1.0 / ×1.0 / ×1.0</w:t>
            </w:r>
          </w:p>
        </w:tc>
      </w:tr>
      <w:tr w:rsidR="00501161" w14:paraId="56769F0D" w14:textId="77777777">
        <w:trPr>
          <w:jc w:val="center"/>
        </w:trPr>
        <w:tc>
          <w:tcPr>
            <w:tcW w:w="3581" w:type="dxa"/>
          </w:tcPr>
          <w:p w14:paraId="3A5F98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433" w:type="dxa"/>
          </w:tcPr>
          <w:p w14:paraId="007D00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 / 19</w:t>
            </w:r>
          </w:p>
        </w:tc>
      </w:tr>
      <w:tr w:rsidR="00501161" w14:paraId="232FD6B2" w14:textId="77777777">
        <w:trPr>
          <w:jc w:val="center"/>
        </w:trPr>
        <w:tc>
          <w:tcPr>
            <w:tcW w:w="3581" w:type="dxa"/>
          </w:tcPr>
          <w:p w14:paraId="1FC08A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433" w:type="dxa"/>
          </w:tcPr>
          <w:p w14:paraId="388A0D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ครีบกระหนก </w:t>
            </w:r>
            <w:r>
              <w:rPr>
                <w:sz w:val="28"/>
                <w:szCs w:val="28"/>
              </w:rPr>
              <w:t>(50%)</w:t>
            </w:r>
          </w:p>
        </w:tc>
      </w:tr>
      <w:tr w:rsidR="00501161" w14:paraId="427F4C4E" w14:textId="77777777">
        <w:trPr>
          <w:jc w:val="center"/>
        </w:trPr>
        <w:tc>
          <w:tcPr>
            <w:tcW w:w="3581" w:type="dxa"/>
          </w:tcPr>
          <w:p w14:paraId="7D4C34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433" w:type="dxa"/>
          </w:tcPr>
          <w:p w14:paraId="6F8E55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ครีบกระหนกทอง — เงื่อนไข: ปิดจ๊อบขณะติด Bind</w:t>
            </w:r>
          </w:p>
        </w:tc>
      </w:tr>
      <w:tr w:rsidR="00501161" w14:paraId="753DB143" w14:textId="77777777">
        <w:trPr>
          <w:jc w:val="center"/>
        </w:trPr>
        <w:tc>
          <w:tcPr>
            <w:tcW w:w="3581" w:type="dxa"/>
          </w:tcPr>
          <w:p w14:paraId="289F1F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433" w:type="dxa"/>
          </w:tcPr>
          <w:p w14:paraId="7B7FE9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2–3</w:t>
            </w:r>
          </w:p>
        </w:tc>
      </w:tr>
      <w:tr w:rsidR="00501161" w14:paraId="21DA9709" w14:textId="77777777">
        <w:trPr>
          <w:jc w:val="center"/>
        </w:trPr>
        <w:tc>
          <w:tcPr>
            <w:tcW w:w="3581" w:type="dxa"/>
          </w:tcPr>
          <w:p w14:paraId="5AC64F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433" w:type="dxa"/>
          </w:tcPr>
          <w:p w14:paraId="04F40E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59E0FE86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4"/>
        <w:gridCol w:w="4774"/>
        <w:gridCol w:w="1414"/>
        <w:gridCol w:w="1414"/>
      </w:tblGrid>
      <w:tr w:rsidR="00501161" w14:paraId="39043863" w14:textId="77777777">
        <w:trPr>
          <w:tblHeader/>
          <w:jc w:val="center"/>
        </w:trPr>
        <w:tc>
          <w:tcPr>
            <w:tcW w:w="1414" w:type="dxa"/>
            <w:shd w:val="clear" w:color="auto" w:fill="F2F2F2"/>
          </w:tcPr>
          <w:p w14:paraId="279134B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774" w:type="dxa"/>
            <w:shd w:val="clear" w:color="auto" w:fill="F2F2F2"/>
          </w:tcPr>
          <w:p w14:paraId="08A1439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414" w:type="dxa"/>
            <w:shd w:val="clear" w:color="auto" w:fill="F2F2F2"/>
          </w:tcPr>
          <w:p w14:paraId="2DAB37F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414" w:type="dxa"/>
            <w:shd w:val="clear" w:color="auto" w:fill="F2F2F2"/>
          </w:tcPr>
          <w:p w14:paraId="1C8F1AC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653E570B" w14:textId="77777777">
        <w:trPr>
          <w:jc w:val="center"/>
        </w:trPr>
        <w:tc>
          <w:tcPr>
            <w:tcW w:w="1414" w:type="dxa"/>
          </w:tcPr>
          <w:p w14:paraId="71F408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ซุ่ม</w:t>
            </w:r>
          </w:p>
        </w:tc>
        <w:tc>
          <w:tcPr>
            <w:tcW w:w="4774" w:type="dxa"/>
          </w:tcPr>
          <w:p w14:paraId="3A0479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ได้ลงมือก่อนเสมอในเทิร์นแรก (Passive)</w:t>
            </w:r>
          </w:p>
        </w:tc>
        <w:tc>
          <w:tcPr>
            <w:tcW w:w="1414" w:type="dxa"/>
          </w:tcPr>
          <w:p w14:paraId="58BD8E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4" w:type="dxa"/>
          </w:tcPr>
          <w:p w14:paraId="7B00B5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41E87A70" w14:textId="77777777">
        <w:trPr>
          <w:jc w:val="center"/>
        </w:trPr>
        <w:tc>
          <w:tcPr>
            <w:tcW w:w="1414" w:type="dxa"/>
          </w:tcPr>
          <w:p w14:paraId="239E1F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ครีบเฉือน</w:t>
            </w:r>
          </w:p>
        </w:tc>
        <w:tc>
          <w:tcPr>
            <w:tcW w:w="4774" w:type="dxa"/>
          </w:tcPr>
          <w:p w14:paraId="042A8D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120%</w:t>
            </w:r>
          </w:p>
        </w:tc>
        <w:tc>
          <w:tcPr>
            <w:tcW w:w="1414" w:type="dxa"/>
          </w:tcPr>
          <w:p w14:paraId="6F7F42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4" w:type="dxa"/>
          </w:tcPr>
          <w:p w14:paraId="00185E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</w:tr>
      <w:tr w:rsidR="00501161" w14:paraId="783B8F6E" w14:textId="77777777">
        <w:trPr>
          <w:jc w:val="center"/>
        </w:trPr>
        <w:tc>
          <w:tcPr>
            <w:tcW w:w="1414" w:type="dxa"/>
          </w:tcPr>
          <w:p w14:paraId="0EADE9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เฉือนคู่</w:t>
            </w:r>
          </w:p>
        </w:tc>
        <w:tc>
          <w:tcPr>
            <w:tcW w:w="4774" w:type="dxa"/>
          </w:tcPr>
          <w:p w14:paraId="40D2F2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70% × 2</w:t>
            </w:r>
          </w:p>
        </w:tc>
        <w:tc>
          <w:tcPr>
            <w:tcW w:w="1414" w:type="dxa"/>
          </w:tcPr>
          <w:p w14:paraId="77A015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414" w:type="dxa"/>
          </w:tcPr>
          <w:p w14:paraId="5354D3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</w:tbl>
    <w:p w14:paraId="1FFA7A54" w14:textId="77777777" w:rsidR="00501161" w:rsidRDefault="00501161">
      <w:pPr>
        <w:spacing w:after="40"/>
      </w:pPr>
    </w:p>
    <w:p w14:paraId="6733BCA8" w14:textId="77777777" w:rsidR="00501161" w:rsidRDefault="00C637DA">
      <w:pPr>
        <w:pStyle w:val="Heading4"/>
      </w:pPr>
      <w:r>
        <w:t>โลโต — สัตว์ชั้นสูง · Charger</w:t>
      </w:r>
    </w:p>
    <w:p w14:paraId="46D9788F" w14:textId="77777777" w:rsidR="00501161" w:rsidRDefault="00C637DA">
      <w:pPr>
        <w:ind w:firstLine="720"/>
      </w:pPr>
      <w:r>
        <w:t>สิงห์จำพวกหนึ่ง มีงวงและงาเล็กๆ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40"/>
        <w:gridCol w:w="5975"/>
      </w:tblGrid>
      <w:tr w:rsidR="00501161" w14:paraId="3DE8A7F3" w14:textId="77777777">
        <w:trPr>
          <w:tblHeader/>
          <w:jc w:val="center"/>
        </w:trPr>
        <w:tc>
          <w:tcPr>
            <w:tcW w:w="3040" w:type="dxa"/>
            <w:shd w:val="clear" w:color="auto" w:fill="F2F2F2"/>
          </w:tcPr>
          <w:p w14:paraId="1FF2E5A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975" w:type="dxa"/>
            <w:shd w:val="clear" w:color="auto" w:fill="F2F2F2"/>
          </w:tcPr>
          <w:p w14:paraId="44604FF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4201DDB7" w14:textId="77777777">
        <w:trPr>
          <w:jc w:val="center"/>
        </w:trPr>
        <w:tc>
          <w:tcPr>
            <w:tcW w:w="3040" w:type="dxa"/>
          </w:tcPr>
          <w:p w14:paraId="217FDA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975" w:type="dxa"/>
          </w:tcPr>
          <w:p w14:paraId="40E8E7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2223F6B2" w14:textId="77777777">
        <w:trPr>
          <w:jc w:val="center"/>
        </w:trPr>
        <w:tc>
          <w:tcPr>
            <w:tcW w:w="3040" w:type="dxa"/>
          </w:tcPr>
          <w:p w14:paraId="5CA38F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975" w:type="dxa"/>
          </w:tcPr>
          <w:p w14:paraId="09B28E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756</w:t>
            </w:r>
          </w:p>
        </w:tc>
      </w:tr>
      <w:tr w:rsidR="00501161" w14:paraId="582AD04B" w14:textId="77777777">
        <w:trPr>
          <w:jc w:val="center"/>
        </w:trPr>
        <w:tc>
          <w:tcPr>
            <w:tcW w:w="3040" w:type="dxa"/>
          </w:tcPr>
          <w:p w14:paraId="58BBD7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975" w:type="dxa"/>
          </w:tcPr>
          <w:p w14:paraId="3942F1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65</w:t>
            </w:r>
          </w:p>
        </w:tc>
      </w:tr>
      <w:tr w:rsidR="00501161" w14:paraId="11E37FCE" w14:textId="77777777">
        <w:trPr>
          <w:jc w:val="center"/>
        </w:trPr>
        <w:tc>
          <w:tcPr>
            <w:tcW w:w="3040" w:type="dxa"/>
          </w:tcPr>
          <w:p w14:paraId="7D85A6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DEF / Magic DEF</w:t>
            </w:r>
          </w:p>
        </w:tc>
        <w:tc>
          <w:tcPr>
            <w:tcW w:w="5975" w:type="dxa"/>
          </w:tcPr>
          <w:p w14:paraId="0B56897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 / 15</w:t>
            </w:r>
          </w:p>
        </w:tc>
      </w:tr>
      <w:tr w:rsidR="00501161" w14:paraId="2D5A3AEF" w14:textId="77777777">
        <w:trPr>
          <w:jc w:val="center"/>
        </w:trPr>
        <w:tc>
          <w:tcPr>
            <w:tcW w:w="3040" w:type="dxa"/>
          </w:tcPr>
          <w:p w14:paraId="5FAACD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975" w:type="dxa"/>
          </w:tcPr>
          <w:p w14:paraId="36A6857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</w:t>
            </w:r>
          </w:p>
        </w:tc>
      </w:tr>
      <w:tr w:rsidR="00501161" w14:paraId="528C069F" w14:textId="77777777">
        <w:trPr>
          <w:jc w:val="center"/>
        </w:trPr>
        <w:tc>
          <w:tcPr>
            <w:tcW w:w="3040" w:type="dxa"/>
          </w:tcPr>
          <w:p w14:paraId="7993B8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975" w:type="dxa"/>
          </w:tcPr>
          <w:p w14:paraId="33189E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10%</w:t>
            </w:r>
          </w:p>
        </w:tc>
      </w:tr>
      <w:tr w:rsidR="00501161" w14:paraId="7F747407" w14:textId="77777777">
        <w:trPr>
          <w:jc w:val="center"/>
        </w:trPr>
        <w:tc>
          <w:tcPr>
            <w:tcW w:w="3040" w:type="dxa"/>
          </w:tcPr>
          <w:p w14:paraId="60E6EF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975" w:type="dxa"/>
          </w:tcPr>
          <w:p w14:paraId="167772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×1.0 / ×1.0 / Resist ×0.5</w:t>
            </w:r>
          </w:p>
        </w:tc>
      </w:tr>
      <w:tr w:rsidR="00501161" w14:paraId="5A17F6D7" w14:textId="77777777">
        <w:trPr>
          <w:jc w:val="center"/>
        </w:trPr>
        <w:tc>
          <w:tcPr>
            <w:tcW w:w="3040" w:type="dxa"/>
          </w:tcPr>
          <w:p w14:paraId="31943A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975" w:type="dxa"/>
          </w:tcPr>
          <w:p w14:paraId="1EA5CF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94 / 87</w:t>
            </w:r>
          </w:p>
        </w:tc>
      </w:tr>
      <w:tr w:rsidR="00501161" w14:paraId="351FBC7A" w14:textId="77777777">
        <w:trPr>
          <w:jc w:val="center"/>
        </w:trPr>
        <w:tc>
          <w:tcPr>
            <w:tcW w:w="3040" w:type="dxa"/>
          </w:tcPr>
          <w:p w14:paraId="64656C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975" w:type="dxa"/>
          </w:tcPr>
          <w:p w14:paraId="220BAE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งาโลโต </w:t>
            </w:r>
            <w:r>
              <w:rPr>
                <w:sz w:val="28"/>
                <w:szCs w:val="28"/>
              </w:rPr>
              <w:t>(100%)</w:t>
            </w:r>
          </w:p>
        </w:tc>
      </w:tr>
      <w:tr w:rsidR="00501161" w14:paraId="752F55F8" w14:textId="77777777">
        <w:trPr>
          <w:jc w:val="center"/>
        </w:trPr>
        <w:tc>
          <w:tcPr>
            <w:tcW w:w="3040" w:type="dxa"/>
          </w:tcPr>
          <w:p w14:paraId="1D8E52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975" w:type="dxa"/>
          </w:tcPr>
          <w:p w14:paraId="780BBB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งวงโลโต — เงื่อนไข: ยกเลิกท่าพุ่งงาด้วยมอญยันหลัก แล้วชนะ</w:t>
            </w:r>
          </w:p>
        </w:tc>
      </w:tr>
      <w:tr w:rsidR="00501161" w14:paraId="623187FB" w14:textId="77777777">
        <w:trPr>
          <w:jc w:val="center"/>
        </w:trPr>
        <w:tc>
          <w:tcPr>
            <w:tcW w:w="3040" w:type="dxa"/>
          </w:tcPr>
          <w:p w14:paraId="340210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975" w:type="dxa"/>
          </w:tcPr>
          <w:p w14:paraId="4E3BAB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1–3 (เดินวน)</w:t>
            </w:r>
          </w:p>
        </w:tc>
      </w:tr>
      <w:tr w:rsidR="00501161" w14:paraId="3EFED75F" w14:textId="77777777">
        <w:trPr>
          <w:jc w:val="center"/>
        </w:trPr>
        <w:tc>
          <w:tcPr>
            <w:tcW w:w="3040" w:type="dxa"/>
          </w:tcPr>
          <w:p w14:paraId="213A8B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975" w:type="dxa"/>
          </w:tcPr>
          <w:p w14:paraId="5E10A1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  <w:tr w:rsidR="00501161" w14:paraId="4204B666" w14:textId="77777777">
        <w:trPr>
          <w:jc w:val="center"/>
        </w:trPr>
        <w:tc>
          <w:tcPr>
            <w:tcW w:w="3040" w:type="dxa"/>
          </w:tcPr>
          <w:p w14:paraId="519930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5975" w:type="dxa"/>
          </w:tcPr>
          <w:p w14:paraId="7CD63D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เดินวนตามเส้นทางตายตัว 12 ช่อง ไม่ไล่ผู้เล่น</w:t>
            </w:r>
          </w:p>
        </w:tc>
      </w:tr>
    </w:tbl>
    <w:p w14:paraId="49D62EE9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96"/>
        <w:gridCol w:w="4826"/>
        <w:gridCol w:w="1396"/>
        <w:gridCol w:w="1396"/>
      </w:tblGrid>
      <w:tr w:rsidR="00501161" w14:paraId="71257B76" w14:textId="77777777">
        <w:trPr>
          <w:tblHeader/>
          <w:jc w:val="center"/>
        </w:trPr>
        <w:tc>
          <w:tcPr>
            <w:tcW w:w="1396" w:type="dxa"/>
            <w:shd w:val="clear" w:color="auto" w:fill="F2F2F2"/>
          </w:tcPr>
          <w:p w14:paraId="38D281E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826" w:type="dxa"/>
            <w:shd w:val="clear" w:color="auto" w:fill="F2F2F2"/>
          </w:tcPr>
          <w:p w14:paraId="7ECE4BE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396" w:type="dxa"/>
            <w:shd w:val="clear" w:color="auto" w:fill="F2F2F2"/>
          </w:tcPr>
          <w:p w14:paraId="4B43376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396" w:type="dxa"/>
            <w:shd w:val="clear" w:color="auto" w:fill="F2F2F2"/>
          </w:tcPr>
          <w:p w14:paraId="6CB1841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107FD54F" w14:textId="77777777">
        <w:trPr>
          <w:jc w:val="center"/>
        </w:trPr>
        <w:tc>
          <w:tcPr>
            <w:tcW w:w="1396" w:type="dxa"/>
          </w:tcPr>
          <w:p w14:paraId="45FE49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งวงฟาด</w:t>
            </w:r>
          </w:p>
        </w:tc>
        <w:tc>
          <w:tcPr>
            <w:tcW w:w="4826" w:type="dxa"/>
          </w:tcPr>
          <w:p w14:paraId="475DCD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110%</w:t>
            </w:r>
          </w:p>
        </w:tc>
        <w:tc>
          <w:tcPr>
            <w:tcW w:w="1396" w:type="dxa"/>
          </w:tcPr>
          <w:p w14:paraId="74A010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96" w:type="dxa"/>
          </w:tcPr>
          <w:p w14:paraId="3BAA54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  <w:tr w:rsidR="00501161" w14:paraId="44ACDADC" w14:textId="77777777">
        <w:trPr>
          <w:jc w:val="center"/>
        </w:trPr>
        <w:tc>
          <w:tcPr>
            <w:tcW w:w="1396" w:type="dxa"/>
          </w:tcPr>
          <w:p w14:paraId="1326E4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พุ่งงา</w:t>
            </w:r>
          </w:p>
        </w:tc>
        <w:tc>
          <w:tcPr>
            <w:tcW w:w="4826" w:type="dxa"/>
          </w:tcPr>
          <w:p w14:paraId="56135A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ชาร์จ 1 เทิร์น → Physical 250% ใส่ 1 คน</w:t>
            </w:r>
          </w:p>
        </w:tc>
        <w:tc>
          <w:tcPr>
            <w:tcW w:w="1396" w:type="dxa"/>
          </w:tcPr>
          <w:p w14:paraId="3F8EC8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396" w:type="dxa"/>
          </w:tcPr>
          <w:p w14:paraId="63A179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</w:tbl>
    <w:p w14:paraId="3654F12E" w14:textId="77777777" w:rsidR="00501161" w:rsidRDefault="00501161">
      <w:pPr>
        <w:spacing w:after="40"/>
      </w:pPr>
    </w:p>
    <w:p w14:paraId="73B54195" w14:textId="77777777" w:rsidR="00501161" w:rsidRDefault="00C637DA">
      <w:pPr>
        <w:pStyle w:val="Heading4"/>
      </w:pPr>
      <w:r>
        <w:t>สางแปลง — สัตว์ชั้นสูง · Aggressive</w:t>
      </w:r>
    </w:p>
    <w:p w14:paraId="0BA1E319" w14:textId="77777777" w:rsidR="00501161" w:rsidRDefault="00C637DA">
      <w:pPr>
        <w:ind w:firstLine="720"/>
      </w:pPr>
      <w:r>
        <w:t>หัวและลำตัวเป็นสิงห์ หงอนเป็นกิเลน จมูกและเท้าเป็นเสือ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41"/>
        <w:gridCol w:w="6173"/>
      </w:tblGrid>
      <w:tr w:rsidR="00501161" w14:paraId="75933D9F" w14:textId="77777777">
        <w:trPr>
          <w:tblHeader/>
          <w:jc w:val="center"/>
        </w:trPr>
        <w:tc>
          <w:tcPr>
            <w:tcW w:w="2841" w:type="dxa"/>
            <w:shd w:val="clear" w:color="auto" w:fill="F2F2F2"/>
          </w:tcPr>
          <w:p w14:paraId="5C91F43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6173" w:type="dxa"/>
            <w:shd w:val="clear" w:color="auto" w:fill="F2F2F2"/>
          </w:tcPr>
          <w:p w14:paraId="6652124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6EE70ED8" w14:textId="77777777">
        <w:trPr>
          <w:jc w:val="center"/>
        </w:trPr>
        <w:tc>
          <w:tcPr>
            <w:tcW w:w="2841" w:type="dxa"/>
          </w:tcPr>
          <w:p w14:paraId="2CB000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6173" w:type="dxa"/>
          </w:tcPr>
          <w:p w14:paraId="7703FB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</w:t>
            </w:r>
          </w:p>
        </w:tc>
      </w:tr>
      <w:tr w:rsidR="00501161" w14:paraId="33EF290A" w14:textId="77777777">
        <w:trPr>
          <w:jc w:val="center"/>
        </w:trPr>
        <w:tc>
          <w:tcPr>
            <w:tcW w:w="2841" w:type="dxa"/>
          </w:tcPr>
          <w:p w14:paraId="313171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6173" w:type="dxa"/>
          </w:tcPr>
          <w:p w14:paraId="50CBC2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630</w:t>
            </w:r>
          </w:p>
        </w:tc>
      </w:tr>
      <w:tr w:rsidR="00501161" w14:paraId="262F941A" w14:textId="77777777">
        <w:trPr>
          <w:jc w:val="center"/>
        </w:trPr>
        <w:tc>
          <w:tcPr>
            <w:tcW w:w="2841" w:type="dxa"/>
          </w:tcPr>
          <w:p w14:paraId="790643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6173" w:type="dxa"/>
          </w:tcPr>
          <w:p w14:paraId="0049B1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65</w:t>
            </w:r>
          </w:p>
        </w:tc>
      </w:tr>
      <w:tr w:rsidR="00501161" w14:paraId="382EC265" w14:textId="77777777">
        <w:trPr>
          <w:jc w:val="center"/>
        </w:trPr>
        <w:tc>
          <w:tcPr>
            <w:tcW w:w="2841" w:type="dxa"/>
          </w:tcPr>
          <w:p w14:paraId="0A5168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6173" w:type="dxa"/>
          </w:tcPr>
          <w:p w14:paraId="702435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 / 13</w:t>
            </w:r>
          </w:p>
        </w:tc>
      </w:tr>
      <w:tr w:rsidR="00501161" w14:paraId="0DE054FD" w14:textId="77777777">
        <w:trPr>
          <w:jc w:val="center"/>
        </w:trPr>
        <w:tc>
          <w:tcPr>
            <w:tcW w:w="2841" w:type="dxa"/>
          </w:tcPr>
          <w:p w14:paraId="74E466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6173" w:type="dxa"/>
          </w:tcPr>
          <w:p w14:paraId="7942AC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</w:t>
            </w:r>
          </w:p>
        </w:tc>
      </w:tr>
      <w:tr w:rsidR="00501161" w14:paraId="74893330" w14:textId="77777777">
        <w:trPr>
          <w:jc w:val="center"/>
        </w:trPr>
        <w:tc>
          <w:tcPr>
            <w:tcW w:w="2841" w:type="dxa"/>
          </w:tcPr>
          <w:p w14:paraId="722921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6173" w:type="dxa"/>
          </w:tcPr>
          <w:p w14:paraId="2EE725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10%</w:t>
            </w:r>
          </w:p>
        </w:tc>
      </w:tr>
      <w:tr w:rsidR="00501161" w14:paraId="7B43E62D" w14:textId="77777777">
        <w:trPr>
          <w:jc w:val="center"/>
        </w:trPr>
        <w:tc>
          <w:tcPr>
            <w:tcW w:w="2841" w:type="dxa"/>
          </w:tcPr>
          <w:p w14:paraId="4E7DB9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ธาตุ (ไฟ / </w:t>
            </w:r>
            <w:r>
              <w:rPr>
                <w:sz w:val="28"/>
                <w:szCs w:val="28"/>
              </w:rPr>
              <w:t>น้ำ / ลม / กายภาพ)</w:t>
            </w:r>
          </w:p>
        </w:tc>
        <w:tc>
          <w:tcPr>
            <w:tcW w:w="6173" w:type="dxa"/>
          </w:tcPr>
          <w:p w14:paraId="4840DB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Weak ×1.5 / ×1.0 / ×1.0</w:t>
            </w:r>
          </w:p>
        </w:tc>
      </w:tr>
      <w:tr w:rsidR="00501161" w14:paraId="2879C37D" w14:textId="77777777">
        <w:trPr>
          <w:jc w:val="center"/>
        </w:trPr>
        <w:tc>
          <w:tcPr>
            <w:tcW w:w="2841" w:type="dxa"/>
          </w:tcPr>
          <w:p w14:paraId="76E23C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6173" w:type="dxa"/>
          </w:tcPr>
          <w:p w14:paraId="6043EA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94 / 87</w:t>
            </w:r>
          </w:p>
        </w:tc>
      </w:tr>
      <w:tr w:rsidR="00501161" w14:paraId="17F4A4C3" w14:textId="77777777">
        <w:trPr>
          <w:jc w:val="center"/>
        </w:trPr>
        <w:tc>
          <w:tcPr>
            <w:tcW w:w="2841" w:type="dxa"/>
          </w:tcPr>
          <w:p w14:paraId="624D61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6173" w:type="dxa"/>
          </w:tcPr>
          <w:p w14:paraId="4DA397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หงอนสางแปลง (100%)</w:t>
            </w:r>
          </w:p>
        </w:tc>
      </w:tr>
      <w:tr w:rsidR="00501161" w14:paraId="1CE8CCA3" w14:textId="77777777">
        <w:trPr>
          <w:jc w:val="center"/>
        </w:trPr>
        <w:tc>
          <w:tcPr>
            <w:tcW w:w="2841" w:type="dxa"/>
          </w:tcPr>
          <w:p w14:paraId="1F618B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6173" w:type="dxa"/>
          </w:tcPr>
          <w:p w14:paraId="7C3F21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จมูกเสือสางแปลง — เงื่อนไข: ปิดจ๊อบด้วยธาตุน้ำ</w:t>
            </w:r>
          </w:p>
        </w:tc>
      </w:tr>
      <w:tr w:rsidR="00501161" w14:paraId="48B3E57A" w14:textId="77777777">
        <w:trPr>
          <w:jc w:val="center"/>
        </w:trPr>
        <w:tc>
          <w:tcPr>
            <w:tcW w:w="2841" w:type="dxa"/>
          </w:tcPr>
          <w:p w14:paraId="29FF44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6173" w:type="dxa"/>
          </w:tcPr>
          <w:p w14:paraId="40F316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3</w:t>
            </w:r>
          </w:p>
        </w:tc>
      </w:tr>
      <w:tr w:rsidR="00501161" w14:paraId="4A124F23" w14:textId="77777777">
        <w:trPr>
          <w:jc w:val="center"/>
        </w:trPr>
        <w:tc>
          <w:tcPr>
            <w:tcW w:w="2841" w:type="dxa"/>
          </w:tcPr>
          <w:p w14:paraId="387748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6173" w:type="dxa"/>
          </w:tcPr>
          <w:p w14:paraId="531790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  <w:tr w:rsidR="00501161" w14:paraId="210BA2B8" w14:textId="77777777">
        <w:trPr>
          <w:jc w:val="center"/>
        </w:trPr>
        <w:tc>
          <w:tcPr>
            <w:tcW w:w="2841" w:type="dxa"/>
          </w:tcPr>
          <w:p w14:paraId="3B72D5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6173" w:type="dxa"/>
          </w:tcPr>
          <w:p w14:paraId="3F7906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หยุดนิ่ง </w:t>
            </w:r>
            <w:r>
              <w:rPr>
                <w:sz w:val="28"/>
                <w:szCs w:val="28"/>
              </w:rPr>
              <w:t>เมื่อเห็นผู้เล่นในแนวตรง 3 ช่อง จะไล่ตาม 1 ช่องต่อก้าว</w:t>
            </w:r>
          </w:p>
        </w:tc>
      </w:tr>
    </w:tbl>
    <w:p w14:paraId="566E208B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3"/>
        <w:gridCol w:w="4746"/>
        <w:gridCol w:w="1423"/>
        <w:gridCol w:w="1423"/>
      </w:tblGrid>
      <w:tr w:rsidR="00501161" w14:paraId="63FAF8A4" w14:textId="77777777">
        <w:trPr>
          <w:tblHeader/>
          <w:jc w:val="center"/>
        </w:trPr>
        <w:tc>
          <w:tcPr>
            <w:tcW w:w="1423" w:type="dxa"/>
            <w:shd w:val="clear" w:color="auto" w:fill="F2F2F2"/>
          </w:tcPr>
          <w:p w14:paraId="59E35B1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746" w:type="dxa"/>
            <w:shd w:val="clear" w:color="auto" w:fill="F2F2F2"/>
          </w:tcPr>
          <w:p w14:paraId="0229B4E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423" w:type="dxa"/>
            <w:shd w:val="clear" w:color="auto" w:fill="F2F2F2"/>
          </w:tcPr>
          <w:p w14:paraId="150EDDD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423" w:type="dxa"/>
            <w:shd w:val="clear" w:color="auto" w:fill="F2F2F2"/>
          </w:tcPr>
          <w:p w14:paraId="766035C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6F68A9C3" w14:textId="77777777">
        <w:trPr>
          <w:jc w:val="center"/>
        </w:trPr>
        <w:tc>
          <w:tcPr>
            <w:tcW w:w="1423" w:type="dxa"/>
          </w:tcPr>
          <w:p w14:paraId="2E2189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ตะปบ</w:t>
            </w:r>
          </w:p>
        </w:tc>
        <w:tc>
          <w:tcPr>
            <w:tcW w:w="4746" w:type="dxa"/>
          </w:tcPr>
          <w:p w14:paraId="579225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120%</w:t>
            </w:r>
          </w:p>
        </w:tc>
        <w:tc>
          <w:tcPr>
            <w:tcW w:w="1423" w:type="dxa"/>
          </w:tcPr>
          <w:p w14:paraId="1CAF27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</w:tcPr>
          <w:p w14:paraId="069078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</w:tr>
      <w:tr w:rsidR="00501161" w14:paraId="7A5BF925" w14:textId="77777777">
        <w:trPr>
          <w:jc w:val="center"/>
        </w:trPr>
        <w:tc>
          <w:tcPr>
            <w:tcW w:w="1423" w:type="dxa"/>
          </w:tcPr>
          <w:p w14:paraId="1D4598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ตะครุบ</w:t>
            </w:r>
          </w:p>
        </w:tc>
        <w:tc>
          <w:tcPr>
            <w:tcW w:w="4746" w:type="dxa"/>
          </w:tcPr>
          <w:p w14:paraId="11FB07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Physical 90% × 2 </w:t>
            </w:r>
            <w:r>
              <w:rPr>
                <w:sz w:val="28"/>
                <w:szCs w:val="28"/>
              </w:rPr>
              <w:t>ใส่ตัวที่ HP ต่ำสุด</w:t>
            </w:r>
          </w:p>
        </w:tc>
        <w:tc>
          <w:tcPr>
            <w:tcW w:w="1423" w:type="dxa"/>
          </w:tcPr>
          <w:p w14:paraId="665250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423" w:type="dxa"/>
          </w:tcPr>
          <w:p w14:paraId="7EDCDE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</w:tbl>
    <w:p w14:paraId="3571F3C2" w14:textId="77777777" w:rsidR="00501161" w:rsidRDefault="00501161">
      <w:pPr>
        <w:spacing w:after="40"/>
      </w:pPr>
    </w:p>
    <w:p w14:paraId="6FA121EE" w14:textId="77777777" w:rsidR="00501161" w:rsidRDefault="00C637DA">
      <w:pPr>
        <w:pStyle w:val="Heading3"/>
      </w:pPr>
      <w:r>
        <w:t xml:space="preserve">13.6.2 Chapter 2 — </w:t>
      </w:r>
      <w:r>
        <w:t>ลุ่มน้ำปัญจมหานที</w:t>
      </w:r>
    </w:p>
    <w:p w14:paraId="139F9A1B" w14:textId="77777777" w:rsidR="00501161" w:rsidRDefault="00C637DA">
      <w:pPr>
        <w:pStyle w:val="Heading4"/>
      </w:pPr>
      <w:r>
        <w:t>สินธพนัที — ทั่วไป · Aggressive</w:t>
      </w:r>
    </w:p>
    <w:p w14:paraId="6CE7ADFC" w14:textId="77777777" w:rsidR="00501161" w:rsidRDefault="00C637DA">
      <w:pPr>
        <w:ind w:firstLine="720"/>
      </w:pPr>
      <w:r>
        <w:t>หัวและลำตัวเป็นม้า หางเป็นปลา มีครีบที่หลังและน่อง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81"/>
        <w:gridCol w:w="5433"/>
      </w:tblGrid>
      <w:tr w:rsidR="00501161" w14:paraId="7347B0D8" w14:textId="77777777">
        <w:trPr>
          <w:tblHeader/>
          <w:jc w:val="center"/>
        </w:trPr>
        <w:tc>
          <w:tcPr>
            <w:tcW w:w="3581" w:type="dxa"/>
            <w:shd w:val="clear" w:color="auto" w:fill="F2F2F2"/>
          </w:tcPr>
          <w:p w14:paraId="0F0A94E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433" w:type="dxa"/>
            <w:shd w:val="clear" w:color="auto" w:fill="F2F2F2"/>
          </w:tcPr>
          <w:p w14:paraId="23FE712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3B1F3030" w14:textId="77777777">
        <w:trPr>
          <w:jc w:val="center"/>
        </w:trPr>
        <w:tc>
          <w:tcPr>
            <w:tcW w:w="3581" w:type="dxa"/>
          </w:tcPr>
          <w:p w14:paraId="205839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433" w:type="dxa"/>
          </w:tcPr>
          <w:p w14:paraId="73AFD2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</w:tr>
      <w:tr w:rsidR="00501161" w14:paraId="355F499E" w14:textId="77777777">
        <w:trPr>
          <w:jc w:val="center"/>
        </w:trPr>
        <w:tc>
          <w:tcPr>
            <w:tcW w:w="3581" w:type="dxa"/>
          </w:tcPr>
          <w:p w14:paraId="368876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433" w:type="dxa"/>
          </w:tcPr>
          <w:p w14:paraId="2C362C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240</w:t>
            </w:r>
          </w:p>
        </w:tc>
      </w:tr>
      <w:tr w:rsidR="00501161" w14:paraId="4BEF7FB9" w14:textId="77777777">
        <w:trPr>
          <w:jc w:val="center"/>
        </w:trPr>
        <w:tc>
          <w:tcPr>
            <w:tcW w:w="3581" w:type="dxa"/>
          </w:tcPr>
          <w:p w14:paraId="23980F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433" w:type="dxa"/>
          </w:tcPr>
          <w:p w14:paraId="1B84AD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53</w:t>
            </w:r>
          </w:p>
        </w:tc>
      </w:tr>
      <w:tr w:rsidR="00501161" w14:paraId="3F59C104" w14:textId="77777777">
        <w:trPr>
          <w:jc w:val="center"/>
        </w:trPr>
        <w:tc>
          <w:tcPr>
            <w:tcW w:w="3581" w:type="dxa"/>
          </w:tcPr>
          <w:p w14:paraId="3E03B8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433" w:type="dxa"/>
          </w:tcPr>
          <w:p w14:paraId="2FC1F8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 / 15</w:t>
            </w:r>
          </w:p>
        </w:tc>
      </w:tr>
      <w:tr w:rsidR="00501161" w14:paraId="44A02562" w14:textId="77777777">
        <w:trPr>
          <w:jc w:val="center"/>
        </w:trPr>
        <w:tc>
          <w:tcPr>
            <w:tcW w:w="3581" w:type="dxa"/>
          </w:tcPr>
          <w:p w14:paraId="714E8F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433" w:type="dxa"/>
          </w:tcPr>
          <w:p w14:paraId="6DF3FF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</w:t>
            </w:r>
          </w:p>
        </w:tc>
      </w:tr>
      <w:tr w:rsidR="00501161" w14:paraId="1A9C0A01" w14:textId="77777777">
        <w:trPr>
          <w:jc w:val="center"/>
        </w:trPr>
        <w:tc>
          <w:tcPr>
            <w:tcW w:w="3581" w:type="dxa"/>
          </w:tcPr>
          <w:p w14:paraId="4EC6F3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433" w:type="dxa"/>
          </w:tcPr>
          <w:p w14:paraId="418B5D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7%</w:t>
            </w:r>
          </w:p>
        </w:tc>
      </w:tr>
      <w:tr w:rsidR="00501161" w14:paraId="02F051BE" w14:textId="77777777">
        <w:trPr>
          <w:jc w:val="center"/>
        </w:trPr>
        <w:tc>
          <w:tcPr>
            <w:tcW w:w="3581" w:type="dxa"/>
          </w:tcPr>
          <w:p w14:paraId="6F3876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433" w:type="dxa"/>
          </w:tcPr>
          <w:p w14:paraId="6421E2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Resist ×0.5 / Resist ×0.5 / Weak ×1.5 / ×1.0</w:t>
            </w:r>
          </w:p>
        </w:tc>
      </w:tr>
      <w:tr w:rsidR="00501161" w14:paraId="70DDD215" w14:textId="77777777">
        <w:trPr>
          <w:jc w:val="center"/>
        </w:trPr>
        <w:tc>
          <w:tcPr>
            <w:tcW w:w="3581" w:type="dxa"/>
          </w:tcPr>
          <w:p w14:paraId="587C9F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433" w:type="dxa"/>
          </w:tcPr>
          <w:p w14:paraId="400DEA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 / 33</w:t>
            </w:r>
          </w:p>
        </w:tc>
      </w:tr>
      <w:tr w:rsidR="00501161" w14:paraId="1CE875CE" w14:textId="77777777">
        <w:trPr>
          <w:jc w:val="center"/>
        </w:trPr>
        <w:tc>
          <w:tcPr>
            <w:tcW w:w="3581" w:type="dxa"/>
          </w:tcPr>
          <w:p w14:paraId="08D154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433" w:type="dxa"/>
          </w:tcPr>
          <w:p w14:paraId="61A89E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ครีบสินธพ (50%)</w:t>
            </w:r>
          </w:p>
        </w:tc>
      </w:tr>
      <w:tr w:rsidR="00501161" w14:paraId="44260A28" w14:textId="77777777">
        <w:trPr>
          <w:jc w:val="center"/>
        </w:trPr>
        <w:tc>
          <w:tcPr>
            <w:tcW w:w="3581" w:type="dxa"/>
          </w:tcPr>
          <w:p w14:paraId="1CFC19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433" w:type="dxa"/>
          </w:tcPr>
          <w:p w14:paraId="0E5DEB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หางปลาสินธพ — เงื่อนไข: ปิดจ๊อบด้วยธาตุลม</w:t>
            </w:r>
          </w:p>
        </w:tc>
      </w:tr>
      <w:tr w:rsidR="00501161" w14:paraId="5070F8C5" w14:textId="77777777">
        <w:trPr>
          <w:jc w:val="center"/>
        </w:trPr>
        <w:tc>
          <w:tcPr>
            <w:tcW w:w="3581" w:type="dxa"/>
          </w:tcPr>
          <w:p w14:paraId="02608B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433" w:type="dxa"/>
          </w:tcPr>
          <w:p w14:paraId="4CE6E1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1–4</w:t>
            </w:r>
          </w:p>
        </w:tc>
      </w:tr>
      <w:tr w:rsidR="00501161" w14:paraId="6A6D6A66" w14:textId="77777777">
        <w:trPr>
          <w:jc w:val="center"/>
        </w:trPr>
        <w:tc>
          <w:tcPr>
            <w:tcW w:w="3581" w:type="dxa"/>
          </w:tcPr>
          <w:p w14:paraId="19048E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433" w:type="dxa"/>
          </w:tcPr>
          <w:p w14:paraId="5ECC9B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1–3</w:t>
            </w:r>
          </w:p>
        </w:tc>
      </w:tr>
    </w:tbl>
    <w:p w14:paraId="0297BE13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60"/>
        <w:gridCol w:w="3135"/>
        <w:gridCol w:w="1960"/>
        <w:gridCol w:w="1960"/>
      </w:tblGrid>
      <w:tr w:rsidR="00501161" w14:paraId="1E269602" w14:textId="77777777">
        <w:trPr>
          <w:tblHeader/>
          <w:jc w:val="center"/>
        </w:trPr>
        <w:tc>
          <w:tcPr>
            <w:tcW w:w="1960" w:type="dxa"/>
            <w:shd w:val="clear" w:color="auto" w:fill="F2F2F2"/>
          </w:tcPr>
          <w:p w14:paraId="12638B6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3135" w:type="dxa"/>
            <w:shd w:val="clear" w:color="auto" w:fill="F2F2F2"/>
          </w:tcPr>
          <w:p w14:paraId="0FE810F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960" w:type="dxa"/>
            <w:shd w:val="clear" w:color="auto" w:fill="F2F2F2"/>
          </w:tcPr>
          <w:p w14:paraId="54DEB73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960" w:type="dxa"/>
            <w:shd w:val="clear" w:color="auto" w:fill="F2F2F2"/>
          </w:tcPr>
          <w:p w14:paraId="7F2734E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77283475" w14:textId="77777777">
        <w:trPr>
          <w:jc w:val="center"/>
        </w:trPr>
        <w:tc>
          <w:tcPr>
            <w:tcW w:w="1960" w:type="dxa"/>
          </w:tcPr>
          <w:p w14:paraId="495594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ดีดหาง</w:t>
            </w:r>
          </w:p>
        </w:tc>
        <w:tc>
          <w:tcPr>
            <w:tcW w:w="3135" w:type="dxa"/>
          </w:tcPr>
          <w:p w14:paraId="733B7B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70% × 2</w:t>
            </w:r>
          </w:p>
        </w:tc>
        <w:tc>
          <w:tcPr>
            <w:tcW w:w="1960" w:type="dxa"/>
          </w:tcPr>
          <w:p w14:paraId="4BFDF2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60" w:type="dxa"/>
          </w:tcPr>
          <w:p w14:paraId="6853EF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</w:tr>
      <w:tr w:rsidR="00501161" w14:paraId="32B43300" w14:textId="77777777">
        <w:trPr>
          <w:jc w:val="center"/>
        </w:trPr>
        <w:tc>
          <w:tcPr>
            <w:tcW w:w="1960" w:type="dxa"/>
          </w:tcPr>
          <w:p w14:paraId="5C7152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กระโจนน้ำ</w:t>
            </w:r>
          </w:p>
        </w:tc>
        <w:tc>
          <w:tcPr>
            <w:tcW w:w="3135" w:type="dxa"/>
          </w:tcPr>
          <w:p w14:paraId="02819A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130%</w:t>
            </w:r>
          </w:p>
        </w:tc>
        <w:tc>
          <w:tcPr>
            <w:tcW w:w="1960" w:type="dxa"/>
          </w:tcPr>
          <w:p w14:paraId="410749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960" w:type="dxa"/>
          </w:tcPr>
          <w:p w14:paraId="4FA2C6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</w:tbl>
    <w:p w14:paraId="4615669C" w14:textId="77777777" w:rsidR="00501161" w:rsidRDefault="00501161">
      <w:pPr>
        <w:spacing w:after="40"/>
      </w:pPr>
    </w:p>
    <w:p w14:paraId="3E0E3FD2" w14:textId="77777777" w:rsidR="00501161" w:rsidRDefault="00C637DA">
      <w:pPr>
        <w:pStyle w:val="Heading4"/>
      </w:pPr>
      <w:r>
        <w:t>วารีกุญชร — ทั่วไป · Defensive</w:t>
      </w:r>
    </w:p>
    <w:p w14:paraId="43B32A43" w14:textId="77777777" w:rsidR="00501161" w:rsidRDefault="00C637DA">
      <w:pPr>
        <w:ind w:firstLine="720"/>
      </w:pPr>
      <w:r>
        <w:t xml:space="preserve">สี่เท้า </w:t>
      </w:r>
      <w:r>
        <w:t>หัวและลำตัวเป็นช้าง มีครีบคล้ายปลาที่แก้มและขา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34"/>
        <w:gridCol w:w="5280"/>
      </w:tblGrid>
      <w:tr w:rsidR="00501161" w14:paraId="22289FD8" w14:textId="77777777">
        <w:trPr>
          <w:tblHeader/>
          <w:jc w:val="center"/>
        </w:trPr>
        <w:tc>
          <w:tcPr>
            <w:tcW w:w="3734" w:type="dxa"/>
            <w:shd w:val="clear" w:color="auto" w:fill="F2F2F2"/>
          </w:tcPr>
          <w:p w14:paraId="4B69376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280" w:type="dxa"/>
            <w:shd w:val="clear" w:color="auto" w:fill="F2F2F2"/>
          </w:tcPr>
          <w:p w14:paraId="1E7FA6A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12E23213" w14:textId="77777777">
        <w:trPr>
          <w:jc w:val="center"/>
        </w:trPr>
        <w:tc>
          <w:tcPr>
            <w:tcW w:w="3734" w:type="dxa"/>
          </w:tcPr>
          <w:p w14:paraId="0B88F9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280" w:type="dxa"/>
          </w:tcPr>
          <w:p w14:paraId="20CA7B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</w:t>
            </w:r>
          </w:p>
        </w:tc>
      </w:tr>
      <w:tr w:rsidR="00501161" w14:paraId="4ED70CDB" w14:textId="77777777">
        <w:trPr>
          <w:jc w:val="center"/>
        </w:trPr>
        <w:tc>
          <w:tcPr>
            <w:tcW w:w="3734" w:type="dxa"/>
          </w:tcPr>
          <w:p w14:paraId="0AA7C6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280" w:type="dxa"/>
          </w:tcPr>
          <w:p w14:paraId="616DDD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399</w:t>
            </w:r>
          </w:p>
        </w:tc>
      </w:tr>
      <w:tr w:rsidR="00501161" w14:paraId="702C70F8" w14:textId="77777777">
        <w:trPr>
          <w:jc w:val="center"/>
        </w:trPr>
        <w:tc>
          <w:tcPr>
            <w:tcW w:w="3734" w:type="dxa"/>
          </w:tcPr>
          <w:p w14:paraId="2B14FE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280" w:type="dxa"/>
          </w:tcPr>
          <w:p w14:paraId="5F7395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62</w:t>
            </w:r>
          </w:p>
        </w:tc>
      </w:tr>
      <w:tr w:rsidR="00501161" w14:paraId="77107C83" w14:textId="77777777">
        <w:trPr>
          <w:jc w:val="center"/>
        </w:trPr>
        <w:tc>
          <w:tcPr>
            <w:tcW w:w="3734" w:type="dxa"/>
          </w:tcPr>
          <w:p w14:paraId="73F6C8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280" w:type="dxa"/>
          </w:tcPr>
          <w:p w14:paraId="5D7546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45 / 27</w:t>
            </w:r>
          </w:p>
        </w:tc>
      </w:tr>
      <w:tr w:rsidR="00501161" w14:paraId="67B6D133" w14:textId="77777777">
        <w:trPr>
          <w:jc w:val="center"/>
        </w:trPr>
        <w:tc>
          <w:tcPr>
            <w:tcW w:w="3734" w:type="dxa"/>
          </w:tcPr>
          <w:p w14:paraId="4E8598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280" w:type="dxa"/>
          </w:tcPr>
          <w:p w14:paraId="763B9B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</w:t>
            </w:r>
          </w:p>
        </w:tc>
      </w:tr>
      <w:tr w:rsidR="00501161" w14:paraId="3939CB59" w14:textId="77777777">
        <w:trPr>
          <w:jc w:val="center"/>
        </w:trPr>
        <w:tc>
          <w:tcPr>
            <w:tcW w:w="3734" w:type="dxa"/>
          </w:tcPr>
          <w:p w14:paraId="6B848F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Accuracy</w:t>
            </w:r>
          </w:p>
        </w:tc>
        <w:tc>
          <w:tcPr>
            <w:tcW w:w="5280" w:type="dxa"/>
          </w:tcPr>
          <w:p w14:paraId="577B88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7%</w:t>
            </w:r>
          </w:p>
        </w:tc>
      </w:tr>
      <w:tr w:rsidR="00501161" w14:paraId="4406769A" w14:textId="77777777">
        <w:trPr>
          <w:jc w:val="center"/>
        </w:trPr>
        <w:tc>
          <w:tcPr>
            <w:tcW w:w="3734" w:type="dxa"/>
          </w:tcPr>
          <w:p w14:paraId="793AE5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280" w:type="dxa"/>
          </w:tcPr>
          <w:p w14:paraId="63836D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Resist ×0.5 / ×1.0 / Weak ×1.5 / ×1.0</w:t>
            </w:r>
          </w:p>
        </w:tc>
      </w:tr>
      <w:tr w:rsidR="00501161" w14:paraId="243C4A03" w14:textId="77777777">
        <w:trPr>
          <w:jc w:val="center"/>
        </w:trPr>
        <w:tc>
          <w:tcPr>
            <w:tcW w:w="3734" w:type="dxa"/>
          </w:tcPr>
          <w:p w14:paraId="4700BD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280" w:type="dxa"/>
          </w:tcPr>
          <w:p w14:paraId="026628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61 / 39</w:t>
            </w:r>
          </w:p>
        </w:tc>
      </w:tr>
      <w:tr w:rsidR="00501161" w14:paraId="17EBBBA1" w14:textId="77777777">
        <w:trPr>
          <w:jc w:val="center"/>
        </w:trPr>
        <w:tc>
          <w:tcPr>
            <w:tcW w:w="3734" w:type="dxa"/>
          </w:tcPr>
          <w:p w14:paraId="37F026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280" w:type="dxa"/>
          </w:tcPr>
          <w:p w14:paraId="131496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หนังวารีกุญชร (50%)</w:t>
            </w:r>
          </w:p>
        </w:tc>
      </w:tr>
      <w:tr w:rsidR="00501161" w14:paraId="557CC18A" w14:textId="77777777">
        <w:trPr>
          <w:jc w:val="center"/>
        </w:trPr>
        <w:tc>
          <w:tcPr>
            <w:tcW w:w="3734" w:type="dxa"/>
          </w:tcPr>
          <w:p w14:paraId="4989DD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280" w:type="dxa"/>
          </w:tcPr>
          <w:p w14:paraId="48F762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งาครีบ — เงื่อนไข: ปิดจ๊อบขณะติด Paralyze</w:t>
            </w:r>
          </w:p>
        </w:tc>
      </w:tr>
      <w:tr w:rsidR="00501161" w14:paraId="53C450ED" w14:textId="77777777">
        <w:trPr>
          <w:jc w:val="center"/>
        </w:trPr>
        <w:tc>
          <w:tcPr>
            <w:tcW w:w="3734" w:type="dxa"/>
          </w:tcPr>
          <w:p w14:paraId="2E19A9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280" w:type="dxa"/>
          </w:tcPr>
          <w:p w14:paraId="29844E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1–4</w:t>
            </w:r>
          </w:p>
        </w:tc>
      </w:tr>
      <w:tr w:rsidR="00501161" w14:paraId="6A0FF700" w14:textId="77777777">
        <w:trPr>
          <w:jc w:val="center"/>
        </w:trPr>
        <w:tc>
          <w:tcPr>
            <w:tcW w:w="3734" w:type="dxa"/>
          </w:tcPr>
          <w:p w14:paraId="2D6178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280" w:type="dxa"/>
          </w:tcPr>
          <w:p w14:paraId="0F55CF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0183BDAE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33"/>
        <w:gridCol w:w="3814"/>
        <w:gridCol w:w="1733"/>
        <w:gridCol w:w="1733"/>
      </w:tblGrid>
      <w:tr w:rsidR="00501161" w14:paraId="30665D68" w14:textId="77777777">
        <w:trPr>
          <w:tblHeader/>
          <w:jc w:val="center"/>
        </w:trPr>
        <w:tc>
          <w:tcPr>
            <w:tcW w:w="1733" w:type="dxa"/>
            <w:shd w:val="clear" w:color="auto" w:fill="F2F2F2"/>
          </w:tcPr>
          <w:p w14:paraId="3610674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3814" w:type="dxa"/>
            <w:shd w:val="clear" w:color="auto" w:fill="F2F2F2"/>
          </w:tcPr>
          <w:p w14:paraId="2E57931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733" w:type="dxa"/>
            <w:shd w:val="clear" w:color="auto" w:fill="F2F2F2"/>
          </w:tcPr>
          <w:p w14:paraId="70B2E5C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733" w:type="dxa"/>
            <w:shd w:val="clear" w:color="auto" w:fill="F2F2F2"/>
          </w:tcPr>
          <w:p w14:paraId="1A259F8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0BA08483" w14:textId="77777777">
        <w:trPr>
          <w:jc w:val="center"/>
        </w:trPr>
        <w:tc>
          <w:tcPr>
            <w:tcW w:w="1733" w:type="dxa"/>
          </w:tcPr>
          <w:p w14:paraId="621A24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งวงฟาด</w:t>
            </w:r>
          </w:p>
        </w:tc>
        <w:tc>
          <w:tcPr>
            <w:tcW w:w="3814" w:type="dxa"/>
          </w:tcPr>
          <w:p w14:paraId="1FF000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100%</w:t>
            </w:r>
          </w:p>
        </w:tc>
        <w:tc>
          <w:tcPr>
            <w:tcW w:w="1733" w:type="dxa"/>
          </w:tcPr>
          <w:p w14:paraId="554F4C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3" w:type="dxa"/>
          </w:tcPr>
          <w:p w14:paraId="5E30A7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  <w:tr w:rsidR="00501161" w14:paraId="7DF1ED79" w14:textId="77777777">
        <w:trPr>
          <w:jc w:val="center"/>
        </w:trPr>
        <w:tc>
          <w:tcPr>
            <w:tcW w:w="1733" w:type="dxa"/>
          </w:tcPr>
          <w:p w14:paraId="280850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พ่นน้ำ</w:t>
            </w:r>
          </w:p>
        </w:tc>
        <w:tc>
          <w:tcPr>
            <w:tcW w:w="3814" w:type="dxa"/>
          </w:tcPr>
          <w:p w14:paraId="620755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Blind 40% </w:t>
            </w:r>
            <w:r>
              <w:rPr>
                <w:sz w:val="28"/>
                <w:szCs w:val="28"/>
              </w:rPr>
              <w:t>ทั้งปาร์ตี้</w:t>
            </w:r>
          </w:p>
        </w:tc>
        <w:tc>
          <w:tcPr>
            <w:tcW w:w="1733" w:type="dxa"/>
          </w:tcPr>
          <w:p w14:paraId="4E77D5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733" w:type="dxa"/>
          </w:tcPr>
          <w:p w14:paraId="663E45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  <w:tr w:rsidR="00501161" w14:paraId="677B99EC" w14:textId="77777777">
        <w:trPr>
          <w:jc w:val="center"/>
        </w:trPr>
        <w:tc>
          <w:tcPr>
            <w:tcW w:w="1733" w:type="dxa"/>
          </w:tcPr>
          <w:p w14:paraId="453038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แช่น้ำ</w:t>
            </w:r>
          </w:p>
        </w:tc>
        <w:tc>
          <w:tcPr>
            <w:tcW w:w="3814" w:type="dxa"/>
          </w:tcPr>
          <w:p w14:paraId="65F00A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ฟื้น HP 15% + DEF +30%</w:t>
            </w:r>
          </w:p>
        </w:tc>
        <w:tc>
          <w:tcPr>
            <w:tcW w:w="1733" w:type="dxa"/>
          </w:tcPr>
          <w:p w14:paraId="44CFB6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733" w:type="dxa"/>
          </w:tcPr>
          <w:p w14:paraId="6FA6A7A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</w:tr>
    </w:tbl>
    <w:p w14:paraId="0BCCD92A" w14:textId="77777777" w:rsidR="00501161" w:rsidRDefault="00501161">
      <w:pPr>
        <w:spacing w:after="40"/>
      </w:pPr>
    </w:p>
    <w:p w14:paraId="4CB3DF59" w14:textId="77777777" w:rsidR="00501161" w:rsidRDefault="00C637DA">
      <w:pPr>
        <w:pStyle w:val="Heading4"/>
      </w:pPr>
      <w:r>
        <w:t xml:space="preserve">มัจฉนาค — </w:t>
      </w:r>
      <w:r>
        <w:t>ทั่วไป · Caster</w:t>
      </w:r>
    </w:p>
    <w:p w14:paraId="2B8C30ED" w14:textId="77777777" w:rsidR="00501161" w:rsidRDefault="00C637DA">
      <w:pPr>
        <w:ind w:firstLine="720"/>
      </w:pPr>
      <w:r>
        <w:t>ครึ่งปลาครึ่งนาค เกล็ดมีพิษ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81"/>
        <w:gridCol w:w="5433"/>
      </w:tblGrid>
      <w:tr w:rsidR="00501161" w14:paraId="12373561" w14:textId="77777777">
        <w:trPr>
          <w:tblHeader/>
          <w:jc w:val="center"/>
        </w:trPr>
        <w:tc>
          <w:tcPr>
            <w:tcW w:w="3581" w:type="dxa"/>
            <w:shd w:val="clear" w:color="auto" w:fill="F2F2F2"/>
          </w:tcPr>
          <w:p w14:paraId="3C3DB48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433" w:type="dxa"/>
            <w:shd w:val="clear" w:color="auto" w:fill="F2F2F2"/>
          </w:tcPr>
          <w:p w14:paraId="2643CDB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0F8542E9" w14:textId="77777777">
        <w:trPr>
          <w:jc w:val="center"/>
        </w:trPr>
        <w:tc>
          <w:tcPr>
            <w:tcW w:w="3581" w:type="dxa"/>
          </w:tcPr>
          <w:p w14:paraId="6B078C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433" w:type="dxa"/>
          </w:tcPr>
          <w:p w14:paraId="1BA7CD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</w:t>
            </w:r>
          </w:p>
        </w:tc>
      </w:tr>
      <w:tr w:rsidR="00501161" w14:paraId="5C177AE5" w14:textId="77777777">
        <w:trPr>
          <w:jc w:val="center"/>
        </w:trPr>
        <w:tc>
          <w:tcPr>
            <w:tcW w:w="3581" w:type="dxa"/>
          </w:tcPr>
          <w:p w14:paraId="0664B0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433" w:type="dxa"/>
          </w:tcPr>
          <w:p w14:paraId="5FCD25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252</w:t>
            </w:r>
          </w:p>
        </w:tc>
      </w:tr>
      <w:tr w:rsidR="00501161" w14:paraId="454BF87C" w14:textId="77777777">
        <w:trPr>
          <w:jc w:val="center"/>
        </w:trPr>
        <w:tc>
          <w:tcPr>
            <w:tcW w:w="3581" w:type="dxa"/>
          </w:tcPr>
          <w:p w14:paraId="0BD29D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433" w:type="dxa"/>
          </w:tcPr>
          <w:p w14:paraId="29F8B5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69</w:t>
            </w:r>
          </w:p>
        </w:tc>
      </w:tr>
      <w:tr w:rsidR="00501161" w14:paraId="34A5889F" w14:textId="77777777">
        <w:trPr>
          <w:jc w:val="center"/>
        </w:trPr>
        <w:tc>
          <w:tcPr>
            <w:tcW w:w="3581" w:type="dxa"/>
          </w:tcPr>
          <w:p w14:paraId="0E8885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433" w:type="dxa"/>
          </w:tcPr>
          <w:p w14:paraId="266967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 / 18</w:t>
            </w:r>
          </w:p>
        </w:tc>
      </w:tr>
      <w:tr w:rsidR="00501161" w14:paraId="64E9864F" w14:textId="77777777">
        <w:trPr>
          <w:jc w:val="center"/>
        </w:trPr>
        <w:tc>
          <w:tcPr>
            <w:tcW w:w="3581" w:type="dxa"/>
          </w:tcPr>
          <w:p w14:paraId="4D7701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433" w:type="dxa"/>
          </w:tcPr>
          <w:p w14:paraId="697C69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</w:t>
            </w:r>
          </w:p>
        </w:tc>
      </w:tr>
      <w:tr w:rsidR="00501161" w14:paraId="75497BE8" w14:textId="77777777">
        <w:trPr>
          <w:jc w:val="center"/>
        </w:trPr>
        <w:tc>
          <w:tcPr>
            <w:tcW w:w="3581" w:type="dxa"/>
          </w:tcPr>
          <w:p w14:paraId="6DD260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433" w:type="dxa"/>
          </w:tcPr>
          <w:p w14:paraId="3ADAC1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7%</w:t>
            </w:r>
          </w:p>
        </w:tc>
      </w:tr>
      <w:tr w:rsidR="00501161" w14:paraId="1A053D11" w14:textId="77777777">
        <w:trPr>
          <w:jc w:val="center"/>
        </w:trPr>
        <w:tc>
          <w:tcPr>
            <w:tcW w:w="3581" w:type="dxa"/>
          </w:tcPr>
          <w:p w14:paraId="1F237A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433" w:type="dxa"/>
          </w:tcPr>
          <w:p w14:paraId="2F1D81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Resist ×0.5 / Weak ×1.5 / ×1.0</w:t>
            </w:r>
          </w:p>
        </w:tc>
      </w:tr>
      <w:tr w:rsidR="00501161" w14:paraId="016B3D1B" w14:textId="77777777">
        <w:trPr>
          <w:jc w:val="center"/>
        </w:trPr>
        <w:tc>
          <w:tcPr>
            <w:tcW w:w="3581" w:type="dxa"/>
          </w:tcPr>
          <w:p w14:paraId="56047F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433" w:type="dxa"/>
          </w:tcPr>
          <w:p w14:paraId="05AAB8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76 / 43</w:t>
            </w:r>
          </w:p>
        </w:tc>
      </w:tr>
      <w:tr w:rsidR="00501161" w14:paraId="70A28C1B" w14:textId="77777777">
        <w:trPr>
          <w:jc w:val="center"/>
        </w:trPr>
        <w:tc>
          <w:tcPr>
            <w:tcW w:w="3581" w:type="dxa"/>
          </w:tcPr>
          <w:p w14:paraId="0A13DD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433" w:type="dxa"/>
          </w:tcPr>
          <w:p w14:paraId="372DBC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เกล็ดมัจฉนาค (50%)</w:t>
            </w:r>
          </w:p>
        </w:tc>
      </w:tr>
      <w:tr w:rsidR="00501161" w14:paraId="5DCF64B3" w14:textId="77777777">
        <w:trPr>
          <w:jc w:val="center"/>
        </w:trPr>
        <w:tc>
          <w:tcPr>
            <w:tcW w:w="3581" w:type="dxa"/>
          </w:tcPr>
          <w:p w14:paraId="26E5DC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433" w:type="dxa"/>
          </w:tcPr>
          <w:p w14:paraId="5B4AC0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ถุงพิษมัจฉนาค — เงื่อนไข: ปิดจ๊อบด้วย Poison</w:t>
            </w:r>
          </w:p>
        </w:tc>
      </w:tr>
      <w:tr w:rsidR="00501161" w14:paraId="73C3A5D5" w14:textId="77777777">
        <w:trPr>
          <w:jc w:val="center"/>
        </w:trPr>
        <w:tc>
          <w:tcPr>
            <w:tcW w:w="3581" w:type="dxa"/>
          </w:tcPr>
          <w:p w14:paraId="785700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433" w:type="dxa"/>
          </w:tcPr>
          <w:p w14:paraId="3CB7D7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2–4</w:t>
            </w:r>
          </w:p>
        </w:tc>
      </w:tr>
      <w:tr w:rsidR="00501161" w14:paraId="6D0EF8D4" w14:textId="77777777">
        <w:trPr>
          <w:jc w:val="center"/>
        </w:trPr>
        <w:tc>
          <w:tcPr>
            <w:tcW w:w="3581" w:type="dxa"/>
          </w:tcPr>
          <w:p w14:paraId="33BDCE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433" w:type="dxa"/>
          </w:tcPr>
          <w:p w14:paraId="13B049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726CD0C7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2693"/>
        <w:gridCol w:w="1460"/>
        <w:gridCol w:w="3401"/>
      </w:tblGrid>
      <w:tr w:rsidR="00501161" w14:paraId="6A47A6F3" w14:textId="77777777">
        <w:trPr>
          <w:tblHeader/>
          <w:jc w:val="center"/>
        </w:trPr>
        <w:tc>
          <w:tcPr>
            <w:tcW w:w="1460" w:type="dxa"/>
            <w:shd w:val="clear" w:color="auto" w:fill="F2F2F2"/>
          </w:tcPr>
          <w:p w14:paraId="5392548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2693" w:type="dxa"/>
            <w:shd w:val="clear" w:color="auto" w:fill="F2F2F2"/>
          </w:tcPr>
          <w:p w14:paraId="2FC2CBF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460" w:type="dxa"/>
            <w:shd w:val="clear" w:color="auto" w:fill="F2F2F2"/>
          </w:tcPr>
          <w:p w14:paraId="5F1695C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3401" w:type="dxa"/>
            <w:shd w:val="clear" w:color="auto" w:fill="F2F2F2"/>
          </w:tcPr>
          <w:p w14:paraId="007D844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4C0F24B2" w14:textId="77777777">
        <w:trPr>
          <w:jc w:val="center"/>
        </w:trPr>
        <w:tc>
          <w:tcPr>
            <w:tcW w:w="1460" w:type="dxa"/>
          </w:tcPr>
          <w:p w14:paraId="59DCA3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รัด</w:t>
            </w:r>
          </w:p>
        </w:tc>
        <w:tc>
          <w:tcPr>
            <w:tcW w:w="2693" w:type="dxa"/>
          </w:tcPr>
          <w:p w14:paraId="007388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80%</w:t>
            </w:r>
          </w:p>
        </w:tc>
        <w:tc>
          <w:tcPr>
            <w:tcW w:w="1460" w:type="dxa"/>
          </w:tcPr>
          <w:p w14:paraId="6B405B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401" w:type="dxa"/>
          </w:tcPr>
          <w:p w14:paraId="1F02DE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1C8D7621" w14:textId="77777777">
        <w:trPr>
          <w:jc w:val="center"/>
        </w:trPr>
        <w:tc>
          <w:tcPr>
            <w:tcW w:w="1460" w:type="dxa"/>
          </w:tcPr>
          <w:p w14:paraId="7BFFA2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พิษเกล็ด</w:t>
            </w:r>
          </w:p>
        </w:tc>
        <w:tc>
          <w:tcPr>
            <w:tcW w:w="2693" w:type="dxa"/>
          </w:tcPr>
          <w:p w14:paraId="19106A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Poison 50% </w:t>
            </w:r>
            <w:r>
              <w:rPr>
                <w:sz w:val="28"/>
                <w:szCs w:val="28"/>
              </w:rPr>
              <w:t>ใส่ 1 คน</w:t>
            </w:r>
          </w:p>
        </w:tc>
        <w:tc>
          <w:tcPr>
            <w:tcW w:w="1460" w:type="dxa"/>
          </w:tcPr>
          <w:p w14:paraId="25D02F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401" w:type="dxa"/>
          </w:tcPr>
          <w:p w14:paraId="3EB40E1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60% </w:t>
            </w:r>
            <w:r>
              <w:rPr>
                <w:sz w:val="28"/>
                <w:szCs w:val="28"/>
              </w:rPr>
              <w:t>ถ้าเป้าหมายยังไม่ติด</w:t>
            </w:r>
          </w:p>
        </w:tc>
      </w:tr>
    </w:tbl>
    <w:p w14:paraId="79F9876F" w14:textId="77777777" w:rsidR="00501161" w:rsidRDefault="00501161">
      <w:pPr>
        <w:spacing w:after="40"/>
      </w:pPr>
    </w:p>
    <w:p w14:paraId="74CD970C" w14:textId="77777777" w:rsidR="00501161" w:rsidRDefault="00C637DA">
      <w:pPr>
        <w:pStyle w:val="Heading4"/>
      </w:pPr>
      <w:r>
        <w:lastRenderedPageBreak/>
        <w:t>กุมภีร์ — ทั่วไป · Charger</w:t>
      </w:r>
    </w:p>
    <w:p w14:paraId="0E288C97" w14:textId="77777777" w:rsidR="00501161" w:rsidRDefault="00C637DA">
      <w:pPr>
        <w:ind w:firstLine="720"/>
      </w:pPr>
      <w:r>
        <w:t>จระเข้ยักษ์แห่งหิมพานต์ ซ่อนตัวในกระแสน้ำ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81"/>
        <w:gridCol w:w="5433"/>
      </w:tblGrid>
      <w:tr w:rsidR="00501161" w14:paraId="0686A250" w14:textId="77777777">
        <w:trPr>
          <w:tblHeader/>
          <w:jc w:val="center"/>
        </w:trPr>
        <w:tc>
          <w:tcPr>
            <w:tcW w:w="3581" w:type="dxa"/>
            <w:shd w:val="clear" w:color="auto" w:fill="F2F2F2"/>
          </w:tcPr>
          <w:p w14:paraId="44A63F9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433" w:type="dxa"/>
            <w:shd w:val="clear" w:color="auto" w:fill="F2F2F2"/>
          </w:tcPr>
          <w:p w14:paraId="38E3642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16F870B0" w14:textId="77777777">
        <w:trPr>
          <w:jc w:val="center"/>
        </w:trPr>
        <w:tc>
          <w:tcPr>
            <w:tcW w:w="3581" w:type="dxa"/>
          </w:tcPr>
          <w:p w14:paraId="760D7E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433" w:type="dxa"/>
          </w:tcPr>
          <w:p w14:paraId="7EBF96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</w:t>
            </w:r>
          </w:p>
        </w:tc>
      </w:tr>
      <w:tr w:rsidR="00501161" w14:paraId="477DBABB" w14:textId="77777777">
        <w:trPr>
          <w:jc w:val="center"/>
        </w:trPr>
        <w:tc>
          <w:tcPr>
            <w:tcW w:w="3581" w:type="dxa"/>
          </w:tcPr>
          <w:p w14:paraId="5407D0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433" w:type="dxa"/>
          </w:tcPr>
          <w:p w14:paraId="4AC375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432</w:t>
            </w:r>
          </w:p>
        </w:tc>
      </w:tr>
      <w:tr w:rsidR="00501161" w14:paraId="1B359E6C" w14:textId="77777777">
        <w:trPr>
          <w:jc w:val="center"/>
        </w:trPr>
        <w:tc>
          <w:tcPr>
            <w:tcW w:w="3581" w:type="dxa"/>
          </w:tcPr>
          <w:p w14:paraId="3D717E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433" w:type="dxa"/>
          </w:tcPr>
          <w:p w14:paraId="4617D4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78</w:t>
            </w:r>
          </w:p>
        </w:tc>
      </w:tr>
      <w:tr w:rsidR="00501161" w14:paraId="169EE820" w14:textId="77777777">
        <w:trPr>
          <w:jc w:val="center"/>
        </w:trPr>
        <w:tc>
          <w:tcPr>
            <w:tcW w:w="3581" w:type="dxa"/>
          </w:tcPr>
          <w:p w14:paraId="730B57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433" w:type="dxa"/>
          </w:tcPr>
          <w:p w14:paraId="152A66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 / 25</w:t>
            </w:r>
          </w:p>
        </w:tc>
      </w:tr>
      <w:tr w:rsidR="00501161" w14:paraId="48FFACF9" w14:textId="77777777">
        <w:trPr>
          <w:jc w:val="center"/>
        </w:trPr>
        <w:tc>
          <w:tcPr>
            <w:tcW w:w="3581" w:type="dxa"/>
          </w:tcPr>
          <w:p w14:paraId="693BDF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433" w:type="dxa"/>
          </w:tcPr>
          <w:p w14:paraId="38F278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</w:t>
            </w:r>
          </w:p>
        </w:tc>
      </w:tr>
      <w:tr w:rsidR="00501161" w14:paraId="769CCADA" w14:textId="77777777">
        <w:trPr>
          <w:jc w:val="center"/>
        </w:trPr>
        <w:tc>
          <w:tcPr>
            <w:tcW w:w="3581" w:type="dxa"/>
          </w:tcPr>
          <w:p w14:paraId="139BA0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433" w:type="dxa"/>
          </w:tcPr>
          <w:p w14:paraId="546D0D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7%</w:t>
            </w:r>
          </w:p>
        </w:tc>
      </w:tr>
      <w:tr w:rsidR="00501161" w14:paraId="27E0DC8D" w14:textId="77777777">
        <w:trPr>
          <w:jc w:val="center"/>
        </w:trPr>
        <w:tc>
          <w:tcPr>
            <w:tcW w:w="3581" w:type="dxa"/>
          </w:tcPr>
          <w:p w14:paraId="781F0B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433" w:type="dxa"/>
          </w:tcPr>
          <w:p w14:paraId="5A0FB6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Resist ×0.5 / ×1.0 / ×1.0</w:t>
            </w:r>
          </w:p>
        </w:tc>
      </w:tr>
      <w:tr w:rsidR="00501161" w14:paraId="636291DD" w14:textId="77777777">
        <w:trPr>
          <w:jc w:val="center"/>
        </w:trPr>
        <w:tc>
          <w:tcPr>
            <w:tcW w:w="3581" w:type="dxa"/>
          </w:tcPr>
          <w:p w14:paraId="7879D9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433" w:type="dxa"/>
          </w:tcPr>
          <w:p w14:paraId="75A559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101 / 49</w:t>
            </w:r>
          </w:p>
        </w:tc>
      </w:tr>
      <w:tr w:rsidR="00501161" w14:paraId="6BA51678" w14:textId="77777777">
        <w:trPr>
          <w:jc w:val="center"/>
        </w:trPr>
        <w:tc>
          <w:tcPr>
            <w:tcW w:w="3581" w:type="dxa"/>
          </w:tcPr>
          <w:p w14:paraId="5782AA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433" w:type="dxa"/>
          </w:tcPr>
          <w:p w14:paraId="4AE5C4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หนังกุมภีร์ (50%)</w:t>
            </w:r>
          </w:p>
        </w:tc>
      </w:tr>
      <w:tr w:rsidR="00501161" w14:paraId="3D807613" w14:textId="77777777">
        <w:trPr>
          <w:jc w:val="center"/>
        </w:trPr>
        <w:tc>
          <w:tcPr>
            <w:tcW w:w="3581" w:type="dxa"/>
          </w:tcPr>
          <w:p w14:paraId="375BE5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433" w:type="dxa"/>
          </w:tcPr>
          <w:p w14:paraId="5B6E9C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ฟันกุมภีร์ — เงื่อนไข: ยกเลิกท่าชาร์จแล้วชนะ</w:t>
            </w:r>
          </w:p>
        </w:tc>
      </w:tr>
      <w:tr w:rsidR="00501161" w14:paraId="74375084" w14:textId="77777777">
        <w:trPr>
          <w:jc w:val="center"/>
        </w:trPr>
        <w:tc>
          <w:tcPr>
            <w:tcW w:w="3581" w:type="dxa"/>
          </w:tcPr>
          <w:p w14:paraId="043E88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433" w:type="dxa"/>
          </w:tcPr>
          <w:p w14:paraId="6DFBE9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3–4 (ช่องน้ำ)</w:t>
            </w:r>
          </w:p>
        </w:tc>
      </w:tr>
      <w:tr w:rsidR="00501161" w14:paraId="0D76FB55" w14:textId="77777777">
        <w:trPr>
          <w:jc w:val="center"/>
        </w:trPr>
        <w:tc>
          <w:tcPr>
            <w:tcW w:w="3581" w:type="dxa"/>
          </w:tcPr>
          <w:p w14:paraId="0918C8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433" w:type="dxa"/>
          </w:tcPr>
          <w:p w14:paraId="16C7E3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894B34A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45"/>
        <w:gridCol w:w="4979"/>
        <w:gridCol w:w="1345"/>
        <w:gridCol w:w="1345"/>
      </w:tblGrid>
      <w:tr w:rsidR="00501161" w14:paraId="275C3F42" w14:textId="77777777">
        <w:trPr>
          <w:tblHeader/>
          <w:jc w:val="center"/>
        </w:trPr>
        <w:tc>
          <w:tcPr>
            <w:tcW w:w="1345" w:type="dxa"/>
            <w:shd w:val="clear" w:color="auto" w:fill="F2F2F2"/>
          </w:tcPr>
          <w:p w14:paraId="6BAED55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979" w:type="dxa"/>
            <w:shd w:val="clear" w:color="auto" w:fill="F2F2F2"/>
          </w:tcPr>
          <w:p w14:paraId="2D3AE13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345" w:type="dxa"/>
            <w:shd w:val="clear" w:color="auto" w:fill="F2F2F2"/>
          </w:tcPr>
          <w:p w14:paraId="46DFC66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345" w:type="dxa"/>
            <w:shd w:val="clear" w:color="auto" w:fill="F2F2F2"/>
          </w:tcPr>
          <w:p w14:paraId="11CAAD0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464E30B8" w14:textId="77777777">
        <w:trPr>
          <w:jc w:val="center"/>
        </w:trPr>
        <w:tc>
          <w:tcPr>
            <w:tcW w:w="1345" w:type="dxa"/>
          </w:tcPr>
          <w:p w14:paraId="18F381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งับ</w:t>
            </w:r>
          </w:p>
        </w:tc>
        <w:tc>
          <w:tcPr>
            <w:tcW w:w="4979" w:type="dxa"/>
          </w:tcPr>
          <w:p w14:paraId="50B8D9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110%</w:t>
            </w:r>
          </w:p>
        </w:tc>
        <w:tc>
          <w:tcPr>
            <w:tcW w:w="1345" w:type="dxa"/>
          </w:tcPr>
          <w:p w14:paraId="5E87CD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5" w:type="dxa"/>
          </w:tcPr>
          <w:p w14:paraId="1AEE62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  <w:tr w:rsidR="00501161" w14:paraId="628B4787" w14:textId="77777777">
        <w:trPr>
          <w:jc w:val="center"/>
        </w:trPr>
        <w:tc>
          <w:tcPr>
            <w:tcW w:w="1345" w:type="dxa"/>
          </w:tcPr>
          <w:p w14:paraId="40AFD0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งับลากน้ำ</w:t>
            </w:r>
          </w:p>
        </w:tc>
        <w:tc>
          <w:tcPr>
            <w:tcW w:w="4979" w:type="dxa"/>
          </w:tcPr>
          <w:p w14:paraId="33E60B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ชาร์จ 1 เทิร์น → Physical 180% + Bind 2 เทิร์น</w:t>
            </w:r>
          </w:p>
        </w:tc>
        <w:tc>
          <w:tcPr>
            <w:tcW w:w="1345" w:type="dxa"/>
          </w:tcPr>
          <w:p w14:paraId="1B64D6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345" w:type="dxa"/>
          </w:tcPr>
          <w:p w14:paraId="069022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</w:tbl>
    <w:p w14:paraId="1443F5FD" w14:textId="77777777" w:rsidR="00501161" w:rsidRDefault="00501161">
      <w:pPr>
        <w:spacing w:after="40"/>
      </w:pPr>
    </w:p>
    <w:p w14:paraId="0E40ACA0" w14:textId="77777777" w:rsidR="00501161" w:rsidRDefault="00C637DA">
      <w:pPr>
        <w:pStyle w:val="Heading4"/>
      </w:pPr>
      <w:r>
        <w:t xml:space="preserve">มกร — </w:t>
      </w:r>
      <w:r>
        <w:t>สัตว์ชั้นสูง · Charger</w:t>
      </w:r>
    </w:p>
    <w:p w14:paraId="622B3510" w14:textId="77777777" w:rsidR="00501161" w:rsidRDefault="00C637DA">
      <w:pPr>
        <w:ind w:firstLine="720"/>
      </w:pPr>
      <w:r>
        <w:t>สัตว์น้ำผสมมังกรและจระเข้ ปากใหญ่กลืนสัตว์ได้ทั้งตัว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41"/>
        <w:gridCol w:w="6173"/>
      </w:tblGrid>
      <w:tr w:rsidR="00501161" w14:paraId="740F4AA1" w14:textId="77777777">
        <w:trPr>
          <w:tblHeader/>
          <w:jc w:val="center"/>
        </w:trPr>
        <w:tc>
          <w:tcPr>
            <w:tcW w:w="2841" w:type="dxa"/>
            <w:shd w:val="clear" w:color="auto" w:fill="F2F2F2"/>
          </w:tcPr>
          <w:p w14:paraId="2E9F96D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6173" w:type="dxa"/>
            <w:shd w:val="clear" w:color="auto" w:fill="F2F2F2"/>
          </w:tcPr>
          <w:p w14:paraId="3B6A320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38400FEB" w14:textId="77777777">
        <w:trPr>
          <w:jc w:val="center"/>
        </w:trPr>
        <w:tc>
          <w:tcPr>
            <w:tcW w:w="2841" w:type="dxa"/>
          </w:tcPr>
          <w:p w14:paraId="09AEF2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6173" w:type="dxa"/>
          </w:tcPr>
          <w:p w14:paraId="17A88D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</w:t>
            </w:r>
          </w:p>
        </w:tc>
      </w:tr>
      <w:tr w:rsidR="00501161" w14:paraId="7360499B" w14:textId="77777777">
        <w:trPr>
          <w:jc w:val="center"/>
        </w:trPr>
        <w:tc>
          <w:tcPr>
            <w:tcW w:w="2841" w:type="dxa"/>
          </w:tcPr>
          <w:p w14:paraId="0CAF76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6173" w:type="dxa"/>
          </w:tcPr>
          <w:p w14:paraId="425935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1,404</w:t>
            </w:r>
          </w:p>
        </w:tc>
      </w:tr>
      <w:tr w:rsidR="00501161" w14:paraId="795E2623" w14:textId="77777777">
        <w:trPr>
          <w:jc w:val="center"/>
        </w:trPr>
        <w:tc>
          <w:tcPr>
            <w:tcW w:w="2841" w:type="dxa"/>
          </w:tcPr>
          <w:p w14:paraId="4FF4BA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6173" w:type="dxa"/>
          </w:tcPr>
          <w:p w14:paraId="7AB47E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119</w:t>
            </w:r>
          </w:p>
        </w:tc>
      </w:tr>
      <w:tr w:rsidR="00501161" w14:paraId="3712E661" w14:textId="77777777">
        <w:trPr>
          <w:jc w:val="center"/>
        </w:trPr>
        <w:tc>
          <w:tcPr>
            <w:tcW w:w="2841" w:type="dxa"/>
          </w:tcPr>
          <w:p w14:paraId="2BEA08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6173" w:type="dxa"/>
          </w:tcPr>
          <w:p w14:paraId="4C5D6C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46 / 27</w:t>
            </w:r>
          </w:p>
        </w:tc>
      </w:tr>
      <w:tr w:rsidR="00501161" w14:paraId="0982B32D" w14:textId="77777777">
        <w:trPr>
          <w:jc w:val="center"/>
        </w:trPr>
        <w:tc>
          <w:tcPr>
            <w:tcW w:w="2841" w:type="dxa"/>
          </w:tcPr>
          <w:p w14:paraId="6B1CF2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6173" w:type="dxa"/>
          </w:tcPr>
          <w:p w14:paraId="50989B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34</w:t>
            </w:r>
          </w:p>
        </w:tc>
      </w:tr>
      <w:tr w:rsidR="00501161" w14:paraId="70939489" w14:textId="77777777">
        <w:trPr>
          <w:jc w:val="center"/>
        </w:trPr>
        <w:tc>
          <w:tcPr>
            <w:tcW w:w="2841" w:type="dxa"/>
          </w:tcPr>
          <w:p w14:paraId="762075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6173" w:type="dxa"/>
          </w:tcPr>
          <w:p w14:paraId="5646AE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12%</w:t>
            </w:r>
          </w:p>
        </w:tc>
      </w:tr>
      <w:tr w:rsidR="00501161" w14:paraId="0DE351C3" w14:textId="77777777">
        <w:trPr>
          <w:jc w:val="center"/>
        </w:trPr>
        <w:tc>
          <w:tcPr>
            <w:tcW w:w="2841" w:type="dxa"/>
          </w:tcPr>
          <w:p w14:paraId="68B636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6173" w:type="dxa"/>
          </w:tcPr>
          <w:p w14:paraId="315466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Resist ×0.5 / Weak ×1.5 / ×1.0</w:t>
            </w:r>
          </w:p>
        </w:tc>
      </w:tr>
      <w:tr w:rsidR="00501161" w14:paraId="5F842460" w14:textId="77777777">
        <w:trPr>
          <w:jc w:val="center"/>
        </w:trPr>
        <w:tc>
          <w:tcPr>
            <w:tcW w:w="2841" w:type="dxa"/>
          </w:tcPr>
          <w:p w14:paraId="64C455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6173" w:type="dxa"/>
          </w:tcPr>
          <w:p w14:paraId="5B0811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360 / </w:t>
            </w:r>
            <w:r>
              <w:rPr>
                <w:sz w:val="28"/>
                <w:szCs w:val="28"/>
              </w:rPr>
              <w:t>159</w:t>
            </w:r>
          </w:p>
        </w:tc>
      </w:tr>
      <w:tr w:rsidR="00501161" w14:paraId="5936041E" w14:textId="77777777">
        <w:trPr>
          <w:jc w:val="center"/>
        </w:trPr>
        <w:tc>
          <w:tcPr>
            <w:tcW w:w="2841" w:type="dxa"/>
          </w:tcPr>
          <w:p w14:paraId="6B7457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6173" w:type="dxa"/>
          </w:tcPr>
          <w:p w14:paraId="694362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เกล็ดมกร (100%)</w:t>
            </w:r>
          </w:p>
        </w:tc>
      </w:tr>
      <w:tr w:rsidR="00501161" w14:paraId="34C01F7D" w14:textId="77777777">
        <w:trPr>
          <w:jc w:val="center"/>
        </w:trPr>
        <w:tc>
          <w:tcPr>
            <w:tcW w:w="2841" w:type="dxa"/>
          </w:tcPr>
          <w:p w14:paraId="0848E8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6173" w:type="dxa"/>
          </w:tcPr>
          <w:p w14:paraId="701370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ไข่มุกมกร — เงื่อนไข: ชนะโดยไม่มีใครถูกกลืน</w:t>
            </w:r>
          </w:p>
        </w:tc>
      </w:tr>
      <w:tr w:rsidR="00501161" w14:paraId="7E1E9BDC" w14:textId="77777777">
        <w:trPr>
          <w:jc w:val="center"/>
        </w:trPr>
        <w:tc>
          <w:tcPr>
            <w:tcW w:w="2841" w:type="dxa"/>
          </w:tcPr>
          <w:p w14:paraId="4984BF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6173" w:type="dxa"/>
          </w:tcPr>
          <w:p w14:paraId="04A30C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2–4 (ตามกระแสน้ำ)</w:t>
            </w:r>
          </w:p>
        </w:tc>
      </w:tr>
      <w:tr w:rsidR="00501161" w14:paraId="316F57C4" w14:textId="77777777">
        <w:trPr>
          <w:jc w:val="center"/>
        </w:trPr>
        <w:tc>
          <w:tcPr>
            <w:tcW w:w="2841" w:type="dxa"/>
          </w:tcPr>
          <w:p w14:paraId="774E30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จำนวนต่อกลุ่ม</w:t>
            </w:r>
          </w:p>
        </w:tc>
        <w:tc>
          <w:tcPr>
            <w:tcW w:w="6173" w:type="dxa"/>
          </w:tcPr>
          <w:p w14:paraId="0DAFEE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  <w:tr w:rsidR="00501161" w14:paraId="38AB78CF" w14:textId="77777777">
        <w:trPr>
          <w:jc w:val="center"/>
        </w:trPr>
        <w:tc>
          <w:tcPr>
            <w:tcW w:w="2841" w:type="dxa"/>
          </w:tcPr>
          <w:p w14:paraId="1786D2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6173" w:type="dxa"/>
          </w:tcPr>
          <w:p w14:paraId="2A451E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ไหลไปตามกระแสน้ำ 1 ช่องต่อก้าว กลางคืนเส้นทางเปลี่ยนตามระดับน้ำ</w:t>
            </w:r>
          </w:p>
        </w:tc>
      </w:tr>
    </w:tbl>
    <w:p w14:paraId="2546638F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10"/>
        <w:gridCol w:w="5383"/>
        <w:gridCol w:w="1210"/>
        <w:gridCol w:w="1210"/>
      </w:tblGrid>
      <w:tr w:rsidR="00501161" w14:paraId="09F38D97" w14:textId="77777777">
        <w:trPr>
          <w:tblHeader/>
          <w:jc w:val="center"/>
        </w:trPr>
        <w:tc>
          <w:tcPr>
            <w:tcW w:w="1210" w:type="dxa"/>
            <w:shd w:val="clear" w:color="auto" w:fill="F2F2F2"/>
          </w:tcPr>
          <w:p w14:paraId="18662DE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5383" w:type="dxa"/>
            <w:shd w:val="clear" w:color="auto" w:fill="F2F2F2"/>
          </w:tcPr>
          <w:p w14:paraId="22FCDA2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210" w:type="dxa"/>
            <w:shd w:val="clear" w:color="auto" w:fill="F2F2F2"/>
          </w:tcPr>
          <w:p w14:paraId="5949EA1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210" w:type="dxa"/>
            <w:shd w:val="clear" w:color="auto" w:fill="F2F2F2"/>
          </w:tcPr>
          <w:p w14:paraId="03A5C7E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0D523658" w14:textId="77777777">
        <w:trPr>
          <w:jc w:val="center"/>
        </w:trPr>
        <w:tc>
          <w:tcPr>
            <w:tcW w:w="1210" w:type="dxa"/>
          </w:tcPr>
          <w:p w14:paraId="5F8BA0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ฟาดหาง</w:t>
            </w:r>
          </w:p>
        </w:tc>
        <w:tc>
          <w:tcPr>
            <w:tcW w:w="5383" w:type="dxa"/>
          </w:tcPr>
          <w:p w14:paraId="0A8867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Physical 100% </w:t>
            </w:r>
            <w:r>
              <w:rPr>
                <w:sz w:val="28"/>
                <w:szCs w:val="28"/>
              </w:rPr>
              <w:t>ทั้งปาร์ตี้</w:t>
            </w:r>
          </w:p>
        </w:tc>
        <w:tc>
          <w:tcPr>
            <w:tcW w:w="1210" w:type="dxa"/>
          </w:tcPr>
          <w:p w14:paraId="2DECAE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210" w:type="dxa"/>
          </w:tcPr>
          <w:p w14:paraId="6BE6B8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3BDA5567" w14:textId="77777777">
        <w:trPr>
          <w:jc w:val="center"/>
        </w:trPr>
        <w:tc>
          <w:tcPr>
            <w:tcW w:w="1210" w:type="dxa"/>
          </w:tcPr>
          <w:p w14:paraId="25FB8F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กลืน</w:t>
            </w:r>
          </w:p>
        </w:tc>
        <w:tc>
          <w:tcPr>
            <w:tcW w:w="5383" w:type="dxa"/>
          </w:tcPr>
          <w:p w14:paraId="3EB86C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ชาร์จ 1 เทิร์น → กลืนตัวละคร 1 คนออกจากไฟต์ 2 เทิร์น (ตี HP มกร 15% เพื่อให้คาย)</w:t>
            </w:r>
          </w:p>
        </w:tc>
        <w:tc>
          <w:tcPr>
            <w:tcW w:w="1210" w:type="dxa"/>
          </w:tcPr>
          <w:p w14:paraId="441549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210" w:type="dxa"/>
          </w:tcPr>
          <w:p w14:paraId="7FA018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2A81A123" w14:textId="77777777">
        <w:trPr>
          <w:jc w:val="center"/>
        </w:trPr>
        <w:tc>
          <w:tcPr>
            <w:tcW w:w="1210" w:type="dxa"/>
          </w:tcPr>
          <w:p w14:paraId="420B20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กัด</w:t>
            </w:r>
          </w:p>
        </w:tc>
        <w:tc>
          <w:tcPr>
            <w:tcW w:w="5383" w:type="dxa"/>
          </w:tcPr>
          <w:p w14:paraId="3FDFC8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120%</w:t>
            </w:r>
          </w:p>
        </w:tc>
        <w:tc>
          <w:tcPr>
            <w:tcW w:w="1210" w:type="dxa"/>
          </w:tcPr>
          <w:p w14:paraId="072E07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10" w:type="dxa"/>
          </w:tcPr>
          <w:p w14:paraId="0BDCA3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</w:tr>
    </w:tbl>
    <w:p w14:paraId="4A0F86A5" w14:textId="77777777" w:rsidR="00501161" w:rsidRDefault="00501161">
      <w:pPr>
        <w:spacing w:after="40"/>
      </w:pPr>
    </w:p>
    <w:p w14:paraId="50AD33FE" w14:textId="77777777" w:rsidR="00501161" w:rsidRDefault="00C637DA">
      <w:pPr>
        <w:pStyle w:val="Heading4"/>
      </w:pPr>
      <w:r>
        <w:t>วารีกุญชรจ่าโขลง — สัตว์ชั้นสูง · Defensive</w:t>
      </w:r>
    </w:p>
    <w:p w14:paraId="1FB07F20" w14:textId="77777777" w:rsidR="00501161" w:rsidRDefault="00C637DA">
      <w:pPr>
        <w:ind w:firstLine="720"/>
      </w:pPr>
      <w:r>
        <w:t>วารีกุญชรตัวใหญ่ งาแตกข้างหนึ่ง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68"/>
        <w:gridCol w:w="5747"/>
      </w:tblGrid>
      <w:tr w:rsidR="00501161" w14:paraId="4CA3AF15" w14:textId="77777777">
        <w:trPr>
          <w:tblHeader/>
          <w:jc w:val="center"/>
        </w:trPr>
        <w:tc>
          <w:tcPr>
            <w:tcW w:w="3268" w:type="dxa"/>
            <w:shd w:val="clear" w:color="auto" w:fill="F2F2F2"/>
          </w:tcPr>
          <w:p w14:paraId="5109BF0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747" w:type="dxa"/>
            <w:shd w:val="clear" w:color="auto" w:fill="F2F2F2"/>
          </w:tcPr>
          <w:p w14:paraId="7DF21F3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56756ADA" w14:textId="77777777">
        <w:trPr>
          <w:jc w:val="center"/>
        </w:trPr>
        <w:tc>
          <w:tcPr>
            <w:tcW w:w="3268" w:type="dxa"/>
          </w:tcPr>
          <w:p w14:paraId="3E80A4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747" w:type="dxa"/>
          </w:tcPr>
          <w:p w14:paraId="6831B8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</w:t>
            </w:r>
          </w:p>
        </w:tc>
      </w:tr>
      <w:tr w:rsidR="00501161" w14:paraId="0B6267B9" w14:textId="77777777">
        <w:trPr>
          <w:jc w:val="center"/>
        </w:trPr>
        <w:tc>
          <w:tcPr>
            <w:tcW w:w="3268" w:type="dxa"/>
          </w:tcPr>
          <w:p w14:paraId="719108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747" w:type="dxa"/>
          </w:tcPr>
          <w:p w14:paraId="640413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1,638</w:t>
            </w:r>
          </w:p>
        </w:tc>
      </w:tr>
      <w:tr w:rsidR="00501161" w14:paraId="0697E194" w14:textId="77777777">
        <w:trPr>
          <w:jc w:val="center"/>
        </w:trPr>
        <w:tc>
          <w:tcPr>
            <w:tcW w:w="3268" w:type="dxa"/>
          </w:tcPr>
          <w:p w14:paraId="5931DA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747" w:type="dxa"/>
          </w:tcPr>
          <w:p w14:paraId="68A7C0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119</w:t>
            </w:r>
          </w:p>
        </w:tc>
      </w:tr>
      <w:tr w:rsidR="00501161" w14:paraId="3C0462FE" w14:textId="77777777">
        <w:trPr>
          <w:jc w:val="center"/>
        </w:trPr>
        <w:tc>
          <w:tcPr>
            <w:tcW w:w="3268" w:type="dxa"/>
          </w:tcPr>
          <w:p w14:paraId="0BB5A2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747" w:type="dxa"/>
          </w:tcPr>
          <w:p w14:paraId="5230FA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62 / 37</w:t>
            </w:r>
          </w:p>
        </w:tc>
      </w:tr>
      <w:tr w:rsidR="00501161" w14:paraId="58D0AACA" w14:textId="77777777">
        <w:trPr>
          <w:jc w:val="center"/>
        </w:trPr>
        <w:tc>
          <w:tcPr>
            <w:tcW w:w="3268" w:type="dxa"/>
          </w:tcPr>
          <w:p w14:paraId="0F568E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747" w:type="dxa"/>
          </w:tcPr>
          <w:p w14:paraId="06B7EB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34</w:t>
            </w:r>
          </w:p>
        </w:tc>
      </w:tr>
      <w:tr w:rsidR="00501161" w14:paraId="441B7549" w14:textId="77777777">
        <w:trPr>
          <w:jc w:val="center"/>
        </w:trPr>
        <w:tc>
          <w:tcPr>
            <w:tcW w:w="3268" w:type="dxa"/>
          </w:tcPr>
          <w:p w14:paraId="5834E5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747" w:type="dxa"/>
          </w:tcPr>
          <w:p w14:paraId="0057D1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12%</w:t>
            </w:r>
          </w:p>
        </w:tc>
      </w:tr>
      <w:tr w:rsidR="00501161" w14:paraId="52C76297" w14:textId="77777777">
        <w:trPr>
          <w:jc w:val="center"/>
        </w:trPr>
        <w:tc>
          <w:tcPr>
            <w:tcW w:w="3268" w:type="dxa"/>
          </w:tcPr>
          <w:p w14:paraId="6C6F55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747" w:type="dxa"/>
          </w:tcPr>
          <w:p w14:paraId="062EF7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Resist ×0.5 / ×1.0 / Weak ×1.5 / ×1.0</w:t>
            </w:r>
          </w:p>
        </w:tc>
      </w:tr>
      <w:tr w:rsidR="00501161" w14:paraId="3A1F6899" w14:textId="77777777">
        <w:trPr>
          <w:jc w:val="center"/>
        </w:trPr>
        <w:tc>
          <w:tcPr>
            <w:tcW w:w="3268" w:type="dxa"/>
          </w:tcPr>
          <w:p w14:paraId="461E2A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747" w:type="dxa"/>
          </w:tcPr>
          <w:p w14:paraId="0E56FC7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360 / 159</w:t>
            </w:r>
          </w:p>
        </w:tc>
      </w:tr>
      <w:tr w:rsidR="00501161" w14:paraId="7E6E6961" w14:textId="77777777">
        <w:trPr>
          <w:jc w:val="center"/>
        </w:trPr>
        <w:tc>
          <w:tcPr>
            <w:tcW w:w="3268" w:type="dxa"/>
          </w:tcPr>
          <w:p w14:paraId="61FC7E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747" w:type="dxa"/>
          </w:tcPr>
          <w:p w14:paraId="2E8D51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งาแตกจ่าโขลง (100%)</w:t>
            </w:r>
          </w:p>
        </w:tc>
      </w:tr>
      <w:tr w:rsidR="00501161" w14:paraId="0AA6BAF4" w14:textId="77777777">
        <w:trPr>
          <w:jc w:val="center"/>
        </w:trPr>
        <w:tc>
          <w:tcPr>
            <w:tcW w:w="3268" w:type="dxa"/>
          </w:tcPr>
          <w:p w14:paraId="6CCD9A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747" w:type="dxa"/>
          </w:tcPr>
          <w:p w14:paraId="26BBB8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ครีบใหญ่จ่าโขลง — </w:t>
            </w:r>
            <w:r>
              <w:rPr>
                <w:sz w:val="28"/>
                <w:szCs w:val="28"/>
              </w:rPr>
              <w:t>เงื่อนไข: ฆ่าวารีกุญชรลูกน้องก่อน</w:t>
            </w:r>
          </w:p>
        </w:tc>
      </w:tr>
      <w:tr w:rsidR="00501161" w14:paraId="25FB37FB" w14:textId="77777777">
        <w:trPr>
          <w:jc w:val="center"/>
        </w:trPr>
        <w:tc>
          <w:tcPr>
            <w:tcW w:w="3268" w:type="dxa"/>
          </w:tcPr>
          <w:p w14:paraId="395EDA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747" w:type="dxa"/>
          </w:tcPr>
          <w:p w14:paraId="06F2A6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4</w:t>
            </w:r>
          </w:p>
        </w:tc>
      </w:tr>
      <w:tr w:rsidR="00501161" w14:paraId="755BA241" w14:textId="77777777">
        <w:trPr>
          <w:jc w:val="center"/>
        </w:trPr>
        <w:tc>
          <w:tcPr>
            <w:tcW w:w="3268" w:type="dxa"/>
          </w:tcPr>
          <w:p w14:paraId="319F56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747" w:type="dxa"/>
          </w:tcPr>
          <w:p w14:paraId="48B8D1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+ </w:t>
            </w:r>
            <w:r>
              <w:rPr>
                <w:sz w:val="28"/>
                <w:szCs w:val="28"/>
              </w:rPr>
              <w:t>วารีกุญชร 1</w:t>
            </w:r>
          </w:p>
        </w:tc>
      </w:tr>
      <w:tr w:rsidR="00501161" w14:paraId="372FB35D" w14:textId="77777777">
        <w:trPr>
          <w:jc w:val="center"/>
        </w:trPr>
        <w:tc>
          <w:tcPr>
            <w:tcW w:w="3268" w:type="dxa"/>
          </w:tcPr>
          <w:p w14:paraId="576C9A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5747" w:type="dxa"/>
          </w:tcPr>
          <w:p w14:paraId="7C67DA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เฝ้าอยู่กับที่บนสะพานหิน ปิดทางลัด</w:t>
            </w:r>
          </w:p>
        </w:tc>
      </w:tr>
    </w:tbl>
    <w:p w14:paraId="3C00D186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1"/>
        <w:gridCol w:w="4270"/>
        <w:gridCol w:w="1581"/>
        <w:gridCol w:w="1581"/>
      </w:tblGrid>
      <w:tr w:rsidR="00501161" w14:paraId="54DDBC02" w14:textId="77777777">
        <w:trPr>
          <w:tblHeader/>
          <w:jc w:val="center"/>
        </w:trPr>
        <w:tc>
          <w:tcPr>
            <w:tcW w:w="1581" w:type="dxa"/>
            <w:shd w:val="clear" w:color="auto" w:fill="F2F2F2"/>
          </w:tcPr>
          <w:p w14:paraId="0672DA4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270" w:type="dxa"/>
            <w:shd w:val="clear" w:color="auto" w:fill="F2F2F2"/>
          </w:tcPr>
          <w:p w14:paraId="7F2B712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581" w:type="dxa"/>
            <w:shd w:val="clear" w:color="auto" w:fill="F2F2F2"/>
          </w:tcPr>
          <w:p w14:paraId="40A2112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581" w:type="dxa"/>
            <w:shd w:val="clear" w:color="auto" w:fill="F2F2F2"/>
          </w:tcPr>
          <w:p w14:paraId="247919C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546BC868" w14:textId="77777777">
        <w:trPr>
          <w:jc w:val="center"/>
        </w:trPr>
        <w:tc>
          <w:tcPr>
            <w:tcW w:w="1581" w:type="dxa"/>
          </w:tcPr>
          <w:p w14:paraId="598269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คลื่นซัด</w:t>
            </w:r>
          </w:p>
        </w:tc>
        <w:tc>
          <w:tcPr>
            <w:tcW w:w="4270" w:type="dxa"/>
          </w:tcPr>
          <w:p w14:paraId="7B1EC5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Physical 90% </w:t>
            </w:r>
            <w:r>
              <w:rPr>
                <w:sz w:val="28"/>
                <w:szCs w:val="28"/>
              </w:rPr>
              <w:t>ทั้งปาร์ตี้</w:t>
            </w:r>
          </w:p>
        </w:tc>
        <w:tc>
          <w:tcPr>
            <w:tcW w:w="1581" w:type="dxa"/>
          </w:tcPr>
          <w:p w14:paraId="668FBE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3390C8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6C95DD88" w14:textId="77777777">
        <w:trPr>
          <w:jc w:val="center"/>
        </w:trPr>
        <w:tc>
          <w:tcPr>
            <w:tcW w:w="1581" w:type="dxa"/>
          </w:tcPr>
          <w:p w14:paraId="45F414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ปกป้องโขลง</w:t>
            </w:r>
          </w:p>
        </w:tc>
        <w:tc>
          <w:tcPr>
            <w:tcW w:w="4270" w:type="dxa"/>
          </w:tcPr>
          <w:p w14:paraId="3FB6C6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รับดาเมจแทนพวก 50% 1 เทิร์น</w:t>
            </w:r>
          </w:p>
        </w:tc>
        <w:tc>
          <w:tcPr>
            <w:tcW w:w="1581" w:type="dxa"/>
          </w:tcPr>
          <w:p w14:paraId="61E574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3ABC80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  <w:tr w:rsidR="00501161" w14:paraId="74EA8771" w14:textId="77777777">
        <w:trPr>
          <w:jc w:val="center"/>
        </w:trPr>
        <w:tc>
          <w:tcPr>
            <w:tcW w:w="1581" w:type="dxa"/>
          </w:tcPr>
          <w:p w14:paraId="4C6091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พ่นน้ำ</w:t>
            </w:r>
          </w:p>
        </w:tc>
        <w:tc>
          <w:tcPr>
            <w:tcW w:w="4270" w:type="dxa"/>
          </w:tcPr>
          <w:p w14:paraId="2FBAFF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Blind 50% </w:t>
            </w:r>
            <w:r>
              <w:rPr>
                <w:sz w:val="28"/>
                <w:szCs w:val="28"/>
              </w:rPr>
              <w:t>ทั้งปาร์ตี้</w:t>
            </w:r>
          </w:p>
        </w:tc>
        <w:tc>
          <w:tcPr>
            <w:tcW w:w="1581" w:type="dxa"/>
          </w:tcPr>
          <w:p w14:paraId="33EF1B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77117C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</w:tbl>
    <w:p w14:paraId="645AE9C4" w14:textId="77777777" w:rsidR="00501161" w:rsidRDefault="00501161">
      <w:pPr>
        <w:spacing w:after="40"/>
      </w:pPr>
    </w:p>
    <w:p w14:paraId="0EC6FDD1" w14:textId="77777777" w:rsidR="00501161" w:rsidRDefault="00C637DA">
      <w:pPr>
        <w:pStyle w:val="Heading3"/>
      </w:pPr>
      <w:r>
        <w:lastRenderedPageBreak/>
        <w:t xml:space="preserve">13.6.3 Chapter 3 — </w:t>
      </w:r>
      <w:r>
        <w:t>ทุ่งราชสีห์และผาหินแดง</w:t>
      </w:r>
    </w:p>
    <w:p w14:paraId="0303E6D6" w14:textId="77777777" w:rsidR="00501161" w:rsidRDefault="00C637DA">
      <w:pPr>
        <w:pStyle w:val="Heading4"/>
      </w:pPr>
      <w:r>
        <w:t>กาฬสีห์ — ทั่วไป · Aggressive</w:t>
      </w:r>
    </w:p>
    <w:p w14:paraId="47BB6427" w14:textId="77777777" w:rsidR="00501161" w:rsidRDefault="00C637DA">
      <w:pPr>
        <w:ind w:firstLine="720"/>
      </w:pPr>
      <w:r>
        <w:t>ราชสีห์สีดำ หนึ่งในสี่จำพวกราชสีห์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89"/>
        <w:gridCol w:w="5226"/>
      </w:tblGrid>
      <w:tr w:rsidR="00501161" w14:paraId="39D2E1F7" w14:textId="77777777">
        <w:trPr>
          <w:tblHeader/>
          <w:jc w:val="center"/>
        </w:trPr>
        <w:tc>
          <w:tcPr>
            <w:tcW w:w="3789" w:type="dxa"/>
            <w:shd w:val="clear" w:color="auto" w:fill="F2F2F2"/>
          </w:tcPr>
          <w:p w14:paraId="7AFDFFC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226" w:type="dxa"/>
            <w:shd w:val="clear" w:color="auto" w:fill="F2F2F2"/>
          </w:tcPr>
          <w:p w14:paraId="7D4ACE2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4CE69C33" w14:textId="77777777">
        <w:trPr>
          <w:jc w:val="center"/>
        </w:trPr>
        <w:tc>
          <w:tcPr>
            <w:tcW w:w="3789" w:type="dxa"/>
          </w:tcPr>
          <w:p w14:paraId="6A33A5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226" w:type="dxa"/>
          </w:tcPr>
          <w:p w14:paraId="5A5012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</w:t>
            </w:r>
          </w:p>
        </w:tc>
      </w:tr>
      <w:tr w:rsidR="00501161" w14:paraId="4DCDDD12" w14:textId="77777777">
        <w:trPr>
          <w:jc w:val="center"/>
        </w:trPr>
        <w:tc>
          <w:tcPr>
            <w:tcW w:w="3789" w:type="dxa"/>
          </w:tcPr>
          <w:p w14:paraId="46032C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226" w:type="dxa"/>
          </w:tcPr>
          <w:p w14:paraId="02DC05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420</w:t>
            </w:r>
          </w:p>
        </w:tc>
      </w:tr>
      <w:tr w:rsidR="00501161" w14:paraId="03EC4E51" w14:textId="77777777">
        <w:trPr>
          <w:jc w:val="center"/>
        </w:trPr>
        <w:tc>
          <w:tcPr>
            <w:tcW w:w="3789" w:type="dxa"/>
          </w:tcPr>
          <w:p w14:paraId="6DA6D6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226" w:type="dxa"/>
          </w:tcPr>
          <w:p w14:paraId="347191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91</w:t>
            </w:r>
          </w:p>
        </w:tc>
      </w:tr>
      <w:tr w:rsidR="00501161" w14:paraId="589DEF5A" w14:textId="77777777">
        <w:trPr>
          <w:jc w:val="center"/>
        </w:trPr>
        <w:tc>
          <w:tcPr>
            <w:tcW w:w="3789" w:type="dxa"/>
          </w:tcPr>
          <w:p w14:paraId="1B852C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226" w:type="dxa"/>
          </w:tcPr>
          <w:p w14:paraId="5F158B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45 / 27</w:t>
            </w:r>
          </w:p>
        </w:tc>
      </w:tr>
      <w:tr w:rsidR="00501161" w14:paraId="083BE7F5" w14:textId="77777777">
        <w:trPr>
          <w:jc w:val="center"/>
        </w:trPr>
        <w:tc>
          <w:tcPr>
            <w:tcW w:w="3789" w:type="dxa"/>
          </w:tcPr>
          <w:p w14:paraId="3DF443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226" w:type="dxa"/>
          </w:tcPr>
          <w:p w14:paraId="5EDE10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36</w:t>
            </w:r>
          </w:p>
        </w:tc>
      </w:tr>
      <w:tr w:rsidR="00501161" w14:paraId="17A103FB" w14:textId="77777777">
        <w:trPr>
          <w:jc w:val="center"/>
        </w:trPr>
        <w:tc>
          <w:tcPr>
            <w:tcW w:w="3789" w:type="dxa"/>
          </w:tcPr>
          <w:p w14:paraId="7D3E5A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226" w:type="dxa"/>
          </w:tcPr>
          <w:p w14:paraId="5C2878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9%</w:t>
            </w:r>
          </w:p>
        </w:tc>
      </w:tr>
      <w:tr w:rsidR="00501161" w14:paraId="724DC49F" w14:textId="77777777">
        <w:trPr>
          <w:jc w:val="center"/>
        </w:trPr>
        <w:tc>
          <w:tcPr>
            <w:tcW w:w="3789" w:type="dxa"/>
          </w:tcPr>
          <w:p w14:paraId="17227C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226" w:type="dxa"/>
          </w:tcPr>
          <w:p w14:paraId="211D0B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Weak ×1.5 / ×1.0 / ×1.0</w:t>
            </w:r>
          </w:p>
        </w:tc>
      </w:tr>
      <w:tr w:rsidR="00501161" w14:paraId="7342DEDA" w14:textId="77777777">
        <w:trPr>
          <w:jc w:val="center"/>
        </w:trPr>
        <w:tc>
          <w:tcPr>
            <w:tcW w:w="3789" w:type="dxa"/>
          </w:tcPr>
          <w:p w14:paraId="2C7CF3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226" w:type="dxa"/>
          </w:tcPr>
          <w:p w14:paraId="508E04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140 / 57</w:t>
            </w:r>
          </w:p>
        </w:tc>
      </w:tr>
      <w:tr w:rsidR="00501161" w14:paraId="783B4DBB" w14:textId="77777777">
        <w:trPr>
          <w:jc w:val="center"/>
        </w:trPr>
        <w:tc>
          <w:tcPr>
            <w:tcW w:w="3789" w:type="dxa"/>
          </w:tcPr>
          <w:p w14:paraId="676C4D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226" w:type="dxa"/>
          </w:tcPr>
          <w:p w14:paraId="40E04E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หนังกาฬสีห์ (50%)</w:t>
            </w:r>
          </w:p>
        </w:tc>
      </w:tr>
      <w:tr w:rsidR="00501161" w14:paraId="22CFD2BA" w14:textId="77777777">
        <w:trPr>
          <w:jc w:val="center"/>
        </w:trPr>
        <w:tc>
          <w:tcPr>
            <w:tcW w:w="3789" w:type="dxa"/>
          </w:tcPr>
          <w:p w14:paraId="1622018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226" w:type="dxa"/>
          </w:tcPr>
          <w:p w14:paraId="31A1AF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เขี้ยวดำ — เงื่อนไข: ปิดจ๊อบด้วยคริติคอล</w:t>
            </w:r>
          </w:p>
        </w:tc>
      </w:tr>
      <w:tr w:rsidR="00501161" w14:paraId="326610C9" w14:textId="77777777">
        <w:trPr>
          <w:jc w:val="center"/>
        </w:trPr>
        <w:tc>
          <w:tcPr>
            <w:tcW w:w="3789" w:type="dxa"/>
          </w:tcPr>
          <w:p w14:paraId="19D3FF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226" w:type="dxa"/>
          </w:tcPr>
          <w:p w14:paraId="7503EB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1–4</w:t>
            </w:r>
          </w:p>
        </w:tc>
      </w:tr>
      <w:tr w:rsidR="00501161" w14:paraId="3DCF91C8" w14:textId="77777777">
        <w:trPr>
          <w:jc w:val="center"/>
        </w:trPr>
        <w:tc>
          <w:tcPr>
            <w:tcW w:w="3789" w:type="dxa"/>
          </w:tcPr>
          <w:p w14:paraId="109EAA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226" w:type="dxa"/>
          </w:tcPr>
          <w:p w14:paraId="320325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5F1875FA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39"/>
        <w:gridCol w:w="4097"/>
        <w:gridCol w:w="1639"/>
        <w:gridCol w:w="1639"/>
      </w:tblGrid>
      <w:tr w:rsidR="00501161" w14:paraId="6144F054" w14:textId="77777777">
        <w:trPr>
          <w:tblHeader/>
          <w:jc w:val="center"/>
        </w:trPr>
        <w:tc>
          <w:tcPr>
            <w:tcW w:w="1639" w:type="dxa"/>
            <w:shd w:val="clear" w:color="auto" w:fill="F2F2F2"/>
          </w:tcPr>
          <w:p w14:paraId="4872ED3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097" w:type="dxa"/>
            <w:shd w:val="clear" w:color="auto" w:fill="F2F2F2"/>
          </w:tcPr>
          <w:p w14:paraId="7C03E27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639" w:type="dxa"/>
            <w:shd w:val="clear" w:color="auto" w:fill="F2F2F2"/>
          </w:tcPr>
          <w:p w14:paraId="3C14275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639" w:type="dxa"/>
            <w:shd w:val="clear" w:color="auto" w:fill="F2F2F2"/>
          </w:tcPr>
          <w:p w14:paraId="6C35A69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23B8BB4E" w14:textId="77777777">
        <w:trPr>
          <w:jc w:val="center"/>
        </w:trPr>
        <w:tc>
          <w:tcPr>
            <w:tcW w:w="1639" w:type="dxa"/>
          </w:tcPr>
          <w:p w14:paraId="2CC4C1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ขย้ำคอ</w:t>
            </w:r>
          </w:p>
        </w:tc>
        <w:tc>
          <w:tcPr>
            <w:tcW w:w="4097" w:type="dxa"/>
          </w:tcPr>
          <w:p w14:paraId="13505A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Physical 120% </w:t>
            </w:r>
            <w:r>
              <w:rPr>
                <w:sz w:val="28"/>
                <w:szCs w:val="28"/>
              </w:rPr>
              <w:t>(Crit +20%)</w:t>
            </w:r>
          </w:p>
        </w:tc>
        <w:tc>
          <w:tcPr>
            <w:tcW w:w="1639" w:type="dxa"/>
          </w:tcPr>
          <w:p w14:paraId="0CB7F2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39" w:type="dxa"/>
          </w:tcPr>
          <w:p w14:paraId="07D8D0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</w:tr>
      <w:tr w:rsidR="00501161" w14:paraId="76DE8C45" w14:textId="77777777">
        <w:trPr>
          <w:jc w:val="center"/>
        </w:trPr>
        <w:tc>
          <w:tcPr>
            <w:tcW w:w="1639" w:type="dxa"/>
          </w:tcPr>
          <w:p w14:paraId="00F653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ตะปบคู่</w:t>
            </w:r>
          </w:p>
        </w:tc>
        <w:tc>
          <w:tcPr>
            <w:tcW w:w="4097" w:type="dxa"/>
          </w:tcPr>
          <w:p w14:paraId="04E7E6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70% × 2</w:t>
            </w:r>
          </w:p>
        </w:tc>
        <w:tc>
          <w:tcPr>
            <w:tcW w:w="1639" w:type="dxa"/>
          </w:tcPr>
          <w:p w14:paraId="4F7C07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639" w:type="dxa"/>
          </w:tcPr>
          <w:p w14:paraId="643596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</w:tbl>
    <w:p w14:paraId="52B83178" w14:textId="77777777" w:rsidR="00501161" w:rsidRDefault="00501161">
      <w:pPr>
        <w:spacing w:after="40"/>
      </w:pPr>
    </w:p>
    <w:p w14:paraId="7F4EB2EA" w14:textId="77777777" w:rsidR="00501161" w:rsidRDefault="00C637DA">
      <w:pPr>
        <w:pStyle w:val="Heading4"/>
      </w:pPr>
      <w:r>
        <w:t>บัณฑุราชสีห์ — ทั่วไป · Pack</w:t>
      </w:r>
    </w:p>
    <w:p w14:paraId="0932B18C" w14:textId="77777777" w:rsidR="00501161" w:rsidRDefault="00C637DA">
      <w:pPr>
        <w:ind w:firstLine="720"/>
      </w:pPr>
      <w:r>
        <w:t>ราชสีห์สีเหลืองดังใบไม้แห้ง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85"/>
        <w:gridCol w:w="5529"/>
      </w:tblGrid>
      <w:tr w:rsidR="00501161" w14:paraId="2F077D6E" w14:textId="77777777">
        <w:trPr>
          <w:tblHeader/>
          <w:jc w:val="center"/>
        </w:trPr>
        <w:tc>
          <w:tcPr>
            <w:tcW w:w="3485" w:type="dxa"/>
            <w:shd w:val="clear" w:color="auto" w:fill="F2F2F2"/>
          </w:tcPr>
          <w:p w14:paraId="78D2091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529" w:type="dxa"/>
            <w:shd w:val="clear" w:color="auto" w:fill="F2F2F2"/>
          </w:tcPr>
          <w:p w14:paraId="2CB4CC1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26E182D0" w14:textId="77777777">
        <w:trPr>
          <w:jc w:val="center"/>
        </w:trPr>
        <w:tc>
          <w:tcPr>
            <w:tcW w:w="3485" w:type="dxa"/>
          </w:tcPr>
          <w:p w14:paraId="4D63B9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529" w:type="dxa"/>
          </w:tcPr>
          <w:p w14:paraId="05C9B9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</w:t>
            </w:r>
          </w:p>
        </w:tc>
      </w:tr>
      <w:tr w:rsidR="00501161" w14:paraId="59FF109E" w14:textId="77777777">
        <w:trPr>
          <w:jc w:val="center"/>
        </w:trPr>
        <w:tc>
          <w:tcPr>
            <w:tcW w:w="3485" w:type="dxa"/>
          </w:tcPr>
          <w:p w14:paraId="34643E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529" w:type="dxa"/>
          </w:tcPr>
          <w:p w14:paraId="04CA25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315</w:t>
            </w:r>
          </w:p>
        </w:tc>
      </w:tr>
      <w:tr w:rsidR="00501161" w14:paraId="788A341B" w14:textId="77777777">
        <w:trPr>
          <w:jc w:val="center"/>
        </w:trPr>
        <w:tc>
          <w:tcPr>
            <w:tcW w:w="3485" w:type="dxa"/>
          </w:tcPr>
          <w:p w14:paraId="292D6E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529" w:type="dxa"/>
          </w:tcPr>
          <w:p w14:paraId="4F07C7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98</w:t>
            </w:r>
          </w:p>
        </w:tc>
      </w:tr>
      <w:tr w:rsidR="00501161" w14:paraId="37803DB1" w14:textId="77777777">
        <w:trPr>
          <w:jc w:val="center"/>
        </w:trPr>
        <w:tc>
          <w:tcPr>
            <w:tcW w:w="3485" w:type="dxa"/>
          </w:tcPr>
          <w:p w14:paraId="68FDE8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529" w:type="dxa"/>
          </w:tcPr>
          <w:p w14:paraId="6FBCC2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43 / 26</w:t>
            </w:r>
          </w:p>
        </w:tc>
      </w:tr>
      <w:tr w:rsidR="00501161" w14:paraId="7E087F11" w14:textId="77777777">
        <w:trPr>
          <w:jc w:val="center"/>
        </w:trPr>
        <w:tc>
          <w:tcPr>
            <w:tcW w:w="3485" w:type="dxa"/>
          </w:tcPr>
          <w:p w14:paraId="4DCB78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529" w:type="dxa"/>
          </w:tcPr>
          <w:p w14:paraId="11C999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39</w:t>
            </w:r>
          </w:p>
        </w:tc>
      </w:tr>
      <w:tr w:rsidR="00501161" w14:paraId="3AE4C4AA" w14:textId="77777777">
        <w:trPr>
          <w:jc w:val="center"/>
        </w:trPr>
        <w:tc>
          <w:tcPr>
            <w:tcW w:w="3485" w:type="dxa"/>
          </w:tcPr>
          <w:p w14:paraId="26FF9B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529" w:type="dxa"/>
          </w:tcPr>
          <w:p w14:paraId="36ECF0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9%</w:t>
            </w:r>
          </w:p>
        </w:tc>
      </w:tr>
      <w:tr w:rsidR="00501161" w14:paraId="6D89BA28" w14:textId="77777777">
        <w:trPr>
          <w:jc w:val="center"/>
        </w:trPr>
        <w:tc>
          <w:tcPr>
            <w:tcW w:w="3485" w:type="dxa"/>
          </w:tcPr>
          <w:p w14:paraId="755989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529" w:type="dxa"/>
          </w:tcPr>
          <w:p w14:paraId="06FE86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×1.0 / Weak ×1.5 / </w:t>
            </w:r>
            <w:r>
              <w:rPr>
                <w:sz w:val="28"/>
                <w:szCs w:val="28"/>
              </w:rPr>
              <w:t>×1.0 / ×1.0</w:t>
            </w:r>
          </w:p>
        </w:tc>
      </w:tr>
      <w:tr w:rsidR="00501161" w14:paraId="1E3964F6" w14:textId="77777777">
        <w:trPr>
          <w:jc w:val="center"/>
        </w:trPr>
        <w:tc>
          <w:tcPr>
            <w:tcW w:w="3485" w:type="dxa"/>
          </w:tcPr>
          <w:p w14:paraId="57B78E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529" w:type="dxa"/>
          </w:tcPr>
          <w:p w14:paraId="37F071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162 / 61</w:t>
            </w:r>
          </w:p>
        </w:tc>
      </w:tr>
      <w:tr w:rsidR="00501161" w14:paraId="77A42920" w14:textId="77777777">
        <w:trPr>
          <w:jc w:val="center"/>
        </w:trPr>
        <w:tc>
          <w:tcPr>
            <w:tcW w:w="3485" w:type="dxa"/>
          </w:tcPr>
          <w:p w14:paraId="1AE2ED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529" w:type="dxa"/>
          </w:tcPr>
          <w:p w14:paraId="0ED0B4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แผงคอเหลือง (50%)</w:t>
            </w:r>
          </w:p>
        </w:tc>
      </w:tr>
      <w:tr w:rsidR="00501161" w14:paraId="450A1360" w14:textId="77777777">
        <w:trPr>
          <w:jc w:val="center"/>
        </w:trPr>
        <w:tc>
          <w:tcPr>
            <w:tcW w:w="3485" w:type="dxa"/>
          </w:tcPr>
          <w:p w14:paraId="6FCAAC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529" w:type="dxa"/>
          </w:tcPr>
          <w:p w14:paraId="4D4AAE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ขนทองบัณฑุ — เงื่อนไข: ฆ่าทั้งฝูงในเทิร์นเดียว</w:t>
            </w:r>
          </w:p>
        </w:tc>
      </w:tr>
      <w:tr w:rsidR="00501161" w14:paraId="2BBE728C" w14:textId="77777777">
        <w:trPr>
          <w:jc w:val="center"/>
        </w:trPr>
        <w:tc>
          <w:tcPr>
            <w:tcW w:w="3485" w:type="dxa"/>
          </w:tcPr>
          <w:p w14:paraId="2E9627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พบที่</w:t>
            </w:r>
          </w:p>
        </w:tc>
        <w:tc>
          <w:tcPr>
            <w:tcW w:w="5529" w:type="dxa"/>
          </w:tcPr>
          <w:p w14:paraId="51830E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1–4</w:t>
            </w:r>
          </w:p>
        </w:tc>
      </w:tr>
      <w:tr w:rsidR="00501161" w14:paraId="0BEFC948" w14:textId="77777777">
        <w:trPr>
          <w:jc w:val="center"/>
        </w:trPr>
        <w:tc>
          <w:tcPr>
            <w:tcW w:w="3485" w:type="dxa"/>
          </w:tcPr>
          <w:p w14:paraId="443D21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529" w:type="dxa"/>
          </w:tcPr>
          <w:p w14:paraId="78345D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2–3</w:t>
            </w:r>
          </w:p>
        </w:tc>
      </w:tr>
    </w:tbl>
    <w:p w14:paraId="09097DB1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3"/>
        <w:gridCol w:w="4357"/>
        <w:gridCol w:w="1502"/>
        <w:gridCol w:w="1502"/>
      </w:tblGrid>
      <w:tr w:rsidR="00501161" w14:paraId="78D79D27" w14:textId="77777777">
        <w:trPr>
          <w:tblHeader/>
          <w:jc w:val="center"/>
        </w:trPr>
        <w:tc>
          <w:tcPr>
            <w:tcW w:w="1653" w:type="dxa"/>
            <w:shd w:val="clear" w:color="auto" w:fill="F2F2F2"/>
          </w:tcPr>
          <w:p w14:paraId="4C279B0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357" w:type="dxa"/>
            <w:shd w:val="clear" w:color="auto" w:fill="F2F2F2"/>
          </w:tcPr>
          <w:p w14:paraId="26746B4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502" w:type="dxa"/>
            <w:shd w:val="clear" w:color="auto" w:fill="F2F2F2"/>
          </w:tcPr>
          <w:p w14:paraId="5B44AB6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502" w:type="dxa"/>
            <w:shd w:val="clear" w:color="auto" w:fill="F2F2F2"/>
          </w:tcPr>
          <w:p w14:paraId="746F9C9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623E5B3F" w14:textId="77777777">
        <w:trPr>
          <w:jc w:val="center"/>
        </w:trPr>
        <w:tc>
          <w:tcPr>
            <w:tcW w:w="1653" w:type="dxa"/>
          </w:tcPr>
          <w:p w14:paraId="02B4DF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กัด</w:t>
            </w:r>
          </w:p>
        </w:tc>
        <w:tc>
          <w:tcPr>
            <w:tcW w:w="4357" w:type="dxa"/>
          </w:tcPr>
          <w:p w14:paraId="6FFD4D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100%</w:t>
            </w:r>
          </w:p>
        </w:tc>
        <w:tc>
          <w:tcPr>
            <w:tcW w:w="1502" w:type="dxa"/>
          </w:tcPr>
          <w:p w14:paraId="63A03D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02" w:type="dxa"/>
          </w:tcPr>
          <w:p w14:paraId="156517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</w:tr>
      <w:tr w:rsidR="00501161" w14:paraId="23BDE3ED" w14:textId="77777777">
        <w:trPr>
          <w:jc w:val="center"/>
        </w:trPr>
        <w:tc>
          <w:tcPr>
            <w:tcW w:w="1653" w:type="dxa"/>
          </w:tcPr>
          <w:p w14:paraId="0D3F61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คำรามรวมฝูง</w:t>
            </w:r>
          </w:p>
        </w:tc>
        <w:tc>
          <w:tcPr>
            <w:tcW w:w="4357" w:type="dxa"/>
          </w:tcPr>
          <w:p w14:paraId="538CF8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ATK </w:t>
            </w:r>
            <w:r>
              <w:rPr>
                <w:sz w:val="28"/>
                <w:szCs w:val="28"/>
              </w:rPr>
              <w:t xml:space="preserve">พวกเดียวกัน +20% 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02" w:type="dxa"/>
          </w:tcPr>
          <w:p w14:paraId="623156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02" w:type="dxa"/>
          </w:tcPr>
          <w:p w14:paraId="19D1E1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</w:tbl>
    <w:p w14:paraId="46DDCC78" w14:textId="77777777" w:rsidR="00501161" w:rsidRDefault="00501161">
      <w:pPr>
        <w:spacing w:after="40"/>
      </w:pPr>
    </w:p>
    <w:p w14:paraId="45F9FB79" w14:textId="77777777" w:rsidR="00501161" w:rsidRDefault="00C637DA">
      <w:pPr>
        <w:pStyle w:val="Heading4"/>
      </w:pPr>
      <w:r>
        <w:t>เกสรสิงหะ — ทั่วไป · Aggressive</w:t>
      </w:r>
    </w:p>
    <w:p w14:paraId="22312FAB" w14:textId="77777777" w:rsidR="00501161" w:rsidRDefault="00C637DA">
      <w:pPr>
        <w:ind w:firstLine="720"/>
      </w:pPr>
      <w:r>
        <w:t>ลำตัวเป็นสิงห์ หัวมีหงอน เท้าเป็นกีบ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1"/>
        <w:gridCol w:w="5053"/>
      </w:tblGrid>
      <w:tr w:rsidR="00501161" w14:paraId="1716CEC4" w14:textId="77777777">
        <w:trPr>
          <w:tblHeader/>
          <w:jc w:val="center"/>
        </w:trPr>
        <w:tc>
          <w:tcPr>
            <w:tcW w:w="3961" w:type="dxa"/>
            <w:shd w:val="clear" w:color="auto" w:fill="F2F2F2"/>
          </w:tcPr>
          <w:p w14:paraId="53FE7D6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053" w:type="dxa"/>
            <w:shd w:val="clear" w:color="auto" w:fill="F2F2F2"/>
          </w:tcPr>
          <w:p w14:paraId="651CA5F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01A6C036" w14:textId="77777777">
        <w:trPr>
          <w:jc w:val="center"/>
        </w:trPr>
        <w:tc>
          <w:tcPr>
            <w:tcW w:w="3961" w:type="dxa"/>
          </w:tcPr>
          <w:p w14:paraId="610702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053" w:type="dxa"/>
          </w:tcPr>
          <w:p w14:paraId="64ED60C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</w:t>
            </w:r>
          </w:p>
        </w:tc>
      </w:tr>
      <w:tr w:rsidR="00501161" w14:paraId="081C50BB" w14:textId="77777777">
        <w:trPr>
          <w:jc w:val="center"/>
        </w:trPr>
        <w:tc>
          <w:tcPr>
            <w:tcW w:w="3961" w:type="dxa"/>
          </w:tcPr>
          <w:p w14:paraId="75288C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053" w:type="dxa"/>
          </w:tcPr>
          <w:p w14:paraId="2F9527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480</w:t>
            </w:r>
          </w:p>
        </w:tc>
      </w:tr>
      <w:tr w:rsidR="00501161" w14:paraId="2DDA4224" w14:textId="77777777">
        <w:trPr>
          <w:jc w:val="center"/>
        </w:trPr>
        <w:tc>
          <w:tcPr>
            <w:tcW w:w="3961" w:type="dxa"/>
          </w:tcPr>
          <w:p w14:paraId="4151C1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053" w:type="dxa"/>
          </w:tcPr>
          <w:p w14:paraId="788BFF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104</w:t>
            </w:r>
          </w:p>
        </w:tc>
      </w:tr>
      <w:tr w:rsidR="00501161" w14:paraId="515B7B41" w14:textId="77777777">
        <w:trPr>
          <w:jc w:val="center"/>
        </w:trPr>
        <w:tc>
          <w:tcPr>
            <w:tcW w:w="3961" w:type="dxa"/>
          </w:tcPr>
          <w:p w14:paraId="29282E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053" w:type="dxa"/>
          </w:tcPr>
          <w:p w14:paraId="059572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51 / 31</w:t>
            </w:r>
          </w:p>
        </w:tc>
      </w:tr>
      <w:tr w:rsidR="00501161" w14:paraId="65CBAF49" w14:textId="77777777">
        <w:trPr>
          <w:jc w:val="center"/>
        </w:trPr>
        <w:tc>
          <w:tcPr>
            <w:tcW w:w="3961" w:type="dxa"/>
          </w:tcPr>
          <w:p w14:paraId="3D9454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053" w:type="dxa"/>
          </w:tcPr>
          <w:p w14:paraId="7E7EE9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41</w:t>
            </w:r>
          </w:p>
        </w:tc>
      </w:tr>
      <w:tr w:rsidR="00501161" w14:paraId="6A42977E" w14:textId="77777777">
        <w:trPr>
          <w:jc w:val="center"/>
        </w:trPr>
        <w:tc>
          <w:tcPr>
            <w:tcW w:w="3961" w:type="dxa"/>
          </w:tcPr>
          <w:p w14:paraId="521072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053" w:type="dxa"/>
          </w:tcPr>
          <w:p w14:paraId="5BFF3F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9%</w:t>
            </w:r>
          </w:p>
        </w:tc>
      </w:tr>
      <w:tr w:rsidR="00501161" w14:paraId="5B7320FB" w14:textId="77777777">
        <w:trPr>
          <w:jc w:val="center"/>
        </w:trPr>
        <w:tc>
          <w:tcPr>
            <w:tcW w:w="3961" w:type="dxa"/>
          </w:tcPr>
          <w:p w14:paraId="17BAA7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053" w:type="dxa"/>
          </w:tcPr>
          <w:p w14:paraId="6EAC1A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×1.0 / Weak ×1.5 / ×1.0</w:t>
            </w:r>
          </w:p>
        </w:tc>
      </w:tr>
      <w:tr w:rsidR="00501161" w14:paraId="743F469B" w14:textId="77777777">
        <w:trPr>
          <w:jc w:val="center"/>
        </w:trPr>
        <w:tc>
          <w:tcPr>
            <w:tcW w:w="3961" w:type="dxa"/>
          </w:tcPr>
          <w:p w14:paraId="6AC511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053" w:type="dxa"/>
          </w:tcPr>
          <w:p w14:paraId="25421C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186 / 65</w:t>
            </w:r>
          </w:p>
        </w:tc>
      </w:tr>
      <w:tr w:rsidR="00501161" w14:paraId="48AA3C71" w14:textId="77777777">
        <w:trPr>
          <w:jc w:val="center"/>
        </w:trPr>
        <w:tc>
          <w:tcPr>
            <w:tcW w:w="3961" w:type="dxa"/>
          </w:tcPr>
          <w:p w14:paraId="3A848F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053" w:type="dxa"/>
          </w:tcPr>
          <w:p w14:paraId="0A8FC5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หงอนเกสร (50%)</w:t>
            </w:r>
          </w:p>
        </w:tc>
      </w:tr>
      <w:tr w:rsidR="00501161" w14:paraId="43CBDCCD" w14:textId="77777777">
        <w:trPr>
          <w:jc w:val="center"/>
        </w:trPr>
        <w:tc>
          <w:tcPr>
            <w:tcW w:w="3961" w:type="dxa"/>
          </w:tcPr>
          <w:p w14:paraId="45DD9F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053" w:type="dxa"/>
          </w:tcPr>
          <w:p w14:paraId="62326E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กีบเกสร — เงื่อนไข: ปิดจ๊อบด้วยธาตุลม</w:t>
            </w:r>
          </w:p>
        </w:tc>
      </w:tr>
      <w:tr w:rsidR="00501161" w14:paraId="62EE4D3F" w14:textId="77777777">
        <w:trPr>
          <w:jc w:val="center"/>
        </w:trPr>
        <w:tc>
          <w:tcPr>
            <w:tcW w:w="3961" w:type="dxa"/>
          </w:tcPr>
          <w:p w14:paraId="7EE280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053" w:type="dxa"/>
          </w:tcPr>
          <w:p w14:paraId="5256B1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2–4</w:t>
            </w:r>
          </w:p>
        </w:tc>
      </w:tr>
      <w:tr w:rsidR="00501161" w14:paraId="58A9F831" w14:textId="77777777">
        <w:trPr>
          <w:jc w:val="center"/>
        </w:trPr>
        <w:tc>
          <w:tcPr>
            <w:tcW w:w="3961" w:type="dxa"/>
          </w:tcPr>
          <w:p w14:paraId="6B1647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053" w:type="dxa"/>
          </w:tcPr>
          <w:p w14:paraId="50C961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0BA358DB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39"/>
        <w:gridCol w:w="4097"/>
        <w:gridCol w:w="1639"/>
        <w:gridCol w:w="1639"/>
      </w:tblGrid>
      <w:tr w:rsidR="00501161" w14:paraId="282A9FD8" w14:textId="77777777">
        <w:trPr>
          <w:tblHeader/>
          <w:jc w:val="center"/>
        </w:trPr>
        <w:tc>
          <w:tcPr>
            <w:tcW w:w="1639" w:type="dxa"/>
            <w:shd w:val="clear" w:color="auto" w:fill="F2F2F2"/>
          </w:tcPr>
          <w:p w14:paraId="1494700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097" w:type="dxa"/>
            <w:shd w:val="clear" w:color="auto" w:fill="F2F2F2"/>
          </w:tcPr>
          <w:p w14:paraId="1D996A7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639" w:type="dxa"/>
            <w:shd w:val="clear" w:color="auto" w:fill="F2F2F2"/>
          </w:tcPr>
          <w:p w14:paraId="219564F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639" w:type="dxa"/>
            <w:shd w:val="clear" w:color="auto" w:fill="F2F2F2"/>
          </w:tcPr>
          <w:p w14:paraId="7B4F317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333B96B8" w14:textId="77777777">
        <w:trPr>
          <w:jc w:val="center"/>
        </w:trPr>
        <w:tc>
          <w:tcPr>
            <w:tcW w:w="1639" w:type="dxa"/>
          </w:tcPr>
          <w:p w14:paraId="0642D8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ถีบกีบ</w:t>
            </w:r>
          </w:p>
        </w:tc>
        <w:tc>
          <w:tcPr>
            <w:tcW w:w="4097" w:type="dxa"/>
          </w:tcPr>
          <w:p w14:paraId="4D7FD3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110%</w:t>
            </w:r>
          </w:p>
        </w:tc>
        <w:tc>
          <w:tcPr>
            <w:tcW w:w="1639" w:type="dxa"/>
          </w:tcPr>
          <w:p w14:paraId="3BD317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39" w:type="dxa"/>
          </w:tcPr>
          <w:p w14:paraId="2C361E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</w:tr>
      <w:tr w:rsidR="00501161" w14:paraId="2A03EE9D" w14:textId="77777777">
        <w:trPr>
          <w:jc w:val="center"/>
        </w:trPr>
        <w:tc>
          <w:tcPr>
            <w:tcW w:w="1639" w:type="dxa"/>
          </w:tcPr>
          <w:p w14:paraId="1011E2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คำรามข่ม</w:t>
            </w:r>
          </w:p>
        </w:tc>
        <w:tc>
          <w:tcPr>
            <w:tcW w:w="4097" w:type="dxa"/>
          </w:tcPr>
          <w:p w14:paraId="1925FB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ATK </w:t>
            </w:r>
            <w:r>
              <w:rPr>
                <w:sz w:val="28"/>
                <w:szCs w:val="28"/>
              </w:rPr>
              <w:t>ปาร์ตี้ −20% 2 เทิร์น</w:t>
            </w:r>
          </w:p>
        </w:tc>
        <w:tc>
          <w:tcPr>
            <w:tcW w:w="1639" w:type="dxa"/>
          </w:tcPr>
          <w:p w14:paraId="613219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639" w:type="dxa"/>
          </w:tcPr>
          <w:p w14:paraId="5A05C2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</w:tbl>
    <w:p w14:paraId="73E5BA66" w14:textId="77777777" w:rsidR="00501161" w:rsidRDefault="00501161">
      <w:pPr>
        <w:spacing w:after="40"/>
      </w:pPr>
    </w:p>
    <w:p w14:paraId="4F2CD231" w14:textId="77777777" w:rsidR="00501161" w:rsidRDefault="00C637DA">
      <w:pPr>
        <w:pStyle w:val="Heading4"/>
      </w:pPr>
      <w:r>
        <w:t xml:space="preserve">อัปสรสีห์ — ทั่วไป · </w:t>
      </w:r>
      <w:r>
        <w:t>Caster</w:t>
      </w:r>
    </w:p>
    <w:p w14:paraId="05887473" w14:textId="77777777" w:rsidR="00501161" w:rsidRDefault="00C637DA">
      <w:pPr>
        <w:ind w:firstLine="720"/>
      </w:pPr>
      <w:r>
        <w:t>ท่อนบนเป็นมนุษย์ผู้หญิง ท่อนล่างเป็นราชสีห์ เท้าเป็นกีบคู่อย่างกวาง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73"/>
        <w:gridCol w:w="6142"/>
      </w:tblGrid>
      <w:tr w:rsidR="00501161" w14:paraId="6DFDB256" w14:textId="77777777">
        <w:trPr>
          <w:tblHeader/>
          <w:jc w:val="center"/>
        </w:trPr>
        <w:tc>
          <w:tcPr>
            <w:tcW w:w="2873" w:type="dxa"/>
            <w:shd w:val="clear" w:color="auto" w:fill="F2F2F2"/>
          </w:tcPr>
          <w:p w14:paraId="5EE820A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6142" w:type="dxa"/>
            <w:shd w:val="clear" w:color="auto" w:fill="F2F2F2"/>
          </w:tcPr>
          <w:p w14:paraId="0A39FF2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5F0B2C4D" w14:textId="77777777">
        <w:trPr>
          <w:jc w:val="center"/>
        </w:trPr>
        <w:tc>
          <w:tcPr>
            <w:tcW w:w="2873" w:type="dxa"/>
          </w:tcPr>
          <w:p w14:paraId="38AF78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6142" w:type="dxa"/>
          </w:tcPr>
          <w:p w14:paraId="3EA1C4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32</w:t>
            </w:r>
          </w:p>
        </w:tc>
      </w:tr>
      <w:tr w:rsidR="00501161" w14:paraId="0E6C3D7D" w14:textId="77777777">
        <w:trPr>
          <w:jc w:val="center"/>
        </w:trPr>
        <w:tc>
          <w:tcPr>
            <w:tcW w:w="2873" w:type="dxa"/>
          </w:tcPr>
          <w:p w14:paraId="4AAF7F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6142" w:type="dxa"/>
          </w:tcPr>
          <w:p w14:paraId="49AD0A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408</w:t>
            </w:r>
          </w:p>
        </w:tc>
      </w:tr>
      <w:tr w:rsidR="00501161" w14:paraId="726DA775" w14:textId="77777777">
        <w:trPr>
          <w:jc w:val="center"/>
        </w:trPr>
        <w:tc>
          <w:tcPr>
            <w:tcW w:w="2873" w:type="dxa"/>
          </w:tcPr>
          <w:p w14:paraId="697F8F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6142" w:type="dxa"/>
          </w:tcPr>
          <w:p w14:paraId="5DADDFC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</w:t>
            </w:r>
          </w:p>
        </w:tc>
      </w:tr>
      <w:tr w:rsidR="00501161" w14:paraId="262F9DAD" w14:textId="77777777">
        <w:trPr>
          <w:jc w:val="center"/>
        </w:trPr>
        <w:tc>
          <w:tcPr>
            <w:tcW w:w="2873" w:type="dxa"/>
          </w:tcPr>
          <w:p w14:paraId="73BE24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DEF / Magic DEF</w:t>
            </w:r>
          </w:p>
        </w:tc>
        <w:tc>
          <w:tcPr>
            <w:tcW w:w="6142" w:type="dxa"/>
          </w:tcPr>
          <w:p w14:paraId="607C93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49 / 29</w:t>
            </w:r>
          </w:p>
        </w:tc>
      </w:tr>
      <w:tr w:rsidR="00501161" w14:paraId="03478A9B" w14:textId="77777777">
        <w:trPr>
          <w:jc w:val="center"/>
        </w:trPr>
        <w:tc>
          <w:tcPr>
            <w:tcW w:w="2873" w:type="dxa"/>
          </w:tcPr>
          <w:p w14:paraId="0BC0C5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6142" w:type="dxa"/>
          </w:tcPr>
          <w:p w14:paraId="7D6E15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43</w:t>
            </w:r>
          </w:p>
        </w:tc>
      </w:tr>
      <w:tr w:rsidR="00501161" w14:paraId="13E0CF64" w14:textId="77777777">
        <w:trPr>
          <w:jc w:val="center"/>
        </w:trPr>
        <w:tc>
          <w:tcPr>
            <w:tcW w:w="2873" w:type="dxa"/>
          </w:tcPr>
          <w:p w14:paraId="6A9D1F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6142" w:type="dxa"/>
          </w:tcPr>
          <w:p w14:paraId="28BDC9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9%</w:t>
            </w:r>
          </w:p>
        </w:tc>
      </w:tr>
      <w:tr w:rsidR="00501161" w14:paraId="51FAAD40" w14:textId="77777777">
        <w:trPr>
          <w:jc w:val="center"/>
        </w:trPr>
        <w:tc>
          <w:tcPr>
            <w:tcW w:w="2873" w:type="dxa"/>
          </w:tcPr>
          <w:p w14:paraId="3280F4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6142" w:type="dxa"/>
          </w:tcPr>
          <w:p w14:paraId="1824AC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×1.0 / ×1.0 / ×1.0</w:t>
            </w:r>
          </w:p>
        </w:tc>
      </w:tr>
      <w:tr w:rsidR="00501161" w14:paraId="57EDD802" w14:textId="77777777">
        <w:trPr>
          <w:jc w:val="center"/>
        </w:trPr>
        <w:tc>
          <w:tcPr>
            <w:tcW w:w="2873" w:type="dxa"/>
          </w:tcPr>
          <w:p w14:paraId="18D548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6142" w:type="dxa"/>
          </w:tcPr>
          <w:p w14:paraId="495188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211 / 69</w:t>
            </w:r>
          </w:p>
        </w:tc>
      </w:tr>
      <w:tr w:rsidR="00501161" w14:paraId="50457913" w14:textId="77777777">
        <w:trPr>
          <w:jc w:val="center"/>
        </w:trPr>
        <w:tc>
          <w:tcPr>
            <w:tcW w:w="2873" w:type="dxa"/>
          </w:tcPr>
          <w:p w14:paraId="5A84B2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6142" w:type="dxa"/>
          </w:tcPr>
          <w:p w14:paraId="2FB510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ผ้าแพรอัปสร (50%)</w:t>
            </w:r>
          </w:p>
        </w:tc>
      </w:tr>
      <w:tr w:rsidR="00501161" w14:paraId="3ECBB6BB" w14:textId="77777777">
        <w:trPr>
          <w:jc w:val="center"/>
        </w:trPr>
        <w:tc>
          <w:tcPr>
            <w:tcW w:w="2873" w:type="dxa"/>
          </w:tcPr>
          <w:p w14:paraId="1442B1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6142" w:type="dxa"/>
          </w:tcPr>
          <w:p w14:paraId="5DA284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เสียงขับกล่อม (ไอเทมเครื่องราง) — เงื่อนไข: ชนะโดยไม่มีใครหลับ</w:t>
            </w:r>
          </w:p>
        </w:tc>
      </w:tr>
      <w:tr w:rsidR="00501161" w14:paraId="5FB904A5" w14:textId="77777777">
        <w:trPr>
          <w:jc w:val="center"/>
        </w:trPr>
        <w:tc>
          <w:tcPr>
            <w:tcW w:w="2873" w:type="dxa"/>
          </w:tcPr>
          <w:p w14:paraId="282DFC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6142" w:type="dxa"/>
          </w:tcPr>
          <w:p w14:paraId="074AE8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2–4</w:t>
            </w:r>
          </w:p>
        </w:tc>
      </w:tr>
      <w:tr w:rsidR="00501161" w14:paraId="34162A6F" w14:textId="77777777">
        <w:trPr>
          <w:jc w:val="center"/>
        </w:trPr>
        <w:tc>
          <w:tcPr>
            <w:tcW w:w="2873" w:type="dxa"/>
          </w:tcPr>
          <w:p w14:paraId="57F41E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6142" w:type="dxa"/>
          </w:tcPr>
          <w:p w14:paraId="4B310E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166AEBA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7"/>
        <w:gridCol w:w="3040"/>
        <w:gridCol w:w="1467"/>
        <w:gridCol w:w="3040"/>
      </w:tblGrid>
      <w:tr w:rsidR="00501161" w14:paraId="43A96D0D" w14:textId="77777777">
        <w:trPr>
          <w:tblHeader/>
          <w:jc w:val="center"/>
        </w:trPr>
        <w:tc>
          <w:tcPr>
            <w:tcW w:w="1467" w:type="dxa"/>
            <w:shd w:val="clear" w:color="auto" w:fill="F2F2F2"/>
          </w:tcPr>
          <w:p w14:paraId="6B49FD9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3040" w:type="dxa"/>
            <w:shd w:val="clear" w:color="auto" w:fill="F2F2F2"/>
          </w:tcPr>
          <w:p w14:paraId="1091A86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467" w:type="dxa"/>
            <w:shd w:val="clear" w:color="auto" w:fill="F2F2F2"/>
          </w:tcPr>
          <w:p w14:paraId="3EF538B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3040" w:type="dxa"/>
            <w:shd w:val="clear" w:color="auto" w:fill="F2F2F2"/>
          </w:tcPr>
          <w:p w14:paraId="608E06D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74F735B8" w14:textId="77777777">
        <w:trPr>
          <w:jc w:val="center"/>
        </w:trPr>
        <w:tc>
          <w:tcPr>
            <w:tcW w:w="1467" w:type="dxa"/>
          </w:tcPr>
          <w:p w14:paraId="55C96A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เพลงกล่อม</w:t>
            </w:r>
          </w:p>
        </w:tc>
        <w:tc>
          <w:tcPr>
            <w:tcW w:w="3040" w:type="dxa"/>
          </w:tcPr>
          <w:p w14:paraId="2B106E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Sleep 35% </w:t>
            </w:r>
            <w:r>
              <w:rPr>
                <w:sz w:val="28"/>
                <w:szCs w:val="28"/>
              </w:rPr>
              <w:t>ทั้งปาร์ตี้</w:t>
            </w:r>
          </w:p>
        </w:tc>
        <w:tc>
          <w:tcPr>
            <w:tcW w:w="1467" w:type="dxa"/>
          </w:tcPr>
          <w:p w14:paraId="305B25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040" w:type="dxa"/>
          </w:tcPr>
          <w:p w14:paraId="33B655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50% </w:t>
            </w:r>
            <w:r>
              <w:rPr>
                <w:sz w:val="28"/>
                <w:szCs w:val="28"/>
              </w:rPr>
              <w:t>ถ้ามีคนยังไม่หลับ</w:t>
            </w:r>
          </w:p>
        </w:tc>
      </w:tr>
      <w:tr w:rsidR="00501161" w14:paraId="6C7CD8FE" w14:textId="77777777">
        <w:trPr>
          <w:jc w:val="center"/>
        </w:trPr>
        <w:tc>
          <w:tcPr>
            <w:tcW w:w="1467" w:type="dxa"/>
          </w:tcPr>
          <w:p w14:paraId="4AD4C3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ข่วน</w:t>
            </w:r>
          </w:p>
        </w:tc>
        <w:tc>
          <w:tcPr>
            <w:tcW w:w="3040" w:type="dxa"/>
          </w:tcPr>
          <w:p w14:paraId="5F6ABE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90%</w:t>
            </w:r>
          </w:p>
        </w:tc>
        <w:tc>
          <w:tcPr>
            <w:tcW w:w="1467" w:type="dxa"/>
          </w:tcPr>
          <w:p w14:paraId="1D096D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040" w:type="dxa"/>
          </w:tcPr>
          <w:p w14:paraId="0DC57D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</w:tbl>
    <w:p w14:paraId="0C9D77B2" w14:textId="77777777" w:rsidR="00501161" w:rsidRDefault="00501161">
      <w:pPr>
        <w:spacing w:after="40"/>
      </w:pPr>
    </w:p>
    <w:p w14:paraId="10059F0A" w14:textId="77777777" w:rsidR="00501161" w:rsidRDefault="00C637DA">
      <w:pPr>
        <w:pStyle w:val="Heading4"/>
      </w:pPr>
      <w:r>
        <w:t>ไกรสรคาวี — ทั่วไป · Charger</w:t>
      </w:r>
    </w:p>
    <w:p w14:paraId="42B2FF06" w14:textId="77777777" w:rsidR="00501161" w:rsidRDefault="00C637DA">
      <w:pPr>
        <w:ind w:firstLine="720"/>
      </w:pPr>
      <w:r>
        <w:t>ศีรษะถึงคอเป็นม้า มีเขาอย่างโค หูอย่างเสือ ลำตัวอย่างราชสีห์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81"/>
        <w:gridCol w:w="5433"/>
      </w:tblGrid>
      <w:tr w:rsidR="00501161" w14:paraId="257F3247" w14:textId="77777777">
        <w:trPr>
          <w:tblHeader/>
          <w:jc w:val="center"/>
        </w:trPr>
        <w:tc>
          <w:tcPr>
            <w:tcW w:w="3581" w:type="dxa"/>
            <w:shd w:val="clear" w:color="auto" w:fill="F2F2F2"/>
          </w:tcPr>
          <w:p w14:paraId="67EE727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433" w:type="dxa"/>
            <w:shd w:val="clear" w:color="auto" w:fill="F2F2F2"/>
          </w:tcPr>
          <w:p w14:paraId="41A9ADD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7A75235B" w14:textId="77777777">
        <w:trPr>
          <w:jc w:val="center"/>
        </w:trPr>
        <w:tc>
          <w:tcPr>
            <w:tcW w:w="3581" w:type="dxa"/>
          </w:tcPr>
          <w:p w14:paraId="1BB89C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433" w:type="dxa"/>
          </w:tcPr>
          <w:p w14:paraId="145776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34</w:t>
            </w:r>
          </w:p>
        </w:tc>
      </w:tr>
      <w:tr w:rsidR="00501161" w14:paraId="11040CDF" w14:textId="77777777">
        <w:trPr>
          <w:jc w:val="center"/>
        </w:trPr>
        <w:tc>
          <w:tcPr>
            <w:tcW w:w="3581" w:type="dxa"/>
          </w:tcPr>
          <w:p w14:paraId="7ADA63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433" w:type="dxa"/>
          </w:tcPr>
          <w:p w14:paraId="2729FE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648</w:t>
            </w:r>
          </w:p>
        </w:tc>
      </w:tr>
      <w:tr w:rsidR="00501161" w14:paraId="6BCA4900" w14:textId="77777777">
        <w:trPr>
          <w:jc w:val="center"/>
        </w:trPr>
        <w:tc>
          <w:tcPr>
            <w:tcW w:w="3581" w:type="dxa"/>
          </w:tcPr>
          <w:p w14:paraId="636E79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433" w:type="dxa"/>
          </w:tcPr>
          <w:p w14:paraId="204400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117</w:t>
            </w:r>
          </w:p>
        </w:tc>
      </w:tr>
      <w:tr w:rsidR="00501161" w14:paraId="7EF7AC70" w14:textId="77777777">
        <w:trPr>
          <w:jc w:val="center"/>
        </w:trPr>
        <w:tc>
          <w:tcPr>
            <w:tcW w:w="3581" w:type="dxa"/>
          </w:tcPr>
          <w:p w14:paraId="4A5F76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433" w:type="dxa"/>
          </w:tcPr>
          <w:p w14:paraId="4B4707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63 / 38</w:t>
            </w:r>
          </w:p>
        </w:tc>
      </w:tr>
      <w:tr w:rsidR="00501161" w14:paraId="11B3E82D" w14:textId="77777777">
        <w:trPr>
          <w:jc w:val="center"/>
        </w:trPr>
        <w:tc>
          <w:tcPr>
            <w:tcW w:w="3581" w:type="dxa"/>
          </w:tcPr>
          <w:p w14:paraId="7E9F36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433" w:type="dxa"/>
          </w:tcPr>
          <w:p w14:paraId="3D0C08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46</w:t>
            </w:r>
          </w:p>
        </w:tc>
      </w:tr>
      <w:tr w:rsidR="00501161" w14:paraId="33FEB70F" w14:textId="77777777">
        <w:trPr>
          <w:jc w:val="center"/>
        </w:trPr>
        <w:tc>
          <w:tcPr>
            <w:tcW w:w="3581" w:type="dxa"/>
          </w:tcPr>
          <w:p w14:paraId="3DDEB8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433" w:type="dxa"/>
          </w:tcPr>
          <w:p w14:paraId="244988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9%</w:t>
            </w:r>
          </w:p>
        </w:tc>
      </w:tr>
      <w:tr w:rsidR="00501161" w14:paraId="143EEE80" w14:textId="77777777">
        <w:trPr>
          <w:jc w:val="center"/>
        </w:trPr>
        <w:tc>
          <w:tcPr>
            <w:tcW w:w="3581" w:type="dxa"/>
          </w:tcPr>
          <w:p w14:paraId="4DC180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433" w:type="dxa"/>
          </w:tcPr>
          <w:p w14:paraId="135A8F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×1.0 / ×1.0 / ×1.0</w:t>
            </w:r>
          </w:p>
        </w:tc>
      </w:tr>
      <w:tr w:rsidR="00501161" w14:paraId="3AEA04C6" w14:textId="77777777">
        <w:trPr>
          <w:jc w:val="center"/>
        </w:trPr>
        <w:tc>
          <w:tcPr>
            <w:tcW w:w="3581" w:type="dxa"/>
          </w:tcPr>
          <w:p w14:paraId="4D505A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433" w:type="dxa"/>
          </w:tcPr>
          <w:p w14:paraId="1EA4FF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238 / 73</w:t>
            </w:r>
          </w:p>
        </w:tc>
      </w:tr>
      <w:tr w:rsidR="00501161" w14:paraId="7BA7198C" w14:textId="77777777">
        <w:trPr>
          <w:jc w:val="center"/>
        </w:trPr>
        <w:tc>
          <w:tcPr>
            <w:tcW w:w="3581" w:type="dxa"/>
          </w:tcPr>
          <w:p w14:paraId="3EC5F9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433" w:type="dxa"/>
          </w:tcPr>
          <w:p w14:paraId="4C0BCC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เขาคาวี (50%)</w:t>
            </w:r>
          </w:p>
        </w:tc>
      </w:tr>
      <w:tr w:rsidR="00501161" w14:paraId="26F6DC63" w14:textId="77777777">
        <w:trPr>
          <w:jc w:val="center"/>
        </w:trPr>
        <w:tc>
          <w:tcPr>
            <w:tcW w:w="3581" w:type="dxa"/>
          </w:tcPr>
          <w:p w14:paraId="548C047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433" w:type="dxa"/>
          </w:tcPr>
          <w:p w14:paraId="1A937B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หูเสือคาวี — เงื่อนไข: ยกเลิกท่าชาร์จแล้วชนะ</w:t>
            </w:r>
          </w:p>
        </w:tc>
      </w:tr>
      <w:tr w:rsidR="00501161" w14:paraId="23C81152" w14:textId="77777777">
        <w:trPr>
          <w:jc w:val="center"/>
        </w:trPr>
        <w:tc>
          <w:tcPr>
            <w:tcW w:w="3581" w:type="dxa"/>
          </w:tcPr>
          <w:p w14:paraId="67717C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433" w:type="dxa"/>
          </w:tcPr>
          <w:p w14:paraId="07C175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3–4</w:t>
            </w:r>
          </w:p>
        </w:tc>
      </w:tr>
      <w:tr w:rsidR="00501161" w14:paraId="0CFF3BD4" w14:textId="77777777">
        <w:trPr>
          <w:jc w:val="center"/>
        </w:trPr>
        <w:tc>
          <w:tcPr>
            <w:tcW w:w="3581" w:type="dxa"/>
          </w:tcPr>
          <w:p w14:paraId="4D4D41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433" w:type="dxa"/>
          </w:tcPr>
          <w:p w14:paraId="27E4BB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6A6DECD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80"/>
        <w:gridCol w:w="4874"/>
        <w:gridCol w:w="1380"/>
        <w:gridCol w:w="1380"/>
      </w:tblGrid>
      <w:tr w:rsidR="00501161" w14:paraId="0F2E7B83" w14:textId="77777777">
        <w:trPr>
          <w:tblHeader/>
          <w:jc w:val="center"/>
        </w:trPr>
        <w:tc>
          <w:tcPr>
            <w:tcW w:w="1380" w:type="dxa"/>
            <w:shd w:val="clear" w:color="auto" w:fill="F2F2F2"/>
          </w:tcPr>
          <w:p w14:paraId="3ABE2D7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874" w:type="dxa"/>
            <w:shd w:val="clear" w:color="auto" w:fill="F2F2F2"/>
          </w:tcPr>
          <w:p w14:paraId="2CE2597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380" w:type="dxa"/>
            <w:shd w:val="clear" w:color="auto" w:fill="F2F2F2"/>
          </w:tcPr>
          <w:p w14:paraId="028FD98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380" w:type="dxa"/>
            <w:shd w:val="clear" w:color="auto" w:fill="F2F2F2"/>
          </w:tcPr>
          <w:p w14:paraId="639967C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6942C915" w14:textId="77777777">
        <w:trPr>
          <w:jc w:val="center"/>
        </w:trPr>
        <w:tc>
          <w:tcPr>
            <w:tcW w:w="1380" w:type="dxa"/>
          </w:tcPr>
          <w:p w14:paraId="054508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ขวิด</w:t>
            </w:r>
          </w:p>
        </w:tc>
        <w:tc>
          <w:tcPr>
            <w:tcW w:w="4874" w:type="dxa"/>
          </w:tcPr>
          <w:p w14:paraId="446929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110%</w:t>
            </w:r>
          </w:p>
        </w:tc>
        <w:tc>
          <w:tcPr>
            <w:tcW w:w="1380" w:type="dxa"/>
          </w:tcPr>
          <w:p w14:paraId="117B86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80" w:type="dxa"/>
          </w:tcPr>
          <w:p w14:paraId="4AE5B4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  <w:tr w:rsidR="00501161" w14:paraId="491621FA" w14:textId="77777777">
        <w:trPr>
          <w:jc w:val="center"/>
        </w:trPr>
        <w:tc>
          <w:tcPr>
            <w:tcW w:w="1380" w:type="dxa"/>
          </w:tcPr>
          <w:p w14:paraId="422926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ขวิดพุ่ง</w:t>
            </w:r>
          </w:p>
        </w:tc>
        <w:tc>
          <w:tcPr>
            <w:tcW w:w="4874" w:type="dxa"/>
          </w:tcPr>
          <w:p w14:paraId="3FA507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ชาร์จ 1 เทิร์น → Physical 220% + Stun 40%</w:t>
            </w:r>
          </w:p>
        </w:tc>
        <w:tc>
          <w:tcPr>
            <w:tcW w:w="1380" w:type="dxa"/>
          </w:tcPr>
          <w:p w14:paraId="3916F6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380" w:type="dxa"/>
          </w:tcPr>
          <w:p w14:paraId="40EC6C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</w:tbl>
    <w:p w14:paraId="71224E2E" w14:textId="77777777" w:rsidR="00501161" w:rsidRDefault="00501161">
      <w:pPr>
        <w:spacing w:after="40"/>
      </w:pPr>
    </w:p>
    <w:p w14:paraId="4C1E3D29" w14:textId="77777777" w:rsidR="00501161" w:rsidRDefault="00C637DA">
      <w:pPr>
        <w:pStyle w:val="Heading4"/>
      </w:pPr>
      <w:r>
        <w:t>คชสีห์ — สัตว์ชั้นสูง · Defensive</w:t>
      </w:r>
    </w:p>
    <w:p w14:paraId="3F1D30E0" w14:textId="77777777" w:rsidR="00501161" w:rsidRDefault="00C637DA">
      <w:pPr>
        <w:ind w:firstLine="720"/>
      </w:pPr>
      <w:r>
        <w:t>หัวเหมือนช้าง ลำตัวคล้ายสิงห์ มีเครา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2"/>
        <w:gridCol w:w="5332"/>
      </w:tblGrid>
      <w:tr w:rsidR="00501161" w14:paraId="7B1C1B02" w14:textId="77777777">
        <w:trPr>
          <w:tblHeader/>
          <w:jc w:val="center"/>
        </w:trPr>
        <w:tc>
          <w:tcPr>
            <w:tcW w:w="3682" w:type="dxa"/>
            <w:shd w:val="clear" w:color="auto" w:fill="F2F2F2"/>
          </w:tcPr>
          <w:p w14:paraId="5DE8D93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332" w:type="dxa"/>
            <w:shd w:val="clear" w:color="auto" w:fill="F2F2F2"/>
          </w:tcPr>
          <w:p w14:paraId="48E1022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22871C53" w14:textId="77777777">
        <w:trPr>
          <w:jc w:val="center"/>
        </w:trPr>
        <w:tc>
          <w:tcPr>
            <w:tcW w:w="3682" w:type="dxa"/>
          </w:tcPr>
          <w:p w14:paraId="004506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332" w:type="dxa"/>
          </w:tcPr>
          <w:p w14:paraId="730BB0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36</w:t>
            </w:r>
          </w:p>
        </w:tc>
      </w:tr>
      <w:tr w:rsidR="00501161" w14:paraId="7F360FD8" w14:textId="77777777">
        <w:trPr>
          <w:jc w:val="center"/>
        </w:trPr>
        <w:tc>
          <w:tcPr>
            <w:tcW w:w="3682" w:type="dxa"/>
          </w:tcPr>
          <w:p w14:paraId="345654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332" w:type="dxa"/>
          </w:tcPr>
          <w:p w14:paraId="6EFD1C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2,394</w:t>
            </w:r>
          </w:p>
        </w:tc>
      </w:tr>
      <w:tr w:rsidR="00501161" w14:paraId="5D9EF874" w14:textId="77777777">
        <w:trPr>
          <w:jc w:val="center"/>
        </w:trPr>
        <w:tc>
          <w:tcPr>
            <w:tcW w:w="3682" w:type="dxa"/>
          </w:tcPr>
          <w:p w14:paraId="580ADF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332" w:type="dxa"/>
          </w:tcPr>
          <w:p w14:paraId="34312D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172</w:t>
            </w:r>
          </w:p>
        </w:tc>
      </w:tr>
      <w:tr w:rsidR="00501161" w14:paraId="212FD535" w14:textId="77777777">
        <w:trPr>
          <w:jc w:val="center"/>
        </w:trPr>
        <w:tc>
          <w:tcPr>
            <w:tcW w:w="3682" w:type="dxa"/>
          </w:tcPr>
          <w:p w14:paraId="36AE63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332" w:type="dxa"/>
          </w:tcPr>
          <w:p w14:paraId="5B2E7A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91 / 55</w:t>
            </w:r>
          </w:p>
        </w:tc>
      </w:tr>
      <w:tr w:rsidR="00501161" w14:paraId="251C64EB" w14:textId="77777777">
        <w:trPr>
          <w:jc w:val="center"/>
        </w:trPr>
        <w:tc>
          <w:tcPr>
            <w:tcW w:w="3682" w:type="dxa"/>
          </w:tcPr>
          <w:p w14:paraId="431321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332" w:type="dxa"/>
          </w:tcPr>
          <w:p w14:paraId="4FFFD8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</w:t>
            </w:r>
          </w:p>
        </w:tc>
      </w:tr>
      <w:tr w:rsidR="00501161" w14:paraId="4B47133A" w14:textId="77777777">
        <w:trPr>
          <w:jc w:val="center"/>
        </w:trPr>
        <w:tc>
          <w:tcPr>
            <w:tcW w:w="3682" w:type="dxa"/>
          </w:tcPr>
          <w:p w14:paraId="4D584B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332" w:type="dxa"/>
          </w:tcPr>
          <w:p w14:paraId="4F6406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14%</w:t>
            </w:r>
          </w:p>
        </w:tc>
      </w:tr>
      <w:tr w:rsidR="00501161" w14:paraId="4C34F99F" w14:textId="77777777">
        <w:trPr>
          <w:jc w:val="center"/>
        </w:trPr>
        <w:tc>
          <w:tcPr>
            <w:tcW w:w="3682" w:type="dxa"/>
          </w:tcPr>
          <w:p w14:paraId="00B981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332" w:type="dxa"/>
          </w:tcPr>
          <w:p w14:paraId="679B4F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Weak ×1.5 / ×1.0 / Resist ×0.5</w:t>
            </w:r>
          </w:p>
        </w:tc>
      </w:tr>
      <w:tr w:rsidR="00501161" w14:paraId="1F3BDCFE" w14:textId="77777777">
        <w:trPr>
          <w:jc w:val="center"/>
        </w:trPr>
        <w:tc>
          <w:tcPr>
            <w:tcW w:w="3682" w:type="dxa"/>
          </w:tcPr>
          <w:p w14:paraId="275921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332" w:type="dxa"/>
          </w:tcPr>
          <w:p w14:paraId="2171A1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799 / </w:t>
            </w:r>
            <w:r>
              <w:rPr>
                <w:sz w:val="28"/>
                <w:szCs w:val="28"/>
              </w:rPr>
              <w:t>231</w:t>
            </w:r>
          </w:p>
        </w:tc>
      </w:tr>
      <w:tr w:rsidR="00501161" w14:paraId="4291359B" w14:textId="77777777">
        <w:trPr>
          <w:jc w:val="center"/>
        </w:trPr>
        <w:tc>
          <w:tcPr>
            <w:tcW w:w="3682" w:type="dxa"/>
          </w:tcPr>
          <w:p w14:paraId="5699C6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332" w:type="dxa"/>
          </w:tcPr>
          <w:p w14:paraId="645C43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เขี้ยวคชสีห์ (100%)</w:t>
            </w:r>
          </w:p>
        </w:tc>
      </w:tr>
      <w:tr w:rsidR="00501161" w14:paraId="03D79781" w14:textId="77777777">
        <w:trPr>
          <w:jc w:val="center"/>
        </w:trPr>
        <w:tc>
          <w:tcPr>
            <w:tcW w:w="3682" w:type="dxa"/>
          </w:tcPr>
          <w:p w14:paraId="57C247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332" w:type="dxa"/>
          </w:tcPr>
          <w:p w14:paraId="53411B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งาคชสีห์ — เงื่อนไข: ชนะภายใน 6 เทิร์น</w:t>
            </w:r>
          </w:p>
        </w:tc>
      </w:tr>
      <w:tr w:rsidR="00501161" w14:paraId="2853631F" w14:textId="77777777">
        <w:trPr>
          <w:jc w:val="center"/>
        </w:trPr>
        <w:tc>
          <w:tcPr>
            <w:tcW w:w="3682" w:type="dxa"/>
          </w:tcPr>
          <w:p w14:paraId="00DBE0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332" w:type="dxa"/>
          </w:tcPr>
          <w:p w14:paraId="0E45D6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2–4 (เดินวน)</w:t>
            </w:r>
          </w:p>
        </w:tc>
      </w:tr>
      <w:tr w:rsidR="00501161" w14:paraId="30DA6622" w14:textId="77777777">
        <w:trPr>
          <w:jc w:val="center"/>
        </w:trPr>
        <w:tc>
          <w:tcPr>
            <w:tcW w:w="3682" w:type="dxa"/>
          </w:tcPr>
          <w:p w14:paraId="220E68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332" w:type="dxa"/>
          </w:tcPr>
          <w:p w14:paraId="1DCBDC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  <w:tr w:rsidR="00501161" w14:paraId="0EA5F386" w14:textId="77777777">
        <w:trPr>
          <w:jc w:val="center"/>
        </w:trPr>
        <w:tc>
          <w:tcPr>
            <w:tcW w:w="3682" w:type="dxa"/>
          </w:tcPr>
          <w:p w14:paraId="458CFD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5332" w:type="dxa"/>
          </w:tcPr>
          <w:p w14:paraId="4CDE7E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เดินวนรอบผาหินแดง 16 ช่อง</w:t>
            </w:r>
          </w:p>
        </w:tc>
      </w:tr>
    </w:tbl>
    <w:p w14:paraId="0F7C04D2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68"/>
        <w:gridCol w:w="4492"/>
        <w:gridCol w:w="1427"/>
        <w:gridCol w:w="1427"/>
      </w:tblGrid>
      <w:tr w:rsidR="00501161" w14:paraId="3C674BF3" w14:textId="77777777">
        <w:trPr>
          <w:tblHeader/>
          <w:jc w:val="center"/>
        </w:trPr>
        <w:tc>
          <w:tcPr>
            <w:tcW w:w="1668" w:type="dxa"/>
            <w:shd w:val="clear" w:color="auto" w:fill="F2F2F2"/>
          </w:tcPr>
          <w:p w14:paraId="23D1950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492" w:type="dxa"/>
            <w:shd w:val="clear" w:color="auto" w:fill="F2F2F2"/>
          </w:tcPr>
          <w:p w14:paraId="3A4FE65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427" w:type="dxa"/>
            <w:shd w:val="clear" w:color="auto" w:fill="F2F2F2"/>
          </w:tcPr>
          <w:p w14:paraId="26458B6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427" w:type="dxa"/>
            <w:shd w:val="clear" w:color="auto" w:fill="F2F2F2"/>
          </w:tcPr>
          <w:p w14:paraId="5501AD6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6EFD5F43" w14:textId="77777777">
        <w:trPr>
          <w:jc w:val="center"/>
        </w:trPr>
        <w:tc>
          <w:tcPr>
            <w:tcW w:w="1668" w:type="dxa"/>
          </w:tcPr>
          <w:p w14:paraId="61D96D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กระทืบแผ่นดิน</w:t>
            </w:r>
          </w:p>
        </w:tc>
        <w:tc>
          <w:tcPr>
            <w:tcW w:w="4492" w:type="dxa"/>
          </w:tcPr>
          <w:p w14:paraId="6D578C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Physical 90% </w:t>
            </w:r>
            <w:r>
              <w:rPr>
                <w:sz w:val="28"/>
                <w:szCs w:val="28"/>
              </w:rPr>
              <w:t>ทั้งปาร์ตี้ + Stun 25%</w:t>
            </w:r>
          </w:p>
        </w:tc>
        <w:tc>
          <w:tcPr>
            <w:tcW w:w="1427" w:type="dxa"/>
          </w:tcPr>
          <w:p w14:paraId="52AE2C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427" w:type="dxa"/>
          </w:tcPr>
          <w:p w14:paraId="7EED41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78872367" w14:textId="77777777">
        <w:trPr>
          <w:jc w:val="center"/>
        </w:trPr>
        <w:tc>
          <w:tcPr>
            <w:tcW w:w="1668" w:type="dxa"/>
          </w:tcPr>
          <w:p w14:paraId="093C90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งวงรัด</w:t>
            </w:r>
          </w:p>
        </w:tc>
        <w:tc>
          <w:tcPr>
            <w:tcW w:w="4492" w:type="dxa"/>
          </w:tcPr>
          <w:p w14:paraId="73765A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100% + Bind</w:t>
            </w:r>
          </w:p>
        </w:tc>
        <w:tc>
          <w:tcPr>
            <w:tcW w:w="1427" w:type="dxa"/>
          </w:tcPr>
          <w:p w14:paraId="1E7E11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427" w:type="dxa"/>
          </w:tcPr>
          <w:p w14:paraId="658348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  <w:tr w:rsidR="00501161" w14:paraId="5FF4DADC" w14:textId="77777777">
        <w:trPr>
          <w:jc w:val="center"/>
        </w:trPr>
        <w:tc>
          <w:tcPr>
            <w:tcW w:w="1668" w:type="dxa"/>
          </w:tcPr>
          <w:p w14:paraId="736626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ยืนตระหง่าน</w:t>
            </w:r>
          </w:p>
        </w:tc>
        <w:tc>
          <w:tcPr>
            <w:tcW w:w="4492" w:type="dxa"/>
          </w:tcPr>
          <w:p w14:paraId="30DEB3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DEF +50% 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427" w:type="dxa"/>
          </w:tcPr>
          <w:p w14:paraId="6AA34E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427" w:type="dxa"/>
          </w:tcPr>
          <w:p w14:paraId="1615DE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</w:tbl>
    <w:p w14:paraId="4F7D1BF6" w14:textId="77777777" w:rsidR="00501161" w:rsidRDefault="00501161">
      <w:pPr>
        <w:spacing w:after="40"/>
      </w:pPr>
    </w:p>
    <w:p w14:paraId="0DA697BE" w14:textId="77777777" w:rsidR="00501161" w:rsidRDefault="00C637DA">
      <w:pPr>
        <w:pStyle w:val="Heading4"/>
      </w:pPr>
      <w:r>
        <w:t>สิงหรามังกร — สัตว์ชั้นสูง · Aggressive</w:t>
      </w:r>
    </w:p>
    <w:p w14:paraId="4B1812AA" w14:textId="77777777" w:rsidR="00501161" w:rsidRDefault="00C637DA">
      <w:pPr>
        <w:ind w:firstLine="720"/>
      </w:pPr>
      <w:r>
        <w:t>หัวเป็นมังกร ลำตัวเป็นสิงห์ เท้าเป็นอุ้งซ่อนเล็บ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81"/>
        <w:gridCol w:w="6233"/>
      </w:tblGrid>
      <w:tr w:rsidR="00501161" w14:paraId="2D6C0F77" w14:textId="77777777">
        <w:trPr>
          <w:tblHeader/>
          <w:jc w:val="center"/>
        </w:trPr>
        <w:tc>
          <w:tcPr>
            <w:tcW w:w="2781" w:type="dxa"/>
            <w:shd w:val="clear" w:color="auto" w:fill="F2F2F2"/>
          </w:tcPr>
          <w:p w14:paraId="7590D7E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6233" w:type="dxa"/>
            <w:shd w:val="clear" w:color="auto" w:fill="F2F2F2"/>
          </w:tcPr>
          <w:p w14:paraId="50B7921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16703B2B" w14:textId="77777777">
        <w:trPr>
          <w:jc w:val="center"/>
        </w:trPr>
        <w:tc>
          <w:tcPr>
            <w:tcW w:w="2781" w:type="dxa"/>
          </w:tcPr>
          <w:p w14:paraId="259A07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6233" w:type="dxa"/>
          </w:tcPr>
          <w:p w14:paraId="212EAB5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36</w:t>
            </w:r>
          </w:p>
        </w:tc>
      </w:tr>
      <w:tr w:rsidR="00501161" w14:paraId="64E58152" w14:textId="77777777">
        <w:trPr>
          <w:jc w:val="center"/>
        </w:trPr>
        <w:tc>
          <w:tcPr>
            <w:tcW w:w="2781" w:type="dxa"/>
          </w:tcPr>
          <w:p w14:paraId="6A9A9F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6233" w:type="dxa"/>
          </w:tcPr>
          <w:p w14:paraId="48D9C1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1,710</w:t>
            </w:r>
          </w:p>
        </w:tc>
      </w:tr>
      <w:tr w:rsidR="00501161" w14:paraId="70561A4D" w14:textId="77777777">
        <w:trPr>
          <w:jc w:val="center"/>
        </w:trPr>
        <w:tc>
          <w:tcPr>
            <w:tcW w:w="2781" w:type="dxa"/>
          </w:tcPr>
          <w:p w14:paraId="539F06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6233" w:type="dxa"/>
          </w:tcPr>
          <w:p w14:paraId="16B9C8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172</w:t>
            </w:r>
          </w:p>
        </w:tc>
      </w:tr>
      <w:tr w:rsidR="00501161" w14:paraId="7F9FBA18" w14:textId="77777777">
        <w:trPr>
          <w:jc w:val="center"/>
        </w:trPr>
        <w:tc>
          <w:tcPr>
            <w:tcW w:w="2781" w:type="dxa"/>
          </w:tcPr>
          <w:p w14:paraId="323BE5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6233" w:type="dxa"/>
          </w:tcPr>
          <w:p w14:paraId="3EE203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61 / </w:t>
            </w:r>
            <w:r>
              <w:rPr>
                <w:sz w:val="28"/>
                <w:szCs w:val="28"/>
              </w:rPr>
              <w:t>36</w:t>
            </w:r>
          </w:p>
        </w:tc>
      </w:tr>
      <w:tr w:rsidR="00501161" w14:paraId="5DAC4028" w14:textId="77777777">
        <w:trPr>
          <w:jc w:val="center"/>
        </w:trPr>
        <w:tc>
          <w:tcPr>
            <w:tcW w:w="2781" w:type="dxa"/>
          </w:tcPr>
          <w:p w14:paraId="2DB31D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6233" w:type="dxa"/>
          </w:tcPr>
          <w:p w14:paraId="4B7189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</w:t>
            </w:r>
          </w:p>
        </w:tc>
      </w:tr>
      <w:tr w:rsidR="00501161" w14:paraId="5548C212" w14:textId="77777777">
        <w:trPr>
          <w:jc w:val="center"/>
        </w:trPr>
        <w:tc>
          <w:tcPr>
            <w:tcW w:w="2781" w:type="dxa"/>
          </w:tcPr>
          <w:p w14:paraId="342636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6233" w:type="dxa"/>
          </w:tcPr>
          <w:p w14:paraId="3910D1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14%</w:t>
            </w:r>
          </w:p>
        </w:tc>
      </w:tr>
      <w:tr w:rsidR="00501161" w14:paraId="204664F9" w14:textId="77777777">
        <w:trPr>
          <w:jc w:val="center"/>
        </w:trPr>
        <w:tc>
          <w:tcPr>
            <w:tcW w:w="2781" w:type="dxa"/>
          </w:tcPr>
          <w:p w14:paraId="634A1F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6233" w:type="dxa"/>
          </w:tcPr>
          <w:p w14:paraId="2DB1FD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Resist ×0.5 / Weak ×1.5 / ×1.0 / ×1.0</w:t>
            </w:r>
          </w:p>
        </w:tc>
      </w:tr>
      <w:tr w:rsidR="00501161" w14:paraId="7BEBB216" w14:textId="77777777">
        <w:trPr>
          <w:jc w:val="center"/>
        </w:trPr>
        <w:tc>
          <w:tcPr>
            <w:tcW w:w="2781" w:type="dxa"/>
          </w:tcPr>
          <w:p w14:paraId="479C58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6233" w:type="dxa"/>
          </w:tcPr>
          <w:p w14:paraId="53F1BC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799 / 231</w:t>
            </w:r>
          </w:p>
        </w:tc>
      </w:tr>
      <w:tr w:rsidR="00501161" w14:paraId="0EB7ECE5" w14:textId="77777777">
        <w:trPr>
          <w:jc w:val="center"/>
        </w:trPr>
        <w:tc>
          <w:tcPr>
            <w:tcW w:w="2781" w:type="dxa"/>
          </w:tcPr>
          <w:p w14:paraId="1C1BEC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Drop</w:t>
            </w:r>
          </w:p>
        </w:tc>
        <w:tc>
          <w:tcPr>
            <w:tcW w:w="6233" w:type="dxa"/>
          </w:tcPr>
          <w:p w14:paraId="763C9F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เกล็ดสิงหรา (100%)</w:t>
            </w:r>
          </w:p>
        </w:tc>
      </w:tr>
      <w:tr w:rsidR="00501161" w14:paraId="22A724B5" w14:textId="77777777">
        <w:trPr>
          <w:jc w:val="center"/>
        </w:trPr>
        <w:tc>
          <w:tcPr>
            <w:tcW w:w="2781" w:type="dxa"/>
          </w:tcPr>
          <w:p w14:paraId="4107CF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6233" w:type="dxa"/>
          </w:tcPr>
          <w:p w14:paraId="63AA98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ต่อมไฟมังกร — เงื่อนไข: ปิดจ๊อบด้วยธาตุน้ำ</w:t>
            </w:r>
          </w:p>
        </w:tc>
      </w:tr>
      <w:tr w:rsidR="00501161" w14:paraId="108C20FB" w14:textId="77777777">
        <w:trPr>
          <w:jc w:val="center"/>
        </w:trPr>
        <w:tc>
          <w:tcPr>
            <w:tcW w:w="2781" w:type="dxa"/>
          </w:tcPr>
          <w:p w14:paraId="0137FE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6233" w:type="dxa"/>
          </w:tcPr>
          <w:p w14:paraId="5C324B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4 (ซ่อนในหญ้าสูง)</w:t>
            </w:r>
          </w:p>
        </w:tc>
      </w:tr>
      <w:tr w:rsidR="00501161" w14:paraId="1E2371B1" w14:textId="77777777">
        <w:trPr>
          <w:jc w:val="center"/>
        </w:trPr>
        <w:tc>
          <w:tcPr>
            <w:tcW w:w="2781" w:type="dxa"/>
          </w:tcPr>
          <w:p w14:paraId="6AD9F2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6233" w:type="dxa"/>
          </w:tcPr>
          <w:p w14:paraId="463FF1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  <w:tr w:rsidR="00501161" w14:paraId="77CF3C23" w14:textId="77777777">
        <w:trPr>
          <w:jc w:val="center"/>
        </w:trPr>
        <w:tc>
          <w:tcPr>
            <w:tcW w:w="2781" w:type="dxa"/>
          </w:tcPr>
          <w:p w14:paraId="50CD4C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6233" w:type="dxa"/>
          </w:tcPr>
          <w:p w14:paraId="6EF2E8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หยุดในหญ้าสูง ไม่แสดงบนแผนที่จนกว่าจะอยู่ในระยะ 2 ช่อง แล้วไล่ตาม</w:t>
            </w:r>
          </w:p>
        </w:tc>
      </w:tr>
    </w:tbl>
    <w:p w14:paraId="6442F470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0"/>
        <w:gridCol w:w="4185"/>
        <w:gridCol w:w="1610"/>
        <w:gridCol w:w="1610"/>
      </w:tblGrid>
      <w:tr w:rsidR="00501161" w14:paraId="0D82E7C9" w14:textId="77777777">
        <w:trPr>
          <w:tblHeader/>
          <w:jc w:val="center"/>
        </w:trPr>
        <w:tc>
          <w:tcPr>
            <w:tcW w:w="1610" w:type="dxa"/>
            <w:shd w:val="clear" w:color="auto" w:fill="F2F2F2"/>
          </w:tcPr>
          <w:p w14:paraId="77A851E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185" w:type="dxa"/>
            <w:shd w:val="clear" w:color="auto" w:fill="F2F2F2"/>
          </w:tcPr>
          <w:p w14:paraId="0F5B671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610" w:type="dxa"/>
            <w:shd w:val="clear" w:color="auto" w:fill="F2F2F2"/>
          </w:tcPr>
          <w:p w14:paraId="408D776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610" w:type="dxa"/>
            <w:shd w:val="clear" w:color="auto" w:fill="F2F2F2"/>
          </w:tcPr>
          <w:p w14:paraId="0E2A72C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501FF877" w14:textId="77777777">
        <w:trPr>
          <w:jc w:val="center"/>
        </w:trPr>
        <w:tc>
          <w:tcPr>
            <w:tcW w:w="1610" w:type="dxa"/>
          </w:tcPr>
          <w:p w14:paraId="7202BE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พ่นไฟ</w:t>
            </w:r>
          </w:p>
        </w:tc>
        <w:tc>
          <w:tcPr>
            <w:tcW w:w="4185" w:type="dxa"/>
          </w:tcPr>
          <w:p w14:paraId="6E4661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Magic(</w:t>
            </w:r>
            <w:r>
              <w:rPr>
                <w:sz w:val="28"/>
                <w:szCs w:val="28"/>
              </w:rPr>
              <w:t>ไฟ) 120% ทั้งปาร์ตี้</w:t>
            </w:r>
          </w:p>
        </w:tc>
        <w:tc>
          <w:tcPr>
            <w:tcW w:w="1610" w:type="dxa"/>
          </w:tcPr>
          <w:p w14:paraId="1D1CD1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610" w:type="dxa"/>
          </w:tcPr>
          <w:p w14:paraId="75A4D8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775A63B6" w14:textId="77777777">
        <w:trPr>
          <w:jc w:val="center"/>
        </w:trPr>
        <w:tc>
          <w:tcPr>
            <w:tcW w:w="1610" w:type="dxa"/>
          </w:tcPr>
          <w:p w14:paraId="758BBB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ตะปบ</w:t>
            </w:r>
          </w:p>
        </w:tc>
        <w:tc>
          <w:tcPr>
            <w:tcW w:w="4185" w:type="dxa"/>
          </w:tcPr>
          <w:p w14:paraId="0CB762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130%</w:t>
            </w:r>
          </w:p>
        </w:tc>
        <w:tc>
          <w:tcPr>
            <w:tcW w:w="1610" w:type="dxa"/>
          </w:tcPr>
          <w:p w14:paraId="7244EC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</w:tcPr>
          <w:p w14:paraId="592B90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</w:tr>
    </w:tbl>
    <w:p w14:paraId="61B02AA9" w14:textId="77777777" w:rsidR="00501161" w:rsidRDefault="00501161">
      <w:pPr>
        <w:spacing w:after="40"/>
      </w:pPr>
    </w:p>
    <w:p w14:paraId="3E6184D0" w14:textId="77777777" w:rsidR="00501161" w:rsidRDefault="00C637DA">
      <w:pPr>
        <w:pStyle w:val="Heading3"/>
      </w:pPr>
      <w:r>
        <w:t xml:space="preserve">13.6.4 Chapter 4 — </w:t>
      </w:r>
      <w:r>
        <w:t xml:space="preserve">ดงคชสาร </w:t>
      </w:r>
      <w:r>
        <w:t>รอบสระฉัททันต์</w:t>
      </w:r>
    </w:p>
    <w:p w14:paraId="3E30FD39" w14:textId="77777777" w:rsidR="00501161" w:rsidRDefault="00C637DA">
      <w:pPr>
        <w:pStyle w:val="Heading4"/>
      </w:pPr>
      <w:r>
        <w:t>ช้างตระกูลกาฬาวก — ทั่วไป · Pack</w:t>
      </w:r>
    </w:p>
    <w:p w14:paraId="786F4F7E" w14:textId="77777777" w:rsidR="00501161" w:rsidRDefault="00C637DA">
      <w:pPr>
        <w:ind w:firstLine="720"/>
      </w:pPr>
      <w:r>
        <w:t>ช้างสีดำ ตระกูลต่ำสุดในช้าง 10 ตระกูลตามไตรภูมิ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02"/>
        <w:gridCol w:w="5113"/>
      </w:tblGrid>
      <w:tr w:rsidR="00501161" w14:paraId="7513449B" w14:textId="77777777">
        <w:trPr>
          <w:tblHeader/>
          <w:jc w:val="center"/>
        </w:trPr>
        <w:tc>
          <w:tcPr>
            <w:tcW w:w="3902" w:type="dxa"/>
            <w:shd w:val="clear" w:color="auto" w:fill="F2F2F2"/>
          </w:tcPr>
          <w:p w14:paraId="6149822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113" w:type="dxa"/>
            <w:shd w:val="clear" w:color="auto" w:fill="F2F2F2"/>
          </w:tcPr>
          <w:p w14:paraId="5C138CF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378DBEE1" w14:textId="77777777">
        <w:trPr>
          <w:jc w:val="center"/>
        </w:trPr>
        <w:tc>
          <w:tcPr>
            <w:tcW w:w="3902" w:type="dxa"/>
          </w:tcPr>
          <w:p w14:paraId="7F3BD1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113" w:type="dxa"/>
          </w:tcPr>
          <w:p w14:paraId="34E45B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38</w:t>
            </w:r>
          </w:p>
        </w:tc>
      </w:tr>
      <w:tr w:rsidR="00501161" w14:paraId="6AC63DF7" w14:textId="77777777">
        <w:trPr>
          <w:jc w:val="center"/>
        </w:trPr>
        <w:tc>
          <w:tcPr>
            <w:tcW w:w="3902" w:type="dxa"/>
          </w:tcPr>
          <w:p w14:paraId="53E097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113" w:type="dxa"/>
          </w:tcPr>
          <w:p w14:paraId="6A26BA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420</w:t>
            </w:r>
          </w:p>
        </w:tc>
      </w:tr>
      <w:tr w:rsidR="00501161" w14:paraId="569A1BCC" w14:textId="77777777">
        <w:trPr>
          <w:jc w:val="center"/>
        </w:trPr>
        <w:tc>
          <w:tcPr>
            <w:tcW w:w="3902" w:type="dxa"/>
          </w:tcPr>
          <w:p w14:paraId="524421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113" w:type="dxa"/>
          </w:tcPr>
          <w:p w14:paraId="1ACD71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130</w:t>
            </w:r>
          </w:p>
        </w:tc>
      </w:tr>
      <w:tr w:rsidR="00501161" w14:paraId="6BA0B5D1" w14:textId="77777777">
        <w:trPr>
          <w:jc w:val="center"/>
        </w:trPr>
        <w:tc>
          <w:tcPr>
            <w:tcW w:w="3902" w:type="dxa"/>
          </w:tcPr>
          <w:p w14:paraId="71293F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113" w:type="dxa"/>
          </w:tcPr>
          <w:p w14:paraId="567F45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57 / 34</w:t>
            </w:r>
          </w:p>
        </w:tc>
      </w:tr>
      <w:tr w:rsidR="00501161" w14:paraId="4C2B1621" w14:textId="77777777">
        <w:trPr>
          <w:jc w:val="center"/>
        </w:trPr>
        <w:tc>
          <w:tcPr>
            <w:tcW w:w="3902" w:type="dxa"/>
          </w:tcPr>
          <w:p w14:paraId="0F6C07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113" w:type="dxa"/>
          </w:tcPr>
          <w:p w14:paraId="3E57DF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51</w:t>
            </w:r>
          </w:p>
        </w:tc>
      </w:tr>
      <w:tr w:rsidR="00501161" w14:paraId="68D5815B" w14:textId="77777777">
        <w:trPr>
          <w:jc w:val="center"/>
        </w:trPr>
        <w:tc>
          <w:tcPr>
            <w:tcW w:w="3902" w:type="dxa"/>
          </w:tcPr>
          <w:p w14:paraId="2BFCC6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113" w:type="dxa"/>
          </w:tcPr>
          <w:p w14:paraId="1B5361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11%</w:t>
            </w:r>
          </w:p>
        </w:tc>
      </w:tr>
      <w:tr w:rsidR="00501161" w14:paraId="3A527893" w14:textId="77777777">
        <w:trPr>
          <w:jc w:val="center"/>
        </w:trPr>
        <w:tc>
          <w:tcPr>
            <w:tcW w:w="3902" w:type="dxa"/>
          </w:tcPr>
          <w:p w14:paraId="61D063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113" w:type="dxa"/>
          </w:tcPr>
          <w:p w14:paraId="1282AD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×1.0 / ×1.0 / ×1.0</w:t>
            </w:r>
          </w:p>
        </w:tc>
      </w:tr>
      <w:tr w:rsidR="00501161" w14:paraId="5853480D" w14:textId="77777777">
        <w:trPr>
          <w:jc w:val="center"/>
        </w:trPr>
        <w:tc>
          <w:tcPr>
            <w:tcW w:w="3902" w:type="dxa"/>
          </w:tcPr>
          <w:p w14:paraId="08E876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EXP / </w:t>
            </w:r>
            <w:r>
              <w:rPr>
                <w:sz w:val="28"/>
                <w:szCs w:val="28"/>
              </w:rPr>
              <w:t>Gold</w:t>
            </w:r>
          </w:p>
        </w:tc>
        <w:tc>
          <w:tcPr>
            <w:tcW w:w="5113" w:type="dxa"/>
          </w:tcPr>
          <w:p w14:paraId="592415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296 / 81</w:t>
            </w:r>
          </w:p>
        </w:tc>
      </w:tr>
      <w:tr w:rsidR="00501161" w14:paraId="6EF95E65" w14:textId="77777777">
        <w:trPr>
          <w:jc w:val="center"/>
        </w:trPr>
        <w:tc>
          <w:tcPr>
            <w:tcW w:w="3902" w:type="dxa"/>
          </w:tcPr>
          <w:p w14:paraId="0E0003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113" w:type="dxa"/>
          </w:tcPr>
          <w:p w14:paraId="318C50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หนังช้างดำ (50%)</w:t>
            </w:r>
          </w:p>
        </w:tc>
      </w:tr>
      <w:tr w:rsidR="00501161" w14:paraId="4B7F7AD5" w14:textId="77777777">
        <w:trPr>
          <w:jc w:val="center"/>
        </w:trPr>
        <w:tc>
          <w:tcPr>
            <w:tcW w:w="3902" w:type="dxa"/>
          </w:tcPr>
          <w:p w14:paraId="6FA73A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113" w:type="dxa"/>
          </w:tcPr>
          <w:p w14:paraId="7D76A4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งาช้างดำ — เงื่อนไข: ปิดจ๊อบด้วยธาตุไฟ</w:t>
            </w:r>
          </w:p>
        </w:tc>
      </w:tr>
      <w:tr w:rsidR="00501161" w14:paraId="601D7A9F" w14:textId="77777777">
        <w:trPr>
          <w:jc w:val="center"/>
        </w:trPr>
        <w:tc>
          <w:tcPr>
            <w:tcW w:w="3902" w:type="dxa"/>
          </w:tcPr>
          <w:p w14:paraId="749812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113" w:type="dxa"/>
          </w:tcPr>
          <w:p w14:paraId="090D59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1–5</w:t>
            </w:r>
          </w:p>
        </w:tc>
      </w:tr>
      <w:tr w:rsidR="00501161" w14:paraId="76825FA5" w14:textId="77777777">
        <w:trPr>
          <w:jc w:val="center"/>
        </w:trPr>
        <w:tc>
          <w:tcPr>
            <w:tcW w:w="3902" w:type="dxa"/>
          </w:tcPr>
          <w:p w14:paraId="65F603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113" w:type="dxa"/>
          </w:tcPr>
          <w:p w14:paraId="29E2A2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2–3</w:t>
            </w:r>
          </w:p>
        </w:tc>
      </w:tr>
    </w:tbl>
    <w:p w14:paraId="029C4324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96"/>
        <w:gridCol w:w="3335"/>
        <w:gridCol w:w="1447"/>
        <w:gridCol w:w="2437"/>
      </w:tblGrid>
      <w:tr w:rsidR="00501161" w14:paraId="5E147893" w14:textId="77777777">
        <w:trPr>
          <w:tblHeader/>
          <w:jc w:val="center"/>
        </w:trPr>
        <w:tc>
          <w:tcPr>
            <w:tcW w:w="1796" w:type="dxa"/>
            <w:shd w:val="clear" w:color="auto" w:fill="F2F2F2"/>
          </w:tcPr>
          <w:p w14:paraId="3FC87BD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3335" w:type="dxa"/>
            <w:shd w:val="clear" w:color="auto" w:fill="F2F2F2"/>
          </w:tcPr>
          <w:p w14:paraId="0943D70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447" w:type="dxa"/>
            <w:shd w:val="clear" w:color="auto" w:fill="F2F2F2"/>
          </w:tcPr>
          <w:p w14:paraId="0A9DE67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2437" w:type="dxa"/>
            <w:shd w:val="clear" w:color="auto" w:fill="F2F2F2"/>
          </w:tcPr>
          <w:p w14:paraId="669E32E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656E7A5F" w14:textId="77777777">
        <w:trPr>
          <w:jc w:val="center"/>
        </w:trPr>
        <w:tc>
          <w:tcPr>
            <w:tcW w:w="1796" w:type="dxa"/>
          </w:tcPr>
          <w:p w14:paraId="52628E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เหยียบ</w:t>
            </w:r>
          </w:p>
        </w:tc>
        <w:tc>
          <w:tcPr>
            <w:tcW w:w="3335" w:type="dxa"/>
          </w:tcPr>
          <w:p w14:paraId="29FCAC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120%</w:t>
            </w:r>
          </w:p>
        </w:tc>
        <w:tc>
          <w:tcPr>
            <w:tcW w:w="1447" w:type="dxa"/>
          </w:tcPr>
          <w:p w14:paraId="5D7B29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437" w:type="dxa"/>
          </w:tcPr>
          <w:p w14:paraId="58FC62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</w:tr>
      <w:tr w:rsidR="00501161" w14:paraId="52799604" w14:textId="77777777">
        <w:trPr>
          <w:jc w:val="center"/>
        </w:trPr>
        <w:tc>
          <w:tcPr>
            <w:tcW w:w="1796" w:type="dxa"/>
          </w:tcPr>
          <w:p w14:paraId="5A596F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แปร๋นเรียกโขลง</w:t>
            </w:r>
          </w:p>
        </w:tc>
        <w:tc>
          <w:tcPr>
            <w:tcW w:w="3335" w:type="dxa"/>
          </w:tcPr>
          <w:p w14:paraId="3404EA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เรียกช้างกาฬาวกเพิ่ม 1 ตัว</w:t>
            </w:r>
          </w:p>
        </w:tc>
        <w:tc>
          <w:tcPr>
            <w:tcW w:w="1447" w:type="dxa"/>
          </w:tcPr>
          <w:p w14:paraId="3BB2BD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2437" w:type="dxa"/>
          </w:tcPr>
          <w:p w14:paraId="532877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30% </w:t>
            </w:r>
            <w:r>
              <w:rPr>
                <w:sz w:val="28"/>
                <w:szCs w:val="28"/>
              </w:rPr>
              <w:t>ถ้าพวกเหลือ &lt; 3</w:t>
            </w:r>
          </w:p>
        </w:tc>
      </w:tr>
    </w:tbl>
    <w:p w14:paraId="1D7CEB00" w14:textId="77777777" w:rsidR="00501161" w:rsidRDefault="00501161">
      <w:pPr>
        <w:spacing w:after="40"/>
      </w:pPr>
    </w:p>
    <w:p w14:paraId="5C5026C8" w14:textId="77777777" w:rsidR="00501161" w:rsidRDefault="00C637DA">
      <w:pPr>
        <w:pStyle w:val="Heading4"/>
      </w:pPr>
      <w:r>
        <w:lastRenderedPageBreak/>
        <w:t>สินธพกุญชร — ทั่วไป · Charger</w:t>
      </w:r>
    </w:p>
    <w:p w14:paraId="09ECA0F3" w14:textId="77777777" w:rsidR="00501161" w:rsidRDefault="00C637DA">
      <w:pPr>
        <w:ind w:firstLine="720"/>
      </w:pPr>
      <w:r>
        <w:t>ลำตัวเป็นม้า หัวคล้ายช้างมีงวงและงา ตาและปากคล้ายสิงห์ มีหงอน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31"/>
        <w:gridCol w:w="5383"/>
      </w:tblGrid>
      <w:tr w:rsidR="00501161" w14:paraId="35A6774C" w14:textId="77777777">
        <w:trPr>
          <w:tblHeader/>
          <w:jc w:val="center"/>
        </w:trPr>
        <w:tc>
          <w:tcPr>
            <w:tcW w:w="3631" w:type="dxa"/>
            <w:shd w:val="clear" w:color="auto" w:fill="F2F2F2"/>
          </w:tcPr>
          <w:p w14:paraId="55E7390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383" w:type="dxa"/>
            <w:shd w:val="clear" w:color="auto" w:fill="F2F2F2"/>
          </w:tcPr>
          <w:p w14:paraId="2283CEE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5ECD6593" w14:textId="77777777">
        <w:trPr>
          <w:jc w:val="center"/>
        </w:trPr>
        <w:tc>
          <w:tcPr>
            <w:tcW w:w="3631" w:type="dxa"/>
          </w:tcPr>
          <w:p w14:paraId="4E3B7B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383" w:type="dxa"/>
          </w:tcPr>
          <w:p w14:paraId="5B0160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41</w:t>
            </w:r>
          </w:p>
        </w:tc>
      </w:tr>
      <w:tr w:rsidR="00501161" w14:paraId="68CFE58A" w14:textId="77777777">
        <w:trPr>
          <w:jc w:val="center"/>
        </w:trPr>
        <w:tc>
          <w:tcPr>
            <w:tcW w:w="3631" w:type="dxa"/>
          </w:tcPr>
          <w:p w14:paraId="08BE96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383" w:type="dxa"/>
          </w:tcPr>
          <w:p w14:paraId="129B3F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774</w:t>
            </w:r>
          </w:p>
        </w:tc>
      </w:tr>
      <w:tr w:rsidR="00501161" w14:paraId="1B4B4043" w14:textId="77777777">
        <w:trPr>
          <w:jc w:val="center"/>
        </w:trPr>
        <w:tc>
          <w:tcPr>
            <w:tcW w:w="3631" w:type="dxa"/>
          </w:tcPr>
          <w:p w14:paraId="0AA5C1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383" w:type="dxa"/>
          </w:tcPr>
          <w:p w14:paraId="140EEA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139</w:t>
            </w:r>
          </w:p>
        </w:tc>
      </w:tr>
      <w:tr w:rsidR="00501161" w14:paraId="4ECC6C4C" w14:textId="77777777">
        <w:trPr>
          <w:jc w:val="center"/>
        </w:trPr>
        <w:tc>
          <w:tcPr>
            <w:tcW w:w="3631" w:type="dxa"/>
          </w:tcPr>
          <w:p w14:paraId="30ECF8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383" w:type="dxa"/>
          </w:tcPr>
          <w:p w14:paraId="0E1175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75 / 45</w:t>
            </w:r>
          </w:p>
        </w:tc>
      </w:tr>
      <w:tr w:rsidR="00501161" w14:paraId="5572E8C3" w14:textId="77777777">
        <w:trPr>
          <w:jc w:val="center"/>
        </w:trPr>
        <w:tc>
          <w:tcPr>
            <w:tcW w:w="3631" w:type="dxa"/>
          </w:tcPr>
          <w:p w14:paraId="13637B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383" w:type="dxa"/>
          </w:tcPr>
          <w:p w14:paraId="6A763F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54</w:t>
            </w:r>
          </w:p>
        </w:tc>
      </w:tr>
      <w:tr w:rsidR="00501161" w14:paraId="55979869" w14:textId="77777777">
        <w:trPr>
          <w:jc w:val="center"/>
        </w:trPr>
        <w:tc>
          <w:tcPr>
            <w:tcW w:w="3631" w:type="dxa"/>
          </w:tcPr>
          <w:p w14:paraId="345857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383" w:type="dxa"/>
          </w:tcPr>
          <w:p w14:paraId="3C1A3C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11%</w:t>
            </w:r>
          </w:p>
        </w:tc>
      </w:tr>
      <w:tr w:rsidR="00501161" w14:paraId="4C09ED4D" w14:textId="77777777">
        <w:trPr>
          <w:jc w:val="center"/>
        </w:trPr>
        <w:tc>
          <w:tcPr>
            <w:tcW w:w="3631" w:type="dxa"/>
          </w:tcPr>
          <w:p w14:paraId="33BED7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383" w:type="dxa"/>
          </w:tcPr>
          <w:p w14:paraId="3B6C7D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×1.0 / ×1.0 / Weak ×1.5 / </w:t>
            </w:r>
            <w:r>
              <w:rPr>
                <w:sz w:val="28"/>
                <w:szCs w:val="28"/>
              </w:rPr>
              <w:t>×1.0</w:t>
            </w:r>
          </w:p>
        </w:tc>
      </w:tr>
      <w:tr w:rsidR="00501161" w14:paraId="364836F4" w14:textId="77777777">
        <w:trPr>
          <w:jc w:val="center"/>
        </w:trPr>
        <w:tc>
          <w:tcPr>
            <w:tcW w:w="3631" w:type="dxa"/>
          </w:tcPr>
          <w:p w14:paraId="33E17C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383" w:type="dxa"/>
          </w:tcPr>
          <w:p w14:paraId="6C69EA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344 / 87</w:t>
            </w:r>
          </w:p>
        </w:tc>
      </w:tr>
      <w:tr w:rsidR="00501161" w14:paraId="03E64102" w14:textId="77777777">
        <w:trPr>
          <w:jc w:val="center"/>
        </w:trPr>
        <w:tc>
          <w:tcPr>
            <w:tcW w:w="3631" w:type="dxa"/>
          </w:tcPr>
          <w:p w14:paraId="0B70FA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383" w:type="dxa"/>
          </w:tcPr>
          <w:p w14:paraId="0842C0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หงอนสินธพกุญชร (50%)</w:t>
            </w:r>
          </w:p>
        </w:tc>
      </w:tr>
      <w:tr w:rsidR="00501161" w14:paraId="4ABC0077" w14:textId="77777777">
        <w:trPr>
          <w:jc w:val="center"/>
        </w:trPr>
        <w:tc>
          <w:tcPr>
            <w:tcW w:w="3631" w:type="dxa"/>
          </w:tcPr>
          <w:p w14:paraId="335897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383" w:type="dxa"/>
          </w:tcPr>
          <w:p w14:paraId="68C78E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งาม้าช้าง — เงื่อนไข: ยกเลิกท่าชาร์จแล้วชนะ</w:t>
            </w:r>
          </w:p>
        </w:tc>
      </w:tr>
      <w:tr w:rsidR="00501161" w14:paraId="72D31FC9" w14:textId="77777777">
        <w:trPr>
          <w:jc w:val="center"/>
        </w:trPr>
        <w:tc>
          <w:tcPr>
            <w:tcW w:w="3631" w:type="dxa"/>
          </w:tcPr>
          <w:p w14:paraId="296AAF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383" w:type="dxa"/>
          </w:tcPr>
          <w:p w14:paraId="7CD0D6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1–5</w:t>
            </w:r>
          </w:p>
        </w:tc>
      </w:tr>
      <w:tr w:rsidR="00501161" w14:paraId="1D03103F" w14:textId="77777777">
        <w:trPr>
          <w:jc w:val="center"/>
        </w:trPr>
        <w:tc>
          <w:tcPr>
            <w:tcW w:w="3631" w:type="dxa"/>
          </w:tcPr>
          <w:p w14:paraId="287757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383" w:type="dxa"/>
          </w:tcPr>
          <w:p w14:paraId="056209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1992FB69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35"/>
        <w:gridCol w:w="5309"/>
        <w:gridCol w:w="1235"/>
        <w:gridCol w:w="1235"/>
      </w:tblGrid>
      <w:tr w:rsidR="00501161" w14:paraId="3F9F0C4F" w14:textId="77777777">
        <w:trPr>
          <w:tblHeader/>
          <w:jc w:val="center"/>
        </w:trPr>
        <w:tc>
          <w:tcPr>
            <w:tcW w:w="1235" w:type="dxa"/>
            <w:shd w:val="clear" w:color="auto" w:fill="F2F2F2"/>
          </w:tcPr>
          <w:p w14:paraId="36C3994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5309" w:type="dxa"/>
            <w:shd w:val="clear" w:color="auto" w:fill="F2F2F2"/>
          </w:tcPr>
          <w:p w14:paraId="08DCF49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235" w:type="dxa"/>
            <w:shd w:val="clear" w:color="auto" w:fill="F2F2F2"/>
          </w:tcPr>
          <w:p w14:paraId="1FA11C7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235" w:type="dxa"/>
            <w:shd w:val="clear" w:color="auto" w:fill="F2F2F2"/>
          </w:tcPr>
          <w:p w14:paraId="02CE4E5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4374A8CF" w14:textId="77777777">
        <w:trPr>
          <w:jc w:val="center"/>
        </w:trPr>
        <w:tc>
          <w:tcPr>
            <w:tcW w:w="1235" w:type="dxa"/>
          </w:tcPr>
          <w:p w14:paraId="53A803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งาแทง</w:t>
            </w:r>
          </w:p>
        </w:tc>
        <w:tc>
          <w:tcPr>
            <w:tcW w:w="5309" w:type="dxa"/>
          </w:tcPr>
          <w:p w14:paraId="6FA881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110%</w:t>
            </w:r>
          </w:p>
        </w:tc>
        <w:tc>
          <w:tcPr>
            <w:tcW w:w="1235" w:type="dxa"/>
          </w:tcPr>
          <w:p w14:paraId="2E88C4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35" w:type="dxa"/>
          </w:tcPr>
          <w:p w14:paraId="4FDBEF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  <w:tr w:rsidR="00501161" w14:paraId="71DB50D7" w14:textId="77777777">
        <w:trPr>
          <w:jc w:val="center"/>
        </w:trPr>
        <w:tc>
          <w:tcPr>
            <w:tcW w:w="1235" w:type="dxa"/>
          </w:tcPr>
          <w:p w14:paraId="6D7CDD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วิ่งชน</w:t>
            </w:r>
          </w:p>
        </w:tc>
        <w:tc>
          <w:tcPr>
            <w:tcW w:w="5309" w:type="dxa"/>
          </w:tcPr>
          <w:p w14:paraId="6A598C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ชาร์จ 1 เทิร์น → Physical 200% + </w:t>
            </w:r>
            <w:r>
              <w:rPr>
                <w:sz w:val="28"/>
                <w:szCs w:val="28"/>
              </w:rPr>
              <w:t>ตัวที่โดนลงมือเป็นคนสุดท้ายเทิร์นถัดไป</w:t>
            </w:r>
          </w:p>
        </w:tc>
        <w:tc>
          <w:tcPr>
            <w:tcW w:w="1235" w:type="dxa"/>
          </w:tcPr>
          <w:p w14:paraId="085FDF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235" w:type="dxa"/>
          </w:tcPr>
          <w:p w14:paraId="60FD56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</w:tbl>
    <w:p w14:paraId="05B94EAE" w14:textId="77777777" w:rsidR="00501161" w:rsidRDefault="00501161">
      <w:pPr>
        <w:spacing w:after="40"/>
      </w:pPr>
    </w:p>
    <w:p w14:paraId="310C2561" w14:textId="77777777" w:rsidR="00501161" w:rsidRDefault="00C637DA">
      <w:pPr>
        <w:pStyle w:val="Heading4"/>
      </w:pPr>
      <w:r>
        <w:t>กรินทปักษา — ทั่วไป · Defensive</w:t>
      </w:r>
    </w:p>
    <w:p w14:paraId="3A02CE9C" w14:textId="77777777" w:rsidR="00501161" w:rsidRDefault="00C637DA">
      <w:pPr>
        <w:ind w:firstLine="720"/>
      </w:pPr>
      <w:r>
        <w:t>ช้างพลายมีปีกที่สะบักทั้งสองข้าง หางคล้ายแพนหางนก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31"/>
        <w:gridCol w:w="5383"/>
      </w:tblGrid>
      <w:tr w:rsidR="00501161" w14:paraId="79A42130" w14:textId="77777777">
        <w:trPr>
          <w:tblHeader/>
          <w:jc w:val="center"/>
        </w:trPr>
        <w:tc>
          <w:tcPr>
            <w:tcW w:w="3631" w:type="dxa"/>
            <w:shd w:val="clear" w:color="auto" w:fill="F2F2F2"/>
          </w:tcPr>
          <w:p w14:paraId="18BCFE6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383" w:type="dxa"/>
            <w:shd w:val="clear" w:color="auto" w:fill="F2F2F2"/>
          </w:tcPr>
          <w:p w14:paraId="2577A28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27E8F2AB" w14:textId="77777777">
        <w:trPr>
          <w:jc w:val="center"/>
        </w:trPr>
        <w:tc>
          <w:tcPr>
            <w:tcW w:w="3631" w:type="dxa"/>
          </w:tcPr>
          <w:p w14:paraId="289A15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383" w:type="dxa"/>
          </w:tcPr>
          <w:p w14:paraId="3A27E7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44</w:t>
            </w:r>
          </w:p>
        </w:tc>
      </w:tr>
      <w:tr w:rsidR="00501161" w14:paraId="22DC227A" w14:textId="77777777">
        <w:trPr>
          <w:jc w:val="center"/>
        </w:trPr>
        <w:tc>
          <w:tcPr>
            <w:tcW w:w="3631" w:type="dxa"/>
          </w:tcPr>
          <w:p w14:paraId="2EB243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383" w:type="dxa"/>
          </w:tcPr>
          <w:p w14:paraId="07D21E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966</w:t>
            </w:r>
          </w:p>
        </w:tc>
      </w:tr>
      <w:tr w:rsidR="00501161" w14:paraId="43C1BA6D" w14:textId="77777777">
        <w:trPr>
          <w:jc w:val="center"/>
        </w:trPr>
        <w:tc>
          <w:tcPr>
            <w:tcW w:w="3631" w:type="dxa"/>
          </w:tcPr>
          <w:p w14:paraId="722367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383" w:type="dxa"/>
          </w:tcPr>
          <w:p w14:paraId="5342C6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149</w:t>
            </w:r>
          </w:p>
        </w:tc>
      </w:tr>
      <w:tr w:rsidR="00501161" w14:paraId="10E7EE29" w14:textId="77777777">
        <w:trPr>
          <w:jc w:val="center"/>
        </w:trPr>
        <w:tc>
          <w:tcPr>
            <w:tcW w:w="3631" w:type="dxa"/>
          </w:tcPr>
          <w:p w14:paraId="7A19C8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383" w:type="dxa"/>
          </w:tcPr>
          <w:p w14:paraId="4A1E8B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110 / 66</w:t>
            </w:r>
          </w:p>
        </w:tc>
      </w:tr>
      <w:tr w:rsidR="00501161" w14:paraId="6A3BDC91" w14:textId="77777777">
        <w:trPr>
          <w:jc w:val="center"/>
        </w:trPr>
        <w:tc>
          <w:tcPr>
            <w:tcW w:w="3631" w:type="dxa"/>
          </w:tcPr>
          <w:p w14:paraId="2CA844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383" w:type="dxa"/>
          </w:tcPr>
          <w:p w14:paraId="4E6094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58</w:t>
            </w:r>
          </w:p>
        </w:tc>
      </w:tr>
      <w:tr w:rsidR="00501161" w14:paraId="36C49006" w14:textId="77777777">
        <w:trPr>
          <w:jc w:val="center"/>
        </w:trPr>
        <w:tc>
          <w:tcPr>
            <w:tcW w:w="3631" w:type="dxa"/>
          </w:tcPr>
          <w:p w14:paraId="158991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383" w:type="dxa"/>
          </w:tcPr>
          <w:p w14:paraId="5997FC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11%</w:t>
            </w:r>
          </w:p>
        </w:tc>
      </w:tr>
      <w:tr w:rsidR="00501161" w14:paraId="7F3B6A3F" w14:textId="77777777">
        <w:trPr>
          <w:jc w:val="center"/>
        </w:trPr>
        <w:tc>
          <w:tcPr>
            <w:tcW w:w="3631" w:type="dxa"/>
          </w:tcPr>
          <w:p w14:paraId="2DD60B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ธาตุ (ไฟ / น้ำ / ลม / </w:t>
            </w:r>
            <w:r>
              <w:rPr>
                <w:sz w:val="28"/>
                <w:szCs w:val="28"/>
              </w:rPr>
              <w:t>กายภาพ)</w:t>
            </w:r>
          </w:p>
        </w:tc>
        <w:tc>
          <w:tcPr>
            <w:tcW w:w="5383" w:type="dxa"/>
          </w:tcPr>
          <w:p w14:paraId="0787C9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×1.0 / Resist ×0.5 / ×1.0</w:t>
            </w:r>
          </w:p>
        </w:tc>
      </w:tr>
      <w:tr w:rsidR="00501161" w14:paraId="7923EA05" w14:textId="77777777">
        <w:trPr>
          <w:jc w:val="center"/>
        </w:trPr>
        <w:tc>
          <w:tcPr>
            <w:tcW w:w="3631" w:type="dxa"/>
          </w:tcPr>
          <w:p w14:paraId="2567F7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383" w:type="dxa"/>
          </w:tcPr>
          <w:p w14:paraId="2097C3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396 / 93</w:t>
            </w:r>
          </w:p>
        </w:tc>
      </w:tr>
      <w:tr w:rsidR="00501161" w14:paraId="7526D0CF" w14:textId="77777777">
        <w:trPr>
          <w:jc w:val="center"/>
        </w:trPr>
        <w:tc>
          <w:tcPr>
            <w:tcW w:w="3631" w:type="dxa"/>
          </w:tcPr>
          <w:p w14:paraId="71D5C9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383" w:type="dxa"/>
          </w:tcPr>
          <w:p w14:paraId="31A07E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ขนปีกกรินท (50%)</w:t>
            </w:r>
          </w:p>
        </w:tc>
      </w:tr>
      <w:tr w:rsidR="00501161" w14:paraId="310749AB" w14:textId="77777777">
        <w:trPr>
          <w:jc w:val="center"/>
        </w:trPr>
        <w:tc>
          <w:tcPr>
            <w:tcW w:w="3631" w:type="dxa"/>
          </w:tcPr>
          <w:p w14:paraId="6D258B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383" w:type="dxa"/>
          </w:tcPr>
          <w:p w14:paraId="546E92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แพนหางกรินท — เงื่อนไข: ปิดจ๊อบขณะติด Blind</w:t>
            </w:r>
          </w:p>
        </w:tc>
      </w:tr>
      <w:tr w:rsidR="00501161" w14:paraId="4AE73172" w14:textId="77777777">
        <w:trPr>
          <w:jc w:val="center"/>
        </w:trPr>
        <w:tc>
          <w:tcPr>
            <w:tcW w:w="3631" w:type="dxa"/>
          </w:tcPr>
          <w:p w14:paraId="7FA1E8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พบที่</w:t>
            </w:r>
          </w:p>
        </w:tc>
        <w:tc>
          <w:tcPr>
            <w:tcW w:w="5383" w:type="dxa"/>
          </w:tcPr>
          <w:p w14:paraId="01523C7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2–5</w:t>
            </w:r>
          </w:p>
        </w:tc>
      </w:tr>
      <w:tr w:rsidR="00501161" w14:paraId="01F40CB4" w14:textId="77777777">
        <w:trPr>
          <w:jc w:val="center"/>
        </w:trPr>
        <w:tc>
          <w:tcPr>
            <w:tcW w:w="3631" w:type="dxa"/>
          </w:tcPr>
          <w:p w14:paraId="2260B8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383" w:type="dxa"/>
          </w:tcPr>
          <w:p w14:paraId="73904D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0A97FFE1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82"/>
        <w:gridCol w:w="4198"/>
        <w:gridCol w:w="1467"/>
        <w:gridCol w:w="1467"/>
      </w:tblGrid>
      <w:tr w:rsidR="00501161" w14:paraId="6BAED5F6" w14:textId="77777777">
        <w:trPr>
          <w:tblHeader/>
          <w:jc w:val="center"/>
        </w:trPr>
        <w:tc>
          <w:tcPr>
            <w:tcW w:w="1882" w:type="dxa"/>
            <w:shd w:val="clear" w:color="auto" w:fill="F2F2F2"/>
          </w:tcPr>
          <w:p w14:paraId="04400DD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198" w:type="dxa"/>
            <w:shd w:val="clear" w:color="auto" w:fill="F2F2F2"/>
          </w:tcPr>
          <w:p w14:paraId="285FDD4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467" w:type="dxa"/>
            <w:shd w:val="clear" w:color="auto" w:fill="F2F2F2"/>
          </w:tcPr>
          <w:p w14:paraId="00B95BE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467" w:type="dxa"/>
            <w:shd w:val="clear" w:color="auto" w:fill="F2F2F2"/>
          </w:tcPr>
          <w:p w14:paraId="620818D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750CF5A7" w14:textId="77777777">
        <w:trPr>
          <w:jc w:val="center"/>
        </w:trPr>
        <w:tc>
          <w:tcPr>
            <w:tcW w:w="1882" w:type="dxa"/>
          </w:tcPr>
          <w:p w14:paraId="2D5337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ปีกฟาด</w:t>
            </w:r>
          </w:p>
        </w:tc>
        <w:tc>
          <w:tcPr>
            <w:tcW w:w="4198" w:type="dxa"/>
          </w:tcPr>
          <w:p w14:paraId="6C8324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100%</w:t>
            </w:r>
          </w:p>
        </w:tc>
        <w:tc>
          <w:tcPr>
            <w:tcW w:w="1467" w:type="dxa"/>
          </w:tcPr>
          <w:p w14:paraId="7E2F2B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67" w:type="dxa"/>
          </w:tcPr>
          <w:p w14:paraId="72B3C1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  <w:tr w:rsidR="00501161" w14:paraId="569C9B96" w14:textId="77777777">
        <w:trPr>
          <w:jc w:val="center"/>
        </w:trPr>
        <w:tc>
          <w:tcPr>
            <w:tcW w:w="1882" w:type="dxa"/>
          </w:tcPr>
          <w:p w14:paraId="0D38F9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กางปีกคุ้มฝูง</w:t>
            </w:r>
          </w:p>
        </w:tc>
        <w:tc>
          <w:tcPr>
            <w:tcW w:w="4198" w:type="dxa"/>
          </w:tcPr>
          <w:p w14:paraId="5DD360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DEF </w:t>
            </w:r>
            <w:r>
              <w:rPr>
                <w:sz w:val="28"/>
                <w:szCs w:val="28"/>
              </w:rPr>
              <w:t>พวกเดียวกัน +30% 2 เทิร์น</w:t>
            </w:r>
          </w:p>
        </w:tc>
        <w:tc>
          <w:tcPr>
            <w:tcW w:w="1467" w:type="dxa"/>
          </w:tcPr>
          <w:p w14:paraId="11197A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467" w:type="dxa"/>
          </w:tcPr>
          <w:p w14:paraId="19791E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</w:tbl>
    <w:p w14:paraId="5109B769" w14:textId="77777777" w:rsidR="00501161" w:rsidRDefault="00501161">
      <w:pPr>
        <w:spacing w:after="40"/>
      </w:pPr>
    </w:p>
    <w:p w14:paraId="7CCE22E3" w14:textId="77777777" w:rsidR="00501161" w:rsidRDefault="00C637DA">
      <w:pPr>
        <w:pStyle w:val="Heading4"/>
      </w:pPr>
      <w:r>
        <w:t>คชปักษา — ทั่วไป · Aggressive</w:t>
      </w:r>
    </w:p>
    <w:p w14:paraId="0B1D6650" w14:textId="77777777" w:rsidR="00501161" w:rsidRDefault="00C637DA">
      <w:pPr>
        <w:ind w:firstLine="720"/>
      </w:pPr>
      <w:r>
        <w:t>รูปกายคล้ายครุฑ มีงวงและงาอย่างช้าง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81"/>
        <w:gridCol w:w="5433"/>
      </w:tblGrid>
      <w:tr w:rsidR="00501161" w14:paraId="49550B84" w14:textId="77777777">
        <w:trPr>
          <w:tblHeader/>
          <w:jc w:val="center"/>
        </w:trPr>
        <w:tc>
          <w:tcPr>
            <w:tcW w:w="3581" w:type="dxa"/>
            <w:shd w:val="clear" w:color="auto" w:fill="F2F2F2"/>
          </w:tcPr>
          <w:p w14:paraId="01EACAA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433" w:type="dxa"/>
            <w:shd w:val="clear" w:color="auto" w:fill="F2F2F2"/>
          </w:tcPr>
          <w:p w14:paraId="276E30D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228F060B" w14:textId="77777777">
        <w:trPr>
          <w:jc w:val="center"/>
        </w:trPr>
        <w:tc>
          <w:tcPr>
            <w:tcW w:w="3581" w:type="dxa"/>
          </w:tcPr>
          <w:p w14:paraId="5EA79C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433" w:type="dxa"/>
          </w:tcPr>
          <w:p w14:paraId="5F1E25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46</w:t>
            </w:r>
          </w:p>
        </w:tc>
      </w:tr>
      <w:tr w:rsidR="00501161" w14:paraId="64D6B0BD" w14:textId="77777777">
        <w:trPr>
          <w:jc w:val="center"/>
        </w:trPr>
        <w:tc>
          <w:tcPr>
            <w:tcW w:w="3581" w:type="dxa"/>
          </w:tcPr>
          <w:p w14:paraId="63E78A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433" w:type="dxa"/>
          </w:tcPr>
          <w:p w14:paraId="44CC18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720</w:t>
            </w:r>
          </w:p>
        </w:tc>
      </w:tr>
      <w:tr w:rsidR="00501161" w14:paraId="7A3584A0" w14:textId="77777777">
        <w:trPr>
          <w:jc w:val="center"/>
        </w:trPr>
        <w:tc>
          <w:tcPr>
            <w:tcW w:w="3581" w:type="dxa"/>
          </w:tcPr>
          <w:p w14:paraId="1B4722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433" w:type="dxa"/>
          </w:tcPr>
          <w:p w14:paraId="130321D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155</w:t>
            </w:r>
          </w:p>
        </w:tc>
      </w:tr>
      <w:tr w:rsidR="00501161" w14:paraId="56144018" w14:textId="77777777">
        <w:trPr>
          <w:jc w:val="center"/>
        </w:trPr>
        <w:tc>
          <w:tcPr>
            <w:tcW w:w="3581" w:type="dxa"/>
          </w:tcPr>
          <w:p w14:paraId="722DDA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433" w:type="dxa"/>
          </w:tcPr>
          <w:p w14:paraId="641D60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77 / 46</w:t>
            </w:r>
          </w:p>
        </w:tc>
      </w:tr>
      <w:tr w:rsidR="00501161" w14:paraId="1EA3D0F5" w14:textId="77777777">
        <w:trPr>
          <w:jc w:val="center"/>
        </w:trPr>
        <w:tc>
          <w:tcPr>
            <w:tcW w:w="3581" w:type="dxa"/>
          </w:tcPr>
          <w:p w14:paraId="61EBBC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433" w:type="dxa"/>
          </w:tcPr>
          <w:p w14:paraId="2BBD77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</w:t>
            </w:r>
          </w:p>
        </w:tc>
      </w:tr>
      <w:tr w:rsidR="00501161" w14:paraId="17699B64" w14:textId="77777777">
        <w:trPr>
          <w:jc w:val="center"/>
        </w:trPr>
        <w:tc>
          <w:tcPr>
            <w:tcW w:w="3581" w:type="dxa"/>
          </w:tcPr>
          <w:p w14:paraId="0D93FC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433" w:type="dxa"/>
          </w:tcPr>
          <w:p w14:paraId="014D8E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11%</w:t>
            </w:r>
          </w:p>
        </w:tc>
      </w:tr>
      <w:tr w:rsidR="00501161" w14:paraId="02CFBA72" w14:textId="77777777">
        <w:trPr>
          <w:jc w:val="center"/>
        </w:trPr>
        <w:tc>
          <w:tcPr>
            <w:tcW w:w="3581" w:type="dxa"/>
          </w:tcPr>
          <w:p w14:paraId="497AFD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433" w:type="dxa"/>
          </w:tcPr>
          <w:p w14:paraId="0E62E3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×1.0 / </w:t>
            </w:r>
            <w:r>
              <w:rPr>
                <w:sz w:val="28"/>
                <w:szCs w:val="28"/>
              </w:rPr>
              <w:t>Weak ×1.5 / ×1.0 / ×1.0</w:t>
            </w:r>
          </w:p>
        </w:tc>
      </w:tr>
      <w:tr w:rsidR="00501161" w14:paraId="32769871" w14:textId="77777777">
        <w:trPr>
          <w:jc w:val="center"/>
        </w:trPr>
        <w:tc>
          <w:tcPr>
            <w:tcW w:w="3581" w:type="dxa"/>
          </w:tcPr>
          <w:p w14:paraId="763060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433" w:type="dxa"/>
          </w:tcPr>
          <w:p w14:paraId="38FBE4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432 / 97</w:t>
            </w:r>
          </w:p>
        </w:tc>
      </w:tr>
      <w:tr w:rsidR="00501161" w14:paraId="7CD06B3C" w14:textId="77777777">
        <w:trPr>
          <w:jc w:val="center"/>
        </w:trPr>
        <w:tc>
          <w:tcPr>
            <w:tcW w:w="3581" w:type="dxa"/>
          </w:tcPr>
          <w:p w14:paraId="0AC2EA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433" w:type="dxa"/>
          </w:tcPr>
          <w:p w14:paraId="729943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งวงคชปักษา (50%)</w:t>
            </w:r>
          </w:p>
        </w:tc>
      </w:tr>
      <w:tr w:rsidR="00501161" w14:paraId="45B0617D" w14:textId="77777777">
        <w:trPr>
          <w:jc w:val="center"/>
        </w:trPr>
        <w:tc>
          <w:tcPr>
            <w:tcW w:w="3581" w:type="dxa"/>
          </w:tcPr>
          <w:p w14:paraId="62AED2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433" w:type="dxa"/>
          </w:tcPr>
          <w:p w14:paraId="67C32D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ขนครุฑคชปักษา — เงื่อนไข: ปิดจ๊อบด้วยธาตุน้ำ</w:t>
            </w:r>
          </w:p>
        </w:tc>
      </w:tr>
      <w:tr w:rsidR="00501161" w14:paraId="26A5C2D9" w14:textId="77777777">
        <w:trPr>
          <w:jc w:val="center"/>
        </w:trPr>
        <w:tc>
          <w:tcPr>
            <w:tcW w:w="3581" w:type="dxa"/>
          </w:tcPr>
          <w:p w14:paraId="1A98D9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433" w:type="dxa"/>
          </w:tcPr>
          <w:p w14:paraId="74D4E6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3–5</w:t>
            </w:r>
          </w:p>
        </w:tc>
      </w:tr>
      <w:tr w:rsidR="00501161" w14:paraId="62909559" w14:textId="77777777">
        <w:trPr>
          <w:jc w:val="center"/>
        </w:trPr>
        <w:tc>
          <w:tcPr>
            <w:tcW w:w="3581" w:type="dxa"/>
          </w:tcPr>
          <w:p w14:paraId="4030C9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433" w:type="dxa"/>
          </w:tcPr>
          <w:p w14:paraId="2AC1A9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5FBE6F37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58"/>
        <w:gridCol w:w="4939"/>
        <w:gridCol w:w="1358"/>
        <w:gridCol w:w="1358"/>
      </w:tblGrid>
      <w:tr w:rsidR="00501161" w14:paraId="0440383A" w14:textId="77777777">
        <w:trPr>
          <w:tblHeader/>
          <w:jc w:val="center"/>
        </w:trPr>
        <w:tc>
          <w:tcPr>
            <w:tcW w:w="1358" w:type="dxa"/>
            <w:shd w:val="clear" w:color="auto" w:fill="F2F2F2"/>
          </w:tcPr>
          <w:p w14:paraId="27BD82C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939" w:type="dxa"/>
            <w:shd w:val="clear" w:color="auto" w:fill="F2F2F2"/>
          </w:tcPr>
          <w:p w14:paraId="2C4FA29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358" w:type="dxa"/>
            <w:shd w:val="clear" w:color="auto" w:fill="F2F2F2"/>
          </w:tcPr>
          <w:p w14:paraId="061CD2C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358" w:type="dxa"/>
            <w:shd w:val="clear" w:color="auto" w:fill="F2F2F2"/>
          </w:tcPr>
          <w:p w14:paraId="1ACEA29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564DC56C" w14:textId="77777777">
        <w:trPr>
          <w:jc w:val="center"/>
        </w:trPr>
        <w:tc>
          <w:tcPr>
            <w:tcW w:w="1358" w:type="dxa"/>
          </w:tcPr>
          <w:p w14:paraId="2EB9B3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โฉบ</w:t>
            </w:r>
          </w:p>
        </w:tc>
        <w:tc>
          <w:tcPr>
            <w:tcW w:w="4939" w:type="dxa"/>
          </w:tcPr>
          <w:p w14:paraId="252748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Physical 120% (Evasion </w:t>
            </w:r>
            <w:r>
              <w:rPr>
                <w:sz w:val="28"/>
                <w:szCs w:val="28"/>
              </w:rPr>
              <w:t>ตัวเอง +20% 1 เทิร์น)</w:t>
            </w:r>
          </w:p>
        </w:tc>
        <w:tc>
          <w:tcPr>
            <w:tcW w:w="1358" w:type="dxa"/>
          </w:tcPr>
          <w:p w14:paraId="6F08E6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58" w:type="dxa"/>
          </w:tcPr>
          <w:p w14:paraId="436D61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</w:tr>
      <w:tr w:rsidR="00501161" w14:paraId="4D03CE80" w14:textId="77777777">
        <w:trPr>
          <w:jc w:val="center"/>
        </w:trPr>
        <w:tc>
          <w:tcPr>
            <w:tcW w:w="1358" w:type="dxa"/>
          </w:tcPr>
          <w:p w14:paraId="009B92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งวงตวัด</w:t>
            </w:r>
          </w:p>
        </w:tc>
        <w:tc>
          <w:tcPr>
            <w:tcW w:w="4939" w:type="dxa"/>
          </w:tcPr>
          <w:p w14:paraId="6B5BC9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Physical 70% </w:t>
            </w:r>
            <w:r>
              <w:rPr>
                <w:sz w:val="28"/>
                <w:szCs w:val="28"/>
              </w:rPr>
              <w:t>ทั้งปาร์ตี้</w:t>
            </w:r>
          </w:p>
        </w:tc>
        <w:tc>
          <w:tcPr>
            <w:tcW w:w="1358" w:type="dxa"/>
          </w:tcPr>
          <w:p w14:paraId="3B3F6D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358" w:type="dxa"/>
          </w:tcPr>
          <w:p w14:paraId="0B54BD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</w:tbl>
    <w:p w14:paraId="2615E5D5" w14:textId="77777777" w:rsidR="00501161" w:rsidRDefault="00501161">
      <w:pPr>
        <w:spacing w:after="40"/>
      </w:pPr>
    </w:p>
    <w:p w14:paraId="311EF459" w14:textId="77777777" w:rsidR="00501161" w:rsidRDefault="00C637DA">
      <w:pPr>
        <w:pStyle w:val="Heading4"/>
      </w:pPr>
      <w:r>
        <w:t>ช้างตระกูลเหมะ — สัตว์ชั้นสูง · Charger</w:t>
      </w:r>
    </w:p>
    <w:p w14:paraId="0B90B741" w14:textId="77777777" w:rsidR="00501161" w:rsidRDefault="00C637DA">
      <w:pPr>
        <w:ind w:firstLine="720"/>
      </w:pPr>
      <w:r>
        <w:t>ช้างสีทอง ตระกูลสูงในช้าง 10 ตระกูล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27"/>
        <w:gridCol w:w="5787"/>
      </w:tblGrid>
      <w:tr w:rsidR="00501161" w14:paraId="2CF6D231" w14:textId="77777777">
        <w:trPr>
          <w:tblHeader/>
          <w:jc w:val="center"/>
        </w:trPr>
        <w:tc>
          <w:tcPr>
            <w:tcW w:w="3227" w:type="dxa"/>
            <w:shd w:val="clear" w:color="auto" w:fill="F2F2F2"/>
          </w:tcPr>
          <w:p w14:paraId="49D2DF9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787" w:type="dxa"/>
            <w:shd w:val="clear" w:color="auto" w:fill="F2F2F2"/>
          </w:tcPr>
          <w:p w14:paraId="39D7F5A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2EEDC4EC" w14:textId="77777777">
        <w:trPr>
          <w:jc w:val="center"/>
        </w:trPr>
        <w:tc>
          <w:tcPr>
            <w:tcW w:w="3227" w:type="dxa"/>
          </w:tcPr>
          <w:p w14:paraId="13EA7E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787" w:type="dxa"/>
          </w:tcPr>
          <w:p w14:paraId="25F7CF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</w:t>
            </w:r>
          </w:p>
        </w:tc>
      </w:tr>
      <w:tr w:rsidR="00501161" w14:paraId="4B49BEBA" w14:textId="77777777">
        <w:trPr>
          <w:jc w:val="center"/>
        </w:trPr>
        <w:tc>
          <w:tcPr>
            <w:tcW w:w="3227" w:type="dxa"/>
          </w:tcPr>
          <w:p w14:paraId="72A86C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787" w:type="dxa"/>
          </w:tcPr>
          <w:p w14:paraId="425ED6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2,700</w:t>
            </w:r>
          </w:p>
        </w:tc>
      </w:tr>
      <w:tr w:rsidR="00501161" w14:paraId="647BBBE4" w14:textId="77777777">
        <w:trPr>
          <w:jc w:val="center"/>
        </w:trPr>
        <w:tc>
          <w:tcPr>
            <w:tcW w:w="3227" w:type="dxa"/>
          </w:tcPr>
          <w:p w14:paraId="6726C0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787" w:type="dxa"/>
          </w:tcPr>
          <w:p w14:paraId="54AF4F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226</w:t>
            </w:r>
          </w:p>
        </w:tc>
      </w:tr>
      <w:tr w:rsidR="00501161" w14:paraId="405BAAFF" w14:textId="77777777">
        <w:trPr>
          <w:jc w:val="center"/>
        </w:trPr>
        <w:tc>
          <w:tcPr>
            <w:tcW w:w="3227" w:type="dxa"/>
          </w:tcPr>
          <w:p w14:paraId="79E413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DEF / Magic DEF</w:t>
            </w:r>
          </w:p>
        </w:tc>
        <w:tc>
          <w:tcPr>
            <w:tcW w:w="5787" w:type="dxa"/>
          </w:tcPr>
          <w:p w14:paraId="3DC4C2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88 / 53</w:t>
            </w:r>
          </w:p>
        </w:tc>
      </w:tr>
      <w:tr w:rsidR="00501161" w14:paraId="7E2268D4" w14:textId="77777777">
        <w:trPr>
          <w:jc w:val="center"/>
        </w:trPr>
        <w:tc>
          <w:tcPr>
            <w:tcW w:w="3227" w:type="dxa"/>
          </w:tcPr>
          <w:p w14:paraId="17BBCB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787" w:type="dxa"/>
          </w:tcPr>
          <w:p w14:paraId="1A7B10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63</w:t>
            </w:r>
          </w:p>
        </w:tc>
      </w:tr>
      <w:tr w:rsidR="00501161" w14:paraId="0097F987" w14:textId="77777777">
        <w:trPr>
          <w:jc w:val="center"/>
        </w:trPr>
        <w:tc>
          <w:tcPr>
            <w:tcW w:w="3227" w:type="dxa"/>
          </w:tcPr>
          <w:p w14:paraId="091C85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787" w:type="dxa"/>
          </w:tcPr>
          <w:p w14:paraId="262BFD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16%</w:t>
            </w:r>
          </w:p>
        </w:tc>
      </w:tr>
      <w:tr w:rsidR="00501161" w14:paraId="740C7AC8" w14:textId="77777777">
        <w:trPr>
          <w:jc w:val="center"/>
        </w:trPr>
        <w:tc>
          <w:tcPr>
            <w:tcW w:w="3227" w:type="dxa"/>
          </w:tcPr>
          <w:p w14:paraId="614C51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787" w:type="dxa"/>
          </w:tcPr>
          <w:p w14:paraId="47E695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×1.0 / </w:t>
            </w:r>
            <w:r>
              <w:rPr>
                <w:sz w:val="28"/>
                <w:szCs w:val="28"/>
              </w:rPr>
              <w:t>Weak ×1.5 / ×1.0 / Resist ×0.5</w:t>
            </w:r>
          </w:p>
        </w:tc>
      </w:tr>
      <w:tr w:rsidR="00501161" w14:paraId="1D1C5E4C" w14:textId="77777777">
        <w:trPr>
          <w:jc w:val="center"/>
        </w:trPr>
        <w:tc>
          <w:tcPr>
            <w:tcW w:w="3227" w:type="dxa"/>
          </w:tcPr>
          <w:p w14:paraId="1DCF51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787" w:type="dxa"/>
          </w:tcPr>
          <w:p w14:paraId="356920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1,411 / 303</w:t>
            </w:r>
          </w:p>
        </w:tc>
      </w:tr>
      <w:tr w:rsidR="00501161" w14:paraId="36F49E30" w14:textId="77777777">
        <w:trPr>
          <w:jc w:val="center"/>
        </w:trPr>
        <w:tc>
          <w:tcPr>
            <w:tcW w:w="3227" w:type="dxa"/>
          </w:tcPr>
          <w:p w14:paraId="645A4C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787" w:type="dxa"/>
          </w:tcPr>
          <w:p w14:paraId="7741EB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งาช้างเหมะ (100%)</w:t>
            </w:r>
          </w:p>
        </w:tc>
      </w:tr>
      <w:tr w:rsidR="00501161" w14:paraId="76DFF69D" w14:textId="77777777">
        <w:trPr>
          <w:jc w:val="center"/>
        </w:trPr>
        <w:tc>
          <w:tcPr>
            <w:tcW w:w="3227" w:type="dxa"/>
          </w:tcPr>
          <w:p w14:paraId="616567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787" w:type="dxa"/>
          </w:tcPr>
          <w:p w14:paraId="0A4793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ขนทองช้างเหมะ — เงื่อนไข: ชนะโดยไม่มีใครตาย</w:t>
            </w:r>
          </w:p>
        </w:tc>
      </w:tr>
      <w:tr w:rsidR="00501161" w14:paraId="599683B6" w14:textId="77777777">
        <w:trPr>
          <w:jc w:val="center"/>
        </w:trPr>
        <w:tc>
          <w:tcPr>
            <w:tcW w:w="3227" w:type="dxa"/>
          </w:tcPr>
          <w:p w14:paraId="0904D0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787" w:type="dxa"/>
          </w:tcPr>
          <w:p w14:paraId="18ADAB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2–5 (เดินเป็นฝูง)</w:t>
            </w:r>
          </w:p>
        </w:tc>
      </w:tr>
      <w:tr w:rsidR="00501161" w14:paraId="12A703F5" w14:textId="77777777">
        <w:trPr>
          <w:jc w:val="center"/>
        </w:trPr>
        <w:tc>
          <w:tcPr>
            <w:tcW w:w="3227" w:type="dxa"/>
          </w:tcPr>
          <w:p w14:paraId="7E47B4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787" w:type="dxa"/>
          </w:tcPr>
          <w:p w14:paraId="1FE0EB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  <w:tr w:rsidR="00501161" w14:paraId="620D5F00" w14:textId="77777777">
        <w:trPr>
          <w:jc w:val="center"/>
        </w:trPr>
        <w:tc>
          <w:tcPr>
            <w:tcW w:w="3227" w:type="dxa"/>
          </w:tcPr>
          <w:p w14:paraId="2C4F8F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5787" w:type="dxa"/>
          </w:tcPr>
          <w:p w14:paraId="0340A5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ฝูง 2 ตัวเดินตามเส้นทางวน 20 ช่อง </w:t>
            </w:r>
            <w:r>
              <w:rPr>
                <w:sz w:val="28"/>
                <w:szCs w:val="28"/>
              </w:rPr>
              <w:t>พังผนังที่มีรอยแตก</w:t>
            </w:r>
          </w:p>
        </w:tc>
      </w:tr>
    </w:tbl>
    <w:p w14:paraId="360270EC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73"/>
        <w:gridCol w:w="4896"/>
        <w:gridCol w:w="1373"/>
        <w:gridCol w:w="1373"/>
      </w:tblGrid>
      <w:tr w:rsidR="00501161" w14:paraId="08CC1D42" w14:textId="77777777">
        <w:trPr>
          <w:tblHeader/>
          <w:jc w:val="center"/>
        </w:trPr>
        <w:tc>
          <w:tcPr>
            <w:tcW w:w="1373" w:type="dxa"/>
            <w:shd w:val="clear" w:color="auto" w:fill="F2F2F2"/>
          </w:tcPr>
          <w:p w14:paraId="16B2EA2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896" w:type="dxa"/>
            <w:shd w:val="clear" w:color="auto" w:fill="F2F2F2"/>
          </w:tcPr>
          <w:p w14:paraId="68CC7FA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373" w:type="dxa"/>
            <w:shd w:val="clear" w:color="auto" w:fill="F2F2F2"/>
          </w:tcPr>
          <w:p w14:paraId="084AF69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373" w:type="dxa"/>
            <w:shd w:val="clear" w:color="auto" w:fill="F2F2F2"/>
          </w:tcPr>
          <w:p w14:paraId="3EE2405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1CBAD79F" w14:textId="77777777">
        <w:trPr>
          <w:jc w:val="center"/>
        </w:trPr>
        <w:tc>
          <w:tcPr>
            <w:tcW w:w="1373" w:type="dxa"/>
          </w:tcPr>
          <w:p w14:paraId="198B2E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แผดร้อง</w:t>
            </w:r>
          </w:p>
        </w:tc>
        <w:tc>
          <w:tcPr>
            <w:tcW w:w="4896" w:type="dxa"/>
          </w:tcPr>
          <w:p w14:paraId="0B939A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DEF </w:t>
            </w:r>
            <w:r>
              <w:rPr>
                <w:sz w:val="28"/>
                <w:szCs w:val="28"/>
              </w:rPr>
              <w:t>ปาร์ตี้ −25% 3 เทิร์น</w:t>
            </w:r>
          </w:p>
        </w:tc>
        <w:tc>
          <w:tcPr>
            <w:tcW w:w="1373" w:type="dxa"/>
          </w:tcPr>
          <w:p w14:paraId="38A880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373" w:type="dxa"/>
          </w:tcPr>
          <w:p w14:paraId="3363F5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  <w:tr w:rsidR="00501161" w14:paraId="5B033512" w14:textId="77777777">
        <w:trPr>
          <w:jc w:val="center"/>
        </w:trPr>
        <w:tc>
          <w:tcPr>
            <w:tcW w:w="1373" w:type="dxa"/>
          </w:tcPr>
          <w:p w14:paraId="46EEA1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ถล่ม</w:t>
            </w:r>
          </w:p>
        </w:tc>
        <w:tc>
          <w:tcPr>
            <w:tcW w:w="4896" w:type="dxa"/>
          </w:tcPr>
          <w:p w14:paraId="4BB051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ชาร์จ 1 เทิร์น → Physical 200% ทั้งปาร์ตี้</w:t>
            </w:r>
          </w:p>
        </w:tc>
        <w:tc>
          <w:tcPr>
            <w:tcW w:w="1373" w:type="dxa"/>
          </w:tcPr>
          <w:p w14:paraId="462F01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373" w:type="dxa"/>
          </w:tcPr>
          <w:p w14:paraId="14494C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0E092EC2" w14:textId="77777777">
        <w:trPr>
          <w:jc w:val="center"/>
        </w:trPr>
        <w:tc>
          <w:tcPr>
            <w:tcW w:w="1373" w:type="dxa"/>
          </w:tcPr>
          <w:p w14:paraId="2517D0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เหยียบ</w:t>
            </w:r>
          </w:p>
        </w:tc>
        <w:tc>
          <w:tcPr>
            <w:tcW w:w="4896" w:type="dxa"/>
          </w:tcPr>
          <w:p w14:paraId="1DAA6E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130%</w:t>
            </w:r>
          </w:p>
        </w:tc>
        <w:tc>
          <w:tcPr>
            <w:tcW w:w="1373" w:type="dxa"/>
          </w:tcPr>
          <w:p w14:paraId="2E5834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73" w:type="dxa"/>
          </w:tcPr>
          <w:p w14:paraId="08DC7F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</w:tbl>
    <w:p w14:paraId="115390C9" w14:textId="77777777" w:rsidR="00501161" w:rsidRDefault="00501161">
      <w:pPr>
        <w:spacing w:after="40"/>
      </w:pPr>
    </w:p>
    <w:p w14:paraId="4DE62D5C" w14:textId="77777777" w:rsidR="00501161" w:rsidRDefault="00C637DA">
      <w:pPr>
        <w:pStyle w:val="Heading4"/>
      </w:pPr>
      <w:r>
        <w:t>ช้างตระกูลอุโบสถ — สัตว์ชั้นสูง · Defensive</w:t>
      </w:r>
    </w:p>
    <w:p w14:paraId="1267010F" w14:textId="77777777" w:rsidR="00501161" w:rsidRDefault="00C637DA">
      <w:pPr>
        <w:ind w:firstLine="720"/>
      </w:pPr>
      <w:r>
        <w:t>ช้างสีทองตระกูลสูง รองจากตระกูลฉัททันต์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31"/>
        <w:gridCol w:w="5383"/>
      </w:tblGrid>
      <w:tr w:rsidR="00501161" w14:paraId="09918DE4" w14:textId="77777777">
        <w:trPr>
          <w:tblHeader/>
          <w:jc w:val="center"/>
        </w:trPr>
        <w:tc>
          <w:tcPr>
            <w:tcW w:w="3631" w:type="dxa"/>
            <w:shd w:val="clear" w:color="auto" w:fill="F2F2F2"/>
          </w:tcPr>
          <w:p w14:paraId="14A05FB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383" w:type="dxa"/>
            <w:shd w:val="clear" w:color="auto" w:fill="F2F2F2"/>
          </w:tcPr>
          <w:p w14:paraId="67858D7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5CD724AC" w14:textId="77777777">
        <w:trPr>
          <w:jc w:val="center"/>
        </w:trPr>
        <w:tc>
          <w:tcPr>
            <w:tcW w:w="3631" w:type="dxa"/>
          </w:tcPr>
          <w:p w14:paraId="2FFD0E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383" w:type="dxa"/>
          </w:tcPr>
          <w:p w14:paraId="1A0F6D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48</w:t>
            </w:r>
          </w:p>
        </w:tc>
      </w:tr>
      <w:tr w:rsidR="00501161" w14:paraId="3B4367D1" w14:textId="77777777">
        <w:trPr>
          <w:jc w:val="center"/>
        </w:trPr>
        <w:tc>
          <w:tcPr>
            <w:tcW w:w="3631" w:type="dxa"/>
          </w:tcPr>
          <w:p w14:paraId="44A6C6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383" w:type="dxa"/>
          </w:tcPr>
          <w:p w14:paraId="4D2C65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3,150</w:t>
            </w:r>
          </w:p>
        </w:tc>
      </w:tr>
      <w:tr w:rsidR="00501161" w14:paraId="66FEED8C" w14:textId="77777777">
        <w:trPr>
          <w:jc w:val="center"/>
        </w:trPr>
        <w:tc>
          <w:tcPr>
            <w:tcW w:w="3631" w:type="dxa"/>
          </w:tcPr>
          <w:p w14:paraId="23F29B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383" w:type="dxa"/>
          </w:tcPr>
          <w:p w14:paraId="2D4C66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226</w:t>
            </w:r>
          </w:p>
        </w:tc>
      </w:tr>
      <w:tr w:rsidR="00501161" w14:paraId="333EB849" w14:textId="77777777">
        <w:trPr>
          <w:jc w:val="center"/>
        </w:trPr>
        <w:tc>
          <w:tcPr>
            <w:tcW w:w="3631" w:type="dxa"/>
          </w:tcPr>
          <w:p w14:paraId="5CEBFA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383" w:type="dxa"/>
          </w:tcPr>
          <w:p w14:paraId="6401C7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120 / 72</w:t>
            </w:r>
          </w:p>
        </w:tc>
      </w:tr>
      <w:tr w:rsidR="00501161" w14:paraId="26E83459" w14:textId="77777777">
        <w:trPr>
          <w:jc w:val="center"/>
        </w:trPr>
        <w:tc>
          <w:tcPr>
            <w:tcW w:w="3631" w:type="dxa"/>
          </w:tcPr>
          <w:p w14:paraId="08308B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383" w:type="dxa"/>
          </w:tcPr>
          <w:p w14:paraId="49679C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63</w:t>
            </w:r>
          </w:p>
        </w:tc>
      </w:tr>
      <w:tr w:rsidR="00501161" w14:paraId="66B6609E" w14:textId="77777777">
        <w:trPr>
          <w:jc w:val="center"/>
        </w:trPr>
        <w:tc>
          <w:tcPr>
            <w:tcW w:w="3631" w:type="dxa"/>
          </w:tcPr>
          <w:p w14:paraId="352D09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383" w:type="dxa"/>
          </w:tcPr>
          <w:p w14:paraId="1BDC1F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16%</w:t>
            </w:r>
          </w:p>
        </w:tc>
      </w:tr>
      <w:tr w:rsidR="00501161" w14:paraId="45499DBE" w14:textId="77777777">
        <w:trPr>
          <w:jc w:val="center"/>
        </w:trPr>
        <w:tc>
          <w:tcPr>
            <w:tcW w:w="3631" w:type="dxa"/>
          </w:tcPr>
          <w:p w14:paraId="7DA574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383" w:type="dxa"/>
          </w:tcPr>
          <w:p w14:paraId="4F6A8A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×1.0 / Weak ×1.5 / ×1.0</w:t>
            </w:r>
          </w:p>
        </w:tc>
      </w:tr>
      <w:tr w:rsidR="00501161" w14:paraId="0544CE34" w14:textId="77777777">
        <w:trPr>
          <w:jc w:val="center"/>
        </w:trPr>
        <w:tc>
          <w:tcPr>
            <w:tcW w:w="3631" w:type="dxa"/>
          </w:tcPr>
          <w:p w14:paraId="34356B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383" w:type="dxa"/>
          </w:tcPr>
          <w:p w14:paraId="005984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1,411 / 303</w:t>
            </w:r>
          </w:p>
        </w:tc>
      </w:tr>
      <w:tr w:rsidR="00501161" w14:paraId="5AACB7D6" w14:textId="77777777">
        <w:trPr>
          <w:jc w:val="center"/>
        </w:trPr>
        <w:tc>
          <w:tcPr>
            <w:tcW w:w="3631" w:type="dxa"/>
          </w:tcPr>
          <w:p w14:paraId="3BA748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383" w:type="dxa"/>
          </w:tcPr>
          <w:p w14:paraId="1B850F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งาทองอุโบสถ (100%)</w:t>
            </w:r>
          </w:p>
        </w:tc>
      </w:tr>
      <w:tr w:rsidR="00501161" w14:paraId="0E6FFCEE" w14:textId="77777777">
        <w:trPr>
          <w:jc w:val="center"/>
        </w:trPr>
        <w:tc>
          <w:tcPr>
            <w:tcW w:w="3631" w:type="dxa"/>
          </w:tcPr>
          <w:p w14:paraId="2F1569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383" w:type="dxa"/>
          </w:tcPr>
          <w:p w14:paraId="6374AF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ผ้าคลุมอุโบสถ — เงื่อนไข: ปิดจ๊อบด้วยธาตุลม</w:t>
            </w:r>
          </w:p>
        </w:tc>
      </w:tr>
      <w:tr w:rsidR="00501161" w14:paraId="6828C1A7" w14:textId="77777777">
        <w:trPr>
          <w:jc w:val="center"/>
        </w:trPr>
        <w:tc>
          <w:tcPr>
            <w:tcW w:w="3631" w:type="dxa"/>
          </w:tcPr>
          <w:p w14:paraId="7946EB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383" w:type="dxa"/>
          </w:tcPr>
          <w:p w14:paraId="30D14A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5</w:t>
            </w:r>
          </w:p>
        </w:tc>
      </w:tr>
      <w:tr w:rsidR="00501161" w14:paraId="3E37A122" w14:textId="77777777">
        <w:trPr>
          <w:jc w:val="center"/>
        </w:trPr>
        <w:tc>
          <w:tcPr>
            <w:tcW w:w="3631" w:type="dxa"/>
          </w:tcPr>
          <w:p w14:paraId="7E9A02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383" w:type="dxa"/>
          </w:tcPr>
          <w:p w14:paraId="75544D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  <w:tr w:rsidR="00501161" w14:paraId="3B304F8E" w14:textId="77777777">
        <w:trPr>
          <w:jc w:val="center"/>
        </w:trPr>
        <w:tc>
          <w:tcPr>
            <w:tcW w:w="3631" w:type="dxa"/>
          </w:tcPr>
          <w:p w14:paraId="772D5B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5383" w:type="dxa"/>
          </w:tcPr>
          <w:p w14:paraId="2229DD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เฝ้าทางขึ้นสระฉัททันต์ ไม่เคลื่อนที่</w:t>
            </w:r>
          </w:p>
        </w:tc>
      </w:tr>
    </w:tbl>
    <w:p w14:paraId="4768DB3E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1"/>
        <w:gridCol w:w="4270"/>
        <w:gridCol w:w="1581"/>
        <w:gridCol w:w="1581"/>
      </w:tblGrid>
      <w:tr w:rsidR="00501161" w14:paraId="40D8728D" w14:textId="77777777">
        <w:trPr>
          <w:tblHeader/>
          <w:jc w:val="center"/>
        </w:trPr>
        <w:tc>
          <w:tcPr>
            <w:tcW w:w="1581" w:type="dxa"/>
            <w:shd w:val="clear" w:color="auto" w:fill="F2F2F2"/>
          </w:tcPr>
          <w:p w14:paraId="1CAFBF8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lastRenderedPageBreak/>
              <w:t>ท่า</w:t>
            </w:r>
          </w:p>
        </w:tc>
        <w:tc>
          <w:tcPr>
            <w:tcW w:w="4270" w:type="dxa"/>
            <w:shd w:val="clear" w:color="auto" w:fill="F2F2F2"/>
          </w:tcPr>
          <w:p w14:paraId="1D52738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581" w:type="dxa"/>
            <w:shd w:val="clear" w:color="auto" w:fill="F2F2F2"/>
          </w:tcPr>
          <w:p w14:paraId="7F260C2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581" w:type="dxa"/>
            <w:shd w:val="clear" w:color="auto" w:fill="F2F2F2"/>
          </w:tcPr>
          <w:p w14:paraId="71AE254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3AABE349" w14:textId="77777777">
        <w:trPr>
          <w:jc w:val="center"/>
        </w:trPr>
        <w:tc>
          <w:tcPr>
            <w:tcW w:w="1581" w:type="dxa"/>
          </w:tcPr>
          <w:p w14:paraId="4AAF64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ปกป้องฝูง</w:t>
            </w:r>
          </w:p>
        </w:tc>
        <w:tc>
          <w:tcPr>
            <w:tcW w:w="4270" w:type="dxa"/>
          </w:tcPr>
          <w:p w14:paraId="45B969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รับดาเมจแทนพวก 60% 1 เทิร์น</w:t>
            </w:r>
          </w:p>
        </w:tc>
        <w:tc>
          <w:tcPr>
            <w:tcW w:w="1581" w:type="dxa"/>
          </w:tcPr>
          <w:p w14:paraId="74FE0E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518D74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  <w:tr w:rsidR="00501161" w14:paraId="5C4B657A" w14:textId="77777777">
        <w:trPr>
          <w:jc w:val="center"/>
        </w:trPr>
        <w:tc>
          <w:tcPr>
            <w:tcW w:w="1581" w:type="dxa"/>
          </w:tcPr>
          <w:p w14:paraId="6F3B39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งาทอง</w:t>
            </w:r>
          </w:p>
        </w:tc>
        <w:tc>
          <w:tcPr>
            <w:tcW w:w="4270" w:type="dxa"/>
          </w:tcPr>
          <w:p w14:paraId="4E0DE6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140%</w:t>
            </w:r>
          </w:p>
        </w:tc>
        <w:tc>
          <w:tcPr>
            <w:tcW w:w="1581" w:type="dxa"/>
          </w:tcPr>
          <w:p w14:paraId="0644B4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1" w:type="dxa"/>
          </w:tcPr>
          <w:p w14:paraId="14BE1C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  <w:tr w:rsidR="00501161" w14:paraId="03497BC8" w14:textId="77777777">
        <w:trPr>
          <w:jc w:val="center"/>
        </w:trPr>
        <w:tc>
          <w:tcPr>
            <w:tcW w:w="1581" w:type="dxa"/>
          </w:tcPr>
          <w:p w14:paraId="5380DA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สงบใจ</w:t>
            </w:r>
          </w:p>
        </w:tc>
        <w:tc>
          <w:tcPr>
            <w:tcW w:w="4270" w:type="dxa"/>
          </w:tcPr>
          <w:p w14:paraId="114E30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ลบดีบัฟตัวเอง + ฟื้น HP 10%</w:t>
            </w:r>
          </w:p>
        </w:tc>
        <w:tc>
          <w:tcPr>
            <w:tcW w:w="1581" w:type="dxa"/>
          </w:tcPr>
          <w:p w14:paraId="7FB190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81" w:type="dxa"/>
          </w:tcPr>
          <w:p w14:paraId="59F767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</w:tr>
    </w:tbl>
    <w:p w14:paraId="351E4D92" w14:textId="77777777" w:rsidR="00501161" w:rsidRDefault="00501161">
      <w:pPr>
        <w:spacing w:after="40"/>
      </w:pPr>
    </w:p>
    <w:p w14:paraId="6692B06F" w14:textId="77777777" w:rsidR="00501161" w:rsidRDefault="00C637DA">
      <w:pPr>
        <w:pStyle w:val="Heading3"/>
      </w:pPr>
      <w:r>
        <w:t xml:space="preserve">13.6.5 Chapter 5 — </w:t>
      </w:r>
      <w:r>
        <w:t>ถ้ำมโนศิลาและทางลงบาดาล</w:t>
      </w:r>
    </w:p>
    <w:p w14:paraId="24876D5D" w14:textId="77777777" w:rsidR="00501161" w:rsidRDefault="00C637DA">
      <w:pPr>
        <w:pStyle w:val="Heading4"/>
      </w:pPr>
      <w:r>
        <w:t>เหรา — ทั่วไป · Caster</w:t>
      </w:r>
    </w:p>
    <w:p w14:paraId="7A7B56DB" w14:textId="77777777" w:rsidR="00501161" w:rsidRDefault="00C637DA">
      <w:pPr>
        <w:ind w:firstLine="720"/>
      </w:pPr>
      <w:r>
        <w:t>หัวและลำตัวเป็นนาค มีเท้าและหนวดเป็นมังกร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44"/>
        <w:gridCol w:w="5170"/>
      </w:tblGrid>
      <w:tr w:rsidR="00501161" w14:paraId="63B8D8C2" w14:textId="77777777">
        <w:trPr>
          <w:tblHeader/>
          <w:jc w:val="center"/>
        </w:trPr>
        <w:tc>
          <w:tcPr>
            <w:tcW w:w="3844" w:type="dxa"/>
            <w:shd w:val="clear" w:color="auto" w:fill="F2F2F2"/>
          </w:tcPr>
          <w:p w14:paraId="68C01A1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170" w:type="dxa"/>
            <w:shd w:val="clear" w:color="auto" w:fill="F2F2F2"/>
          </w:tcPr>
          <w:p w14:paraId="2CB62BB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2A08A8FE" w14:textId="77777777">
        <w:trPr>
          <w:jc w:val="center"/>
        </w:trPr>
        <w:tc>
          <w:tcPr>
            <w:tcW w:w="3844" w:type="dxa"/>
          </w:tcPr>
          <w:p w14:paraId="456088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170" w:type="dxa"/>
          </w:tcPr>
          <w:p w14:paraId="23590B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</w:tr>
      <w:tr w:rsidR="00501161" w14:paraId="610FC315" w14:textId="77777777">
        <w:trPr>
          <w:jc w:val="center"/>
        </w:trPr>
        <w:tc>
          <w:tcPr>
            <w:tcW w:w="3844" w:type="dxa"/>
          </w:tcPr>
          <w:p w14:paraId="2947DA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170" w:type="dxa"/>
          </w:tcPr>
          <w:p w14:paraId="44969C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624</w:t>
            </w:r>
          </w:p>
        </w:tc>
      </w:tr>
      <w:tr w:rsidR="00501161" w14:paraId="41A61253" w14:textId="77777777">
        <w:trPr>
          <w:jc w:val="center"/>
        </w:trPr>
        <w:tc>
          <w:tcPr>
            <w:tcW w:w="3844" w:type="dxa"/>
          </w:tcPr>
          <w:p w14:paraId="34BBEE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170" w:type="dxa"/>
          </w:tcPr>
          <w:p w14:paraId="28B1A2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168</w:t>
            </w:r>
          </w:p>
        </w:tc>
      </w:tr>
      <w:tr w:rsidR="00501161" w14:paraId="4D58BE59" w14:textId="77777777">
        <w:trPr>
          <w:jc w:val="center"/>
        </w:trPr>
        <w:tc>
          <w:tcPr>
            <w:tcW w:w="3844" w:type="dxa"/>
          </w:tcPr>
          <w:p w14:paraId="1B19CC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170" w:type="dxa"/>
          </w:tcPr>
          <w:p w14:paraId="47C436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75 / 45</w:t>
            </w:r>
          </w:p>
        </w:tc>
      </w:tr>
      <w:tr w:rsidR="00501161" w14:paraId="703F599A" w14:textId="77777777">
        <w:trPr>
          <w:jc w:val="center"/>
        </w:trPr>
        <w:tc>
          <w:tcPr>
            <w:tcW w:w="3844" w:type="dxa"/>
          </w:tcPr>
          <w:p w14:paraId="608B2B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170" w:type="dxa"/>
          </w:tcPr>
          <w:p w14:paraId="56009A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65</w:t>
            </w:r>
          </w:p>
        </w:tc>
      </w:tr>
      <w:tr w:rsidR="00501161" w14:paraId="1CCEBD97" w14:textId="77777777">
        <w:trPr>
          <w:jc w:val="center"/>
        </w:trPr>
        <w:tc>
          <w:tcPr>
            <w:tcW w:w="3844" w:type="dxa"/>
          </w:tcPr>
          <w:p w14:paraId="495D4C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170" w:type="dxa"/>
          </w:tcPr>
          <w:p w14:paraId="1B4ABA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13%</w:t>
            </w:r>
          </w:p>
        </w:tc>
      </w:tr>
      <w:tr w:rsidR="00501161" w14:paraId="2EE41C05" w14:textId="77777777">
        <w:trPr>
          <w:jc w:val="center"/>
        </w:trPr>
        <w:tc>
          <w:tcPr>
            <w:tcW w:w="3844" w:type="dxa"/>
          </w:tcPr>
          <w:p w14:paraId="424BFB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170" w:type="dxa"/>
          </w:tcPr>
          <w:p w14:paraId="78033A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Resist ×0.5 / ×1.0 / ×1.0</w:t>
            </w:r>
          </w:p>
        </w:tc>
      </w:tr>
      <w:tr w:rsidR="00501161" w14:paraId="060292A6" w14:textId="77777777">
        <w:trPr>
          <w:jc w:val="center"/>
        </w:trPr>
        <w:tc>
          <w:tcPr>
            <w:tcW w:w="3844" w:type="dxa"/>
          </w:tcPr>
          <w:p w14:paraId="0013B1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170" w:type="dxa"/>
          </w:tcPr>
          <w:p w14:paraId="0E9BB1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510 / 105</w:t>
            </w:r>
          </w:p>
        </w:tc>
      </w:tr>
      <w:tr w:rsidR="00501161" w14:paraId="4D2D34CA" w14:textId="77777777">
        <w:trPr>
          <w:jc w:val="center"/>
        </w:trPr>
        <w:tc>
          <w:tcPr>
            <w:tcW w:w="3844" w:type="dxa"/>
          </w:tcPr>
          <w:p w14:paraId="2BC0B0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170" w:type="dxa"/>
          </w:tcPr>
          <w:p w14:paraId="1A2D0B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หนวดเหรา (50%)</w:t>
            </w:r>
          </w:p>
        </w:tc>
      </w:tr>
      <w:tr w:rsidR="00501161" w14:paraId="42D4E61A" w14:textId="77777777">
        <w:trPr>
          <w:jc w:val="center"/>
        </w:trPr>
        <w:tc>
          <w:tcPr>
            <w:tcW w:w="3844" w:type="dxa"/>
          </w:tcPr>
          <w:p w14:paraId="5A4F0D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170" w:type="dxa"/>
          </w:tcPr>
          <w:p w14:paraId="25D3A1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เกล็ดเหรา — เงื่อนไข: ปิดจ๊อบด้วยธาตุไฟ</w:t>
            </w:r>
          </w:p>
        </w:tc>
      </w:tr>
      <w:tr w:rsidR="00501161" w14:paraId="5156E990" w14:textId="77777777">
        <w:trPr>
          <w:jc w:val="center"/>
        </w:trPr>
        <w:tc>
          <w:tcPr>
            <w:tcW w:w="3844" w:type="dxa"/>
          </w:tcPr>
          <w:p w14:paraId="7C8C50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170" w:type="dxa"/>
          </w:tcPr>
          <w:p w14:paraId="2DF955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1–5</w:t>
            </w:r>
          </w:p>
        </w:tc>
      </w:tr>
      <w:tr w:rsidR="00501161" w14:paraId="7118AAC4" w14:textId="77777777">
        <w:trPr>
          <w:jc w:val="center"/>
        </w:trPr>
        <w:tc>
          <w:tcPr>
            <w:tcW w:w="3844" w:type="dxa"/>
          </w:tcPr>
          <w:p w14:paraId="0E4B1E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170" w:type="dxa"/>
          </w:tcPr>
          <w:p w14:paraId="72E25D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5A5C0289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912"/>
        <w:gridCol w:w="1701"/>
        <w:gridCol w:w="1701"/>
      </w:tblGrid>
      <w:tr w:rsidR="00501161" w14:paraId="4BEC6C33" w14:textId="77777777">
        <w:trPr>
          <w:tblHeader/>
          <w:jc w:val="center"/>
        </w:trPr>
        <w:tc>
          <w:tcPr>
            <w:tcW w:w="1701" w:type="dxa"/>
            <w:shd w:val="clear" w:color="auto" w:fill="F2F2F2"/>
          </w:tcPr>
          <w:p w14:paraId="16DA19D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3912" w:type="dxa"/>
            <w:shd w:val="clear" w:color="auto" w:fill="F2F2F2"/>
          </w:tcPr>
          <w:p w14:paraId="481D047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701" w:type="dxa"/>
            <w:shd w:val="clear" w:color="auto" w:fill="F2F2F2"/>
          </w:tcPr>
          <w:p w14:paraId="1C4078F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701" w:type="dxa"/>
            <w:shd w:val="clear" w:color="auto" w:fill="F2F2F2"/>
          </w:tcPr>
          <w:p w14:paraId="706E20C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21BC1BCF" w14:textId="77777777">
        <w:trPr>
          <w:jc w:val="center"/>
        </w:trPr>
        <w:tc>
          <w:tcPr>
            <w:tcW w:w="1701" w:type="dxa"/>
          </w:tcPr>
          <w:p w14:paraId="47FFCE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รัดกาย</w:t>
            </w:r>
          </w:p>
        </w:tc>
        <w:tc>
          <w:tcPr>
            <w:tcW w:w="3912" w:type="dxa"/>
          </w:tcPr>
          <w:p w14:paraId="3BAB56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Physical 90% + </w:t>
            </w:r>
            <w:r>
              <w:rPr>
                <w:sz w:val="28"/>
                <w:szCs w:val="28"/>
              </w:rPr>
              <w:t>Bind 50%</w:t>
            </w:r>
          </w:p>
        </w:tc>
        <w:tc>
          <w:tcPr>
            <w:tcW w:w="1701" w:type="dxa"/>
          </w:tcPr>
          <w:p w14:paraId="3727C8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701" w:type="dxa"/>
          </w:tcPr>
          <w:p w14:paraId="0C5486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</w:tr>
      <w:tr w:rsidR="00501161" w14:paraId="7CB765E2" w14:textId="77777777">
        <w:trPr>
          <w:jc w:val="center"/>
        </w:trPr>
        <w:tc>
          <w:tcPr>
            <w:tcW w:w="1701" w:type="dxa"/>
          </w:tcPr>
          <w:p w14:paraId="48839C9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กัด</w:t>
            </w:r>
          </w:p>
        </w:tc>
        <w:tc>
          <w:tcPr>
            <w:tcW w:w="3912" w:type="dxa"/>
          </w:tcPr>
          <w:p w14:paraId="7C1AC5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110%</w:t>
            </w:r>
          </w:p>
        </w:tc>
        <w:tc>
          <w:tcPr>
            <w:tcW w:w="1701" w:type="dxa"/>
          </w:tcPr>
          <w:p w14:paraId="2A1534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A8072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</w:tbl>
    <w:p w14:paraId="22CC8710" w14:textId="77777777" w:rsidR="00501161" w:rsidRDefault="00501161">
      <w:pPr>
        <w:spacing w:after="40"/>
      </w:pPr>
    </w:p>
    <w:p w14:paraId="1B664350" w14:textId="77777777" w:rsidR="00501161" w:rsidRDefault="00C637DA">
      <w:pPr>
        <w:pStyle w:val="Heading4"/>
      </w:pPr>
      <w:r>
        <w:t>ไกรสรนาคา — ทั่วไป · Aggressive</w:t>
      </w:r>
    </w:p>
    <w:p w14:paraId="3D310704" w14:textId="77777777" w:rsidR="00501161" w:rsidRDefault="00C637DA">
      <w:pPr>
        <w:ind w:firstLine="720"/>
      </w:pPr>
      <w:r>
        <w:t>ศีรษะและหางเป็นนาค เล็บเป็นสิงห์ ลำตัวมีเกล็ด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2"/>
        <w:gridCol w:w="5332"/>
      </w:tblGrid>
      <w:tr w:rsidR="00501161" w14:paraId="6DADFFE0" w14:textId="77777777">
        <w:trPr>
          <w:tblHeader/>
          <w:jc w:val="center"/>
        </w:trPr>
        <w:tc>
          <w:tcPr>
            <w:tcW w:w="3682" w:type="dxa"/>
            <w:shd w:val="clear" w:color="auto" w:fill="F2F2F2"/>
          </w:tcPr>
          <w:p w14:paraId="1CE6EBB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332" w:type="dxa"/>
            <w:shd w:val="clear" w:color="auto" w:fill="F2F2F2"/>
          </w:tcPr>
          <w:p w14:paraId="61ED74F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00DDA3A5" w14:textId="77777777">
        <w:trPr>
          <w:jc w:val="center"/>
        </w:trPr>
        <w:tc>
          <w:tcPr>
            <w:tcW w:w="3682" w:type="dxa"/>
          </w:tcPr>
          <w:p w14:paraId="473E18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332" w:type="dxa"/>
          </w:tcPr>
          <w:p w14:paraId="344973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53</w:t>
            </w:r>
          </w:p>
        </w:tc>
      </w:tr>
      <w:tr w:rsidR="00501161" w14:paraId="64F46731" w14:textId="77777777">
        <w:trPr>
          <w:jc w:val="center"/>
        </w:trPr>
        <w:tc>
          <w:tcPr>
            <w:tcW w:w="3682" w:type="dxa"/>
          </w:tcPr>
          <w:p w14:paraId="51DBA7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332" w:type="dxa"/>
          </w:tcPr>
          <w:p w14:paraId="72ACA9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825</w:t>
            </w:r>
          </w:p>
        </w:tc>
      </w:tr>
      <w:tr w:rsidR="00501161" w14:paraId="15F59D89" w14:textId="77777777">
        <w:trPr>
          <w:jc w:val="center"/>
        </w:trPr>
        <w:tc>
          <w:tcPr>
            <w:tcW w:w="3682" w:type="dxa"/>
          </w:tcPr>
          <w:p w14:paraId="0F27BD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332" w:type="dxa"/>
          </w:tcPr>
          <w:p w14:paraId="02A1D8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178</w:t>
            </w:r>
          </w:p>
        </w:tc>
      </w:tr>
      <w:tr w:rsidR="00501161" w14:paraId="0ABDDFF8" w14:textId="77777777">
        <w:trPr>
          <w:jc w:val="center"/>
        </w:trPr>
        <w:tc>
          <w:tcPr>
            <w:tcW w:w="3682" w:type="dxa"/>
          </w:tcPr>
          <w:p w14:paraId="0AA944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332" w:type="dxa"/>
          </w:tcPr>
          <w:p w14:paraId="1AA36D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88 / 53</w:t>
            </w:r>
          </w:p>
        </w:tc>
      </w:tr>
      <w:tr w:rsidR="00501161" w14:paraId="05AFE4E5" w14:textId="77777777">
        <w:trPr>
          <w:jc w:val="center"/>
        </w:trPr>
        <w:tc>
          <w:tcPr>
            <w:tcW w:w="3682" w:type="dxa"/>
          </w:tcPr>
          <w:p w14:paraId="3145D4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AGI</w:t>
            </w:r>
          </w:p>
        </w:tc>
        <w:tc>
          <w:tcPr>
            <w:tcW w:w="5332" w:type="dxa"/>
          </w:tcPr>
          <w:p w14:paraId="5EFC07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69</w:t>
            </w:r>
          </w:p>
        </w:tc>
      </w:tr>
      <w:tr w:rsidR="00501161" w14:paraId="09B0860C" w14:textId="77777777">
        <w:trPr>
          <w:jc w:val="center"/>
        </w:trPr>
        <w:tc>
          <w:tcPr>
            <w:tcW w:w="3682" w:type="dxa"/>
          </w:tcPr>
          <w:p w14:paraId="47ECDE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332" w:type="dxa"/>
          </w:tcPr>
          <w:p w14:paraId="6515A0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13%</w:t>
            </w:r>
          </w:p>
        </w:tc>
      </w:tr>
      <w:tr w:rsidR="00501161" w14:paraId="7F877663" w14:textId="77777777">
        <w:trPr>
          <w:jc w:val="center"/>
        </w:trPr>
        <w:tc>
          <w:tcPr>
            <w:tcW w:w="3682" w:type="dxa"/>
          </w:tcPr>
          <w:p w14:paraId="54133D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332" w:type="dxa"/>
          </w:tcPr>
          <w:p w14:paraId="013C40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×1.0 / </w:t>
            </w:r>
            <w:r>
              <w:rPr>
                <w:sz w:val="28"/>
                <w:szCs w:val="28"/>
              </w:rPr>
              <w:t>×1.0 / Weak ×1.5 / ×1.0</w:t>
            </w:r>
          </w:p>
        </w:tc>
      </w:tr>
      <w:tr w:rsidR="00501161" w14:paraId="15DA48F7" w14:textId="77777777">
        <w:trPr>
          <w:jc w:val="center"/>
        </w:trPr>
        <w:tc>
          <w:tcPr>
            <w:tcW w:w="3682" w:type="dxa"/>
          </w:tcPr>
          <w:p w14:paraId="0AD5AC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332" w:type="dxa"/>
          </w:tcPr>
          <w:p w14:paraId="4242C0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572 / 111</w:t>
            </w:r>
          </w:p>
        </w:tc>
      </w:tr>
      <w:tr w:rsidR="00501161" w14:paraId="4F948CE3" w14:textId="77777777">
        <w:trPr>
          <w:jc w:val="center"/>
        </w:trPr>
        <w:tc>
          <w:tcPr>
            <w:tcW w:w="3682" w:type="dxa"/>
          </w:tcPr>
          <w:p w14:paraId="722DE0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332" w:type="dxa"/>
          </w:tcPr>
          <w:p w14:paraId="6506C3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เล็บไกรสรนาคา (50%)</w:t>
            </w:r>
          </w:p>
        </w:tc>
      </w:tr>
      <w:tr w:rsidR="00501161" w14:paraId="79C153FA" w14:textId="77777777">
        <w:trPr>
          <w:jc w:val="center"/>
        </w:trPr>
        <w:tc>
          <w:tcPr>
            <w:tcW w:w="3682" w:type="dxa"/>
          </w:tcPr>
          <w:p w14:paraId="10EDC2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332" w:type="dxa"/>
          </w:tcPr>
          <w:p w14:paraId="0C5025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ต่อมพิษนาคา — เงื่อนไข: ปิดจ๊อบด้วย Poison</w:t>
            </w:r>
          </w:p>
        </w:tc>
      </w:tr>
      <w:tr w:rsidR="00501161" w14:paraId="71A099B3" w14:textId="77777777">
        <w:trPr>
          <w:jc w:val="center"/>
        </w:trPr>
        <w:tc>
          <w:tcPr>
            <w:tcW w:w="3682" w:type="dxa"/>
          </w:tcPr>
          <w:p w14:paraId="08BF95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332" w:type="dxa"/>
          </w:tcPr>
          <w:p w14:paraId="38DC2C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1–5</w:t>
            </w:r>
          </w:p>
        </w:tc>
      </w:tr>
      <w:tr w:rsidR="00501161" w14:paraId="76C81A46" w14:textId="77777777">
        <w:trPr>
          <w:jc w:val="center"/>
        </w:trPr>
        <w:tc>
          <w:tcPr>
            <w:tcW w:w="3682" w:type="dxa"/>
          </w:tcPr>
          <w:p w14:paraId="393554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332" w:type="dxa"/>
          </w:tcPr>
          <w:p w14:paraId="4E06D2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75A4F254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0"/>
        <w:gridCol w:w="4185"/>
        <w:gridCol w:w="1610"/>
        <w:gridCol w:w="1610"/>
      </w:tblGrid>
      <w:tr w:rsidR="00501161" w14:paraId="21791601" w14:textId="77777777">
        <w:trPr>
          <w:tblHeader/>
          <w:jc w:val="center"/>
        </w:trPr>
        <w:tc>
          <w:tcPr>
            <w:tcW w:w="1610" w:type="dxa"/>
            <w:shd w:val="clear" w:color="auto" w:fill="F2F2F2"/>
          </w:tcPr>
          <w:p w14:paraId="53F166F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185" w:type="dxa"/>
            <w:shd w:val="clear" w:color="auto" w:fill="F2F2F2"/>
          </w:tcPr>
          <w:p w14:paraId="6F07111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610" w:type="dxa"/>
            <w:shd w:val="clear" w:color="auto" w:fill="F2F2F2"/>
          </w:tcPr>
          <w:p w14:paraId="7D270AD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610" w:type="dxa"/>
            <w:shd w:val="clear" w:color="auto" w:fill="F2F2F2"/>
          </w:tcPr>
          <w:p w14:paraId="5DD7237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40F153FE" w14:textId="77777777">
        <w:trPr>
          <w:jc w:val="center"/>
        </w:trPr>
        <w:tc>
          <w:tcPr>
            <w:tcW w:w="1610" w:type="dxa"/>
          </w:tcPr>
          <w:p w14:paraId="3D4DE2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เล็บพิษ</w:t>
            </w:r>
          </w:p>
        </w:tc>
        <w:tc>
          <w:tcPr>
            <w:tcW w:w="4185" w:type="dxa"/>
          </w:tcPr>
          <w:p w14:paraId="6FF932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110% + Poison 40%</w:t>
            </w:r>
          </w:p>
        </w:tc>
        <w:tc>
          <w:tcPr>
            <w:tcW w:w="1610" w:type="dxa"/>
          </w:tcPr>
          <w:p w14:paraId="460AE6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</w:tcPr>
          <w:p w14:paraId="2B2837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</w:tr>
      <w:tr w:rsidR="00501161" w14:paraId="638C98A3" w14:textId="77777777">
        <w:trPr>
          <w:jc w:val="center"/>
        </w:trPr>
        <w:tc>
          <w:tcPr>
            <w:tcW w:w="1610" w:type="dxa"/>
          </w:tcPr>
          <w:p w14:paraId="05300A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ฟาดหางนาค</w:t>
            </w:r>
          </w:p>
        </w:tc>
        <w:tc>
          <w:tcPr>
            <w:tcW w:w="4185" w:type="dxa"/>
          </w:tcPr>
          <w:p w14:paraId="1F1622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80% × 2</w:t>
            </w:r>
          </w:p>
        </w:tc>
        <w:tc>
          <w:tcPr>
            <w:tcW w:w="1610" w:type="dxa"/>
          </w:tcPr>
          <w:p w14:paraId="2F2FD3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610" w:type="dxa"/>
          </w:tcPr>
          <w:p w14:paraId="58C047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</w:tbl>
    <w:p w14:paraId="23C89EE7" w14:textId="77777777" w:rsidR="00501161" w:rsidRDefault="00501161">
      <w:pPr>
        <w:spacing w:after="40"/>
      </w:pPr>
    </w:p>
    <w:p w14:paraId="6284B6CB" w14:textId="77777777" w:rsidR="00501161" w:rsidRDefault="00C637DA">
      <w:pPr>
        <w:pStyle w:val="Heading4"/>
      </w:pPr>
      <w:r>
        <w:t>นาคปักษี — ทั่วไป · Caster</w:t>
      </w:r>
    </w:p>
    <w:p w14:paraId="18657067" w14:textId="77777777" w:rsidR="00501161" w:rsidRDefault="00C637DA">
      <w:pPr>
        <w:ind w:firstLine="720"/>
      </w:pPr>
      <w:r>
        <w:t>นาคมีปีก บินในโพรงถ้ำ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33"/>
        <w:gridCol w:w="5482"/>
      </w:tblGrid>
      <w:tr w:rsidR="00501161" w14:paraId="5690F034" w14:textId="77777777">
        <w:trPr>
          <w:tblHeader/>
          <w:jc w:val="center"/>
        </w:trPr>
        <w:tc>
          <w:tcPr>
            <w:tcW w:w="3533" w:type="dxa"/>
            <w:shd w:val="clear" w:color="auto" w:fill="F2F2F2"/>
          </w:tcPr>
          <w:p w14:paraId="0695CD0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482" w:type="dxa"/>
            <w:shd w:val="clear" w:color="auto" w:fill="F2F2F2"/>
          </w:tcPr>
          <w:p w14:paraId="3BE836F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6A6DFC4E" w14:textId="77777777">
        <w:trPr>
          <w:jc w:val="center"/>
        </w:trPr>
        <w:tc>
          <w:tcPr>
            <w:tcW w:w="3533" w:type="dxa"/>
          </w:tcPr>
          <w:p w14:paraId="115BD2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482" w:type="dxa"/>
          </w:tcPr>
          <w:p w14:paraId="0A9DFFE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56</w:t>
            </w:r>
          </w:p>
        </w:tc>
      </w:tr>
      <w:tr w:rsidR="00501161" w14:paraId="1C849A37" w14:textId="77777777">
        <w:trPr>
          <w:jc w:val="center"/>
        </w:trPr>
        <w:tc>
          <w:tcPr>
            <w:tcW w:w="3533" w:type="dxa"/>
          </w:tcPr>
          <w:p w14:paraId="187524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482" w:type="dxa"/>
          </w:tcPr>
          <w:p w14:paraId="610875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696</w:t>
            </w:r>
          </w:p>
        </w:tc>
      </w:tr>
      <w:tr w:rsidR="00501161" w14:paraId="4A52B6B3" w14:textId="77777777">
        <w:trPr>
          <w:jc w:val="center"/>
        </w:trPr>
        <w:tc>
          <w:tcPr>
            <w:tcW w:w="3533" w:type="dxa"/>
          </w:tcPr>
          <w:p w14:paraId="261CF9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482" w:type="dxa"/>
          </w:tcPr>
          <w:p w14:paraId="40990B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187</w:t>
            </w:r>
          </w:p>
        </w:tc>
      </w:tr>
      <w:tr w:rsidR="00501161" w14:paraId="08B507E9" w14:textId="77777777">
        <w:trPr>
          <w:jc w:val="center"/>
        </w:trPr>
        <w:tc>
          <w:tcPr>
            <w:tcW w:w="3533" w:type="dxa"/>
          </w:tcPr>
          <w:p w14:paraId="6237E0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482" w:type="dxa"/>
          </w:tcPr>
          <w:p w14:paraId="14A493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83 / 50</w:t>
            </w:r>
          </w:p>
        </w:tc>
      </w:tr>
      <w:tr w:rsidR="00501161" w14:paraId="67208BC5" w14:textId="77777777">
        <w:trPr>
          <w:jc w:val="center"/>
        </w:trPr>
        <w:tc>
          <w:tcPr>
            <w:tcW w:w="3533" w:type="dxa"/>
          </w:tcPr>
          <w:p w14:paraId="23FD3B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482" w:type="dxa"/>
          </w:tcPr>
          <w:p w14:paraId="44F0DB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72</w:t>
            </w:r>
          </w:p>
        </w:tc>
      </w:tr>
      <w:tr w:rsidR="00501161" w14:paraId="67436438" w14:textId="77777777">
        <w:trPr>
          <w:jc w:val="center"/>
        </w:trPr>
        <w:tc>
          <w:tcPr>
            <w:tcW w:w="3533" w:type="dxa"/>
          </w:tcPr>
          <w:p w14:paraId="669EE4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482" w:type="dxa"/>
          </w:tcPr>
          <w:p w14:paraId="78A183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13%</w:t>
            </w:r>
          </w:p>
        </w:tc>
      </w:tr>
      <w:tr w:rsidR="00501161" w14:paraId="09168212" w14:textId="77777777">
        <w:trPr>
          <w:jc w:val="center"/>
        </w:trPr>
        <w:tc>
          <w:tcPr>
            <w:tcW w:w="3533" w:type="dxa"/>
          </w:tcPr>
          <w:p w14:paraId="1F68A3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482" w:type="dxa"/>
          </w:tcPr>
          <w:p w14:paraId="0C4689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Resist ×0.5 / Weak ×1.5 / ×1.0</w:t>
            </w:r>
          </w:p>
        </w:tc>
      </w:tr>
      <w:tr w:rsidR="00501161" w14:paraId="71BEDF5F" w14:textId="77777777">
        <w:trPr>
          <w:jc w:val="center"/>
        </w:trPr>
        <w:tc>
          <w:tcPr>
            <w:tcW w:w="3533" w:type="dxa"/>
          </w:tcPr>
          <w:p w14:paraId="3F889C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482" w:type="dxa"/>
          </w:tcPr>
          <w:p w14:paraId="76E2B1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638 /</w:t>
            </w:r>
            <w:r>
              <w:rPr>
                <w:sz w:val="28"/>
                <w:szCs w:val="28"/>
              </w:rPr>
              <w:t xml:space="preserve"> 117</w:t>
            </w:r>
          </w:p>
        </w:tc>
      </w:tr>
      <w:tr w:rsidR="00501161" w14:paraId="6F831A29" w14:textId="77777777">
        <w:trPr>
          <w:jc w:val="center"/>
        </w:trPr>
        <w:tc>
          <w:tcPr>
            <w:tcW w:w="3533" w:type="dxa"/>
          </w:tcPr>
          <w:p w14:paraId="428C21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482" w:type="dxa"/>
          </w:tcPr>
          <w:p w14:paraId="14F754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ปีกนาค (50%)</w:t>
            </w:r>
          </w:p>
        </w:tc>
      </w:tr>
      <w:tr w:rsidR="00501161" w14:paraId="243A8217" w14:textId="77777777">
        <w:trPr>
          <w:jc w:val="center"/>
        </w:trPr>
        <w:tc>
          <w:tcPr>
            <w:tcW w:w="3533" w:type="dxa"/>
          </w:tcPr>
          <w:p w14:paraId="138F8A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482" w:type="dxa"/>
          </w:tcPr>
          <w:p w14:paraId="04D2C0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ดวงตานาคปักษี — เงื่อนไข: ปิดจ๊อบขณะติด Blind</w:t>
            </w:r>
          </w:p>
        </w:tc>
      </w:tr>
      <w:tr w:rsidR="00501161" w14:paraId="2E29B3D3" w14:textId="77777777">
        <w:trPr>
          <w:jc w:val="center"/>
        </w:trPr>
        <w:tc>
          <w:tcPr>
            <w:tcW w:w="3533" w:type="dxa"/>
          </w:tcPr>
          <w:p w14:paraId="739D60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482" w:type="dxa"/>
          </w:tcPr>
          <w:p w14:paraId="777DBF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2–5</w:t>
            </w:r>
          </w:p>
        </w:tc>
      </w:tr>
      <w:tr w:rsidR="00501161" w14:paraId="46AC2F1E" w14:textId="77777777">
        <w:trPr>
          <w:jc w:val="center"/>
        </w:trPr>
        <w:tc>
          <w:tcPr>
            <w:tcW w:w="3533" w:type="dxa"/>
          </w:tcPr>
          <w:p w14:paraId="10E483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482" w:type="dxa"/>
          </w:tcPr>
          <w:p w14:paraId="29914F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5698739B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6"/>
        <w:gridCol w:w="2857"/>
        <w:gridCol w:w="1446"/>
        <w:gridCol w:w="3265"/>
      </w:tblGrid>
      <w:tr w:rsidR="00501161" w14:paraId="60FDF027" w14:textId="77777777">
        <w:trPr>
          <w:tblHeader/>
          <w:jc w:val="center"/>
        </w:trPr>
        <w:tc>
          <w:tcPr>
            <w:tcW w:w="1446" w:type="dxa"/>
            <w:shd w:val="clear" w:color="auto" w:fill="F2F2F2"/>
          </w:tcPr>
          <w:p w14:paraId="3197D5C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2857" w:type="dxa"/>
            <w:shd w:val="clear" w:color="auto" w:fill="F2F2F2"/>
          </w:tcPr>
          <w:p w14:paraId="28F01BC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446" w:type="dxa"/>
            <w:shd w:val="clear" w:color="auto" w:fill="F2F2F2"/>
          </w:tcPr>
          <w:p w14:paraId="1E66E39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3265" w:type="dxa"/>
            <w:shd w:val="clear" w:color="auto" w:fill="F2F2F2"/>
          </w:tcPr>
          <w:p w14:paraId="6C35A4B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3D543B5F" w14:textId="77777777">
        <w:trPr>
          <w:jc w:val="center"/>
        </w:trPr>
        <w:tc>
          <w:tcPr>
            <w:tcW w:w="1446" w:type="dxa"/>
          </w:tcPr>
          <w:p w14:paraId="08F2EE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ตาสะกด</w:t>
            </w:r>
          </w:p>
        </w:tc>
        <w:tc>
          <w:tcPr>
            <w:tcW w:w="2857" w:type="dxa"/>
          </w:tcPr>
          <w:p w14:paraId="6AA123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Paralyze 45% </w:t>
            </w:r>
            <w:r>
              <w:rPr>
                <w:sz w:val="28"/>
                <w:szCs w:val="28"/>
              </w:rPr>
              <w:t>ใส่ 1 คน</w:t>
            </w:r>
          </w:p>
        </w:tc>
        <w:tc>
          <w:tcPr>
            <w:tcW w:w="1446" w:type="dxa"/>
          </w:tcPr>
          <w:p w14:paraId="42E3A8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265" w:type="dxa"/>
          </w:tcPr>
          <w:p w14:paraId="32D556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60% </w:t>
            </w:r>
            <w:r>
              <w:rPr>
                <w:sz w:val="28"/>
                <w:szCs w:val="28"/>
              </w:rPr>
              <w:t>ถ้าเป้าหมายยังไม่ติด</w:t>
            </w:r>
          </w:p>
        </w:tc>
      </w:tr>
      <w:tr w:rsidR="00501161" w14:paraId="55DDABB8" w14:textId="77777777">
        <w:trPr>
          <w:jc w:val="center"/>
        </w:trPr>
        <w:tc>
          <w:tcPr>
            <w:tcW w:w="1446" w:type="dxa"/>
          </w:tcPr>
          <w:p w14:paraId="637679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โฉบ</w:t>
            </w:r>
          </w:p>
        </w:tc>
        <w:tc>
          <w:tcPr>
            <w:tcW w:w="2857" w:type="dxa"/>
          </w:tcPr>
          <w:p w14:paraId="532ED3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100%</w:t>
            </w:r>
          </w:p>
        </w:tc>
        <w:tc>
          <w:tcPr>
            <w:tcW w:w="1446" w:type="dxa"/>
          </w:tcPr>
          <w:p w14:paraId="466769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265" w:type="dxa"/>
          </w:tcPr>
          <w:p w14:paraId="083E37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</w:tbl>
    <w:p w14:paraId="341184A4" w14:textId="77777777" w:rsidR="00501161" w:rsidRDefault="00501161">
      <w:pPr>
        <w:spacing w:after="40"/>
      </w:pPr>
    </w:p>
    <w:p w14:paraId="1F1A5668" w14:textId="77777777" w:rsidR="00501161" w:rsidRDefault="00C637DA">
      <w:pPr>
        <w:pStyle w:val="Heading4"/>
      </w:pPr>
      <w:r>
        <w:lastRenderedPageBreak/>
        <w:t xml:space="preserve">กิเลน — </w:t>
      </w:r>
      <w:r>
        <w:t>ทั่วไป · Defensive</w:t>
      </w:r>
    </w:p>
    <w:p w14:paraId="50718A8E" w14:textId="77777777" w:rsidR="00501161" w:rsidRDefault="00C637DA">
      <w:pPr>
        <w:ind w:firstLine="720"/>
      </w:pPr>
      <w:r>
        <w:t>หัวเป็นมังกร ลำตัวคล้ายม้า หางเป็นพวง เท้าเป็นกีบ ลำตัวมีเกล็ด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37"/>
        <w:gridCol w:w="6077"/>
      </w:tblGrid>
      <w:tr w:rsidR="00501161" w14:paraId="3E9438D0" w14:textId="77777777">
        <w:trPr>
          <w:tblHeader/>
          <w:jc w:val="center"/>
        </w:trPr>
        <w:tc>
          <w:tcPr>
            <w:tcW w:w="2937" w:type="dxa"/>
            <w:shd w:val="clear" w:color="auto" w:fill="F2F2F2"/>
          </w:tcPr>
          <w:p w14:paraId="2EDD3AF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6077" w:type="dxa"/>
            <w:shd w:val="clear" w:color="auto" w:fill="F2F2F2"/>
          </w:tcPr>
          <w:p w14:paraId="782BACE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49A9E47D" w14:textId="77777777">
        <w:trPr>
          <w:jc w:val="center"/>
        </w:trPr>
        <w:tc>
          <w:tcPr>
            <w:tcW w:w="2937" w:type="dxa"/>
          </w:tcPr>
          <w:p w14:paraId="57544D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6077" w:type="dxa"/>
          </w:tcPr>
          <w:p w14:paraId="583A24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59</w:t>
            </w:r>
          </w:p>
        </w:tc>
      </w:tr>
      <w:tr w:rsidR="00501161" w14:paraId="7AF9B4D1" w14:textId="77777777">
        <w:trPr>
          <w:jc w:val="center"/>
        </w:trPr>
        <w:tc>
          <w:tcPr>
            <w:tcW w:w="2937" w:type="dxa"/>
          </w:tcPr>
          <w:p w14:paraId="15AF5C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6077" w:type="dxa"/>
          </w:tcPr>
          <w:p w14:paraId="037A04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1,281</w:t>
            </w:r>
          </w:p>
        </w:tc>
      </w:tr>
      <w:tr w:rsidR="00501161" w14:paraId="2F3F9420" w14:textId="77777777">
        <w:trPr>
          <w:jc w:val="center"/>
        </w:trPr>
        <w:tc>
          <w:tcPr>
            <w:tcW w:w="2937" w:type="dxa"/>
          </w:tcPr>
          <w:p w14:paraId="589AB7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6077" w:type="dxa"/>
          </w:tcPr>
          <w:p w14:paraId="42721F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197</w:t>
            </w:r>
          </w:p>
        </w:tc>
      </w:tr>
      <w:tr w:rsidR="00501161" w14:paraId="29FD4D9E" w14:textId="77777777">
        <w:trPr>
          <w:jc w:val="center"/>
        </w:trPr>
        <w:tc>
          <w:tcPr>
            <w:tcW w:w="2937" w:type="dxa"/>
          </w:tcPr>
          <w:p w14:paraId="35225E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6077" w:type="dxa"/>
          </w:tcPr>
          <w:p w14:paraId="02A25E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146 / 88</w:t>
            </w:r>
          </w:p>
        </w:tc>
      </w:tr>
      <w:tr w:rsidR="00501161" w14:paraId="2512DDB8" w14:textId="77777777">
        <w:trPr>
          <w:jc w:val="center"/>
        </w:trPr>
        <w:tc>
          <w:tcPr>
            <w:tcW w:w="2937" w:type="dxa"/>
          </w:tcPr>
          <w:p w14:paraId="7597668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6077" w:type="dxa"/>
          </w:tcPr>
          <w:p w14:paraId="4C4599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76</w:t>
            </w:r>
          </w:p>
        </w:tc>
      </w:tr>
      <w:tr w:rsidR="00501161" w14:paraId="1BB7BB42" w14:textId="77777777">
        <w:trPr>
          <w:jc w:val="center"/>
        </w:trPr>
        <w:tc>
          <w:tcPr>
            <w:tcW w:w="2937" w:type="dxa"/>
          </w:tcPr>
          <w:p w14:paraId="5FD0AB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6077" w:type="dxa"/>
          </w:tcPr>
          <w:p w14:paraId="634CFD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13%</w:t>
            </w:r>
          </w:p>
        </w:tc>
      </w:tr>
      <w:tr w:rsidR="00501161" w14:paraId="0438DDFD" w14:textId="77777777">
        <w:trPr>
          <w:jc w:val="center"/>
        </w:trPr>
        <w:tc>
          <w:tcPr>
            <w:tcW w:w="2937" w:type="dxa"/>
          </w:tcPr>
          <w:p w14:paraId="729794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6077" w:type="dxa"/>
          </w:tcPr>
          <w:p w14:paraId="3C1ECA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Resist ×0.5 / Resist ×0.5 / Resist ×0.5 / Weak </w:t>
            </w:r>
            <w:r>
              <w:rPr>
                <w:sz w:val="28"/>
                <w:szCs w:val="28"/>
              </w:rPr>
              <w:t>×1.5</w:t>
            </w:r>
          </w:p>
        </w:tc>
      </w:tr>
      <w:tr w:rsidR="00501161" w14:paraId="21515597" w14:textId="77777777">
        <w:trPr>
          <w:jc w:val="center"/>
        </w:trPr>
        <w:tc>
          <w:tcPr>
            <w:tcW w:w="2937" w:type="dxa"/>
          </w:tcPr>
          <w:p w14:paraId="14A8E0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6077" w:type="dxa"/>
          </w:tcPr>
          <w:p w14:paraId="2DC95F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708 / 123</w:t>
            </w:r>
          </w:p>
        </w:tc>
      </w:tr>
      <w:tr w:rsidR="00501161" w14:paraId="1C0ADE7D" w14:textId="77777777">
        <w:trPr>
          <w:jc w:val="center"/>
        </w:trPr>
        <w:tc>
          <w:tcPr>
            <w:tcW w:w="2937" w:type="dxa"/>
          </w:tcPr>
          <w:p w14:paraId="484D34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6077" w:type="dxa"/>
          </w:tcPr>
          <w:p w14:paraId="54ECD0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เกล็ดกิเลน (50%)</w:t>
            </w:r>
          </w:p>
        </w:tc>
      </w:tr>
      <w:tr w:rsidR="00501161" w14:paraId="1194A973" w14:textId="77777777">
        <w:trPr>
          <w:jc w:val="center"/>
        </w:trPr>
        <w:tc>
          <w:tcPr>
            <w:tcW w:w="2937" w:type="dxa"/>
          </w:tcPr>
          <w:p w14:paraId="68062C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6077" w:type="dxa"/>
          </w:tcPr>
          <w:p w14:paraId="4FEB51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เขากิเลน — เงื่อนไข: ปิดจ๊อบด้วยกายภาพโดยไม่ใช้เวทย์ทั้งไฟต์</w:t>
            </w:r>
          </w:p>
        </w:tc>
      </w:tr>
      <w:tr w:rsidR="00501161" w14:paraId="1E3ED880" w14:textId="77777777">
        <w:trPr>
          <w:jc w:val="center"/>
        </w:trPr>
        <w:tc>
          <w:tcPr>
            <w:tcW w:w="2937" w:type="dxa"/>
          </w:tcPr>
          <w:p w14:paraId="0F354C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6077" w:type="dxa"/>
          </w:tcPr>
          <w:p w14:paraId="0ABD60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3–5</w:t>
            </w:r>
          </w:p>
        </w:tc>
      </w:tr>
      <w:tr w:rsidR="00501161" w14:paraId="6670FD2C" w14:textId="77777777">
        <w:trPr>
          <w:jc w:val="center"/>
        </w:trPr>
        <w:tc>
          <w:tcPr>
            <w:tcW w:w="2937" w:type="dxa"/>
          </w:tcPr>
          <w:p w14:paraId="6C0473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6077" w:type="dxa"/>
          </w:tcPr>
          <w:p w14:paraId="01CB11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7AD6219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48"/>
        <w:gridCol w:w="4969"/>
        <w:gridCol w:w="1348"/>
        <w:gridCol w:w="1348"/>
      </w:tblGrid>
      <w:tr w:rsidR="00501161" w14:paraId="35DE0871" w14:textId="77777777">
        <w:trPr>
          <w:tblHeader/>
          <w:jc w:val="center"/>
        </w:trPr>
        <w:tc>
          <w:tcPr>
            <w:tcW w:w="1348" w:type="dxa"/>
            <w:shd w:val="clear" w:color="auto" w:fill="F2F2F2"/>
          </w:tcPr>
          <w:p w14:paraId="71990CC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969" w:type="dxa"/>
            <w:shd w:val="clear" w:color="auto" w:fill="F2F2F2"/>
          </w:tcPr>
          <w:p w14:paraId="178C3B3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348" w:type="dxa"/>
            <w:shd w:val="clear" w:color="auto" w:fill="F2F2F2"/>
          </w:tcPr>
          <w:p w14:paraId="79C939E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348" w:type="dxa"/>
            <w:shd w:val="clear" w:color="auto" w:fill="F2F2F2"/>
          </w:tcPr>
          <w:p w14:paraId="37BF02D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085670DA" w14:textId="77777777">
        <w:trPr>
          <w:jc w:val="center"/>
        </w:trPr>
        <w:tc>
          <w:tcPr>
            <w:tcW w:w="1348" w:type="dxa"/>
          </w:tcPr>
          <w:p w14:paraId="21F6B2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เกล็ดสะท้อน</w:t>
            </w:r>
          </w:p>
        </w:tc>
        <w:tc>
          <w:tcPr>
            <w:tcW w:w="4969" w:type="dxa"/>
          </w:tcPr>
          <w:p w14:paraId="10238A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สะท้อนดาเมจเวทย์ 30% กลับไปที่ผู้ร่าย </w:t>
            </w:r>
            <w:r>
              <w:rPr>
                <w:sz w:val="28"/>
                <w:szCs w:val="28"/>
              </w:rPr>
              <w:t>(Passive)</w:t>
            </w:r>
          </w:p>
        </w:tc>
        <w:tc>
          <w:tcPr>
            <w:tcW w:w="1348" w:type="dxa"/>
          </w:tcPr>
          <w:p w14:paraId="3E739F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8" w:type="dxa"/>
          </w:tcPr>
          <w:p w14:paraId="74C6C3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884C38E" w14:textId="77777777">
        <w:trPr>
          <w:jc w:val="center"/>
        </w:trPr>
        <w:tc>
          <w:tcPr>
            <w:tcW w:w="1348" w:type="dxa"/>
          </w:tcPr>
          <w:p w14:paraId="77341F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ขวิดเกล็ด</w:t>
            </w:r>
          </w:p>
        </w:tc>
        <w:tc>
          <w:tcPr>
            <w:tcW w:w="4969" w:type="dxa"/>
          </w:tcPr>
          <w:p w14:paraId="25A791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120%</w:t>
            </w:r>
          </w:p>
        </w:tc>
        <w:tc>
          <w:tcPr>
            <w:tcW w:w="1348" w:type="dxa"/>
          </w:tcPr>
          <w:p w14:paraId="2879B5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8" w:type="dxa"/>
          </w:tcPr>
          <w:p w14:paraId="6037D2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</w:tr>
      <w:tr w:rsidR="00501161" w14:paraId="1E5C4CE4" w14:textId="77777777">
        <w:trPr>
          <w:jc w:val="center"/>
        </w:trPr>
        <w:tc>
          <w:tcPr>
            <w:tcW w:w="1348" w:type="dxa"/>
          </w:tcPr>
          <w:p w14:paraId="784F05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ม้าเหยียบ</w:t>
            </w:r>
          </w:p>
        </w:tc>
        <w:tc>
          <w:tcPr>
            <w:tcW w:w="4969" w:type="dxa"/>
          </w:tcPr>
          <w:p w14:paraId="0A9A08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Physical 80% </w:t>
            </w:r>
            <w:r>
              <w:rPr>
                <w:sz w:val="28"/>
                <w:szCs w:val="28"/>
              </w:rPr>
              <w:t>ทั้งปาร์ตี้</w:t>
            </w:r>
          </w:p>
        </w:tc>
        <w:tc>
          <w:tcPr>
            <w:tcW w:w="1348" w:type="dxa"/>
          </w:tcPr>
          <w:p w14:paraId="52404A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348" w:type="dxa"/>
          </w:tcPr>
          <w:p w14:paraId="076A91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</w:tbl>
    <w:p w14:paraId="55FE908E" w14:textId="77777777" w:rsidR="00501161" w:rsidRDefault="00501161">
      <w:pPr>
        <w:spacing w:after="40"/>
      </w:pPr>
    </w:p>
    <w:p w14:paraId="21FC8D9A" w14:textId="77777777" w:rsidR="00501161" w:rsidRDefault="00C637DA">
      <w:pPr>
        <w:pStyle w:val="Heading4"/>
      </w:pPr>
      <w:r>
        <w:t>กิเลนปีก — สัตว์ชั้นสูง · Aggressive</w:t>
      </w:r>
    </w:p>
    <w:p w14:paraId="70D103A4" w14:textId="77777777" w:rsidR="00501161" w:rsidRDefault="00C637DA">
      <w:pPr>
        <w:ind w:firstLine="720"/>
      </w:pPr>
      <w:r>
        <w:t>หัวเหมือนเหรา ลำตัวเป็นสิงห์ มีเกล็ดและปีก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81"/>
        <w:gridCol w:w="6233"/>
      </w:tblGrid>
      <w:tr w:rsidR="00501161" w14:paraId="496EF64D" w14:textId="77777777">
        <w:trPr>
          <w:tblHeader/>
          <w:jc w:val="center"/>
        </w:trPr>
        <w:tc>
          <w:tcPr>
            <w:tcW w:w="2781" w:type="dxa"/>
            <w:shd w:val="clear" w:color="auto" w:fill="F2F2F2"/>
          </w:tcPr>
          <w:p w14:paraId="1D859B5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6233" w:type="dxa"/>
            <w:shd w:val="clear" w:color="auto" w:fill="F2F2F2"/>
          </w:tcPr>
          <w:p w14:paraId="29A5670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7BCCF0CD" w14:textId="77777777">
        <w:trPr>
          <w:jc w:val="center"/>
        </w:trPr>
        <w:tc>
          <w:tcPr>
            <w:tcW w:w="2781" w:type="dxa"/>
          </w:tcPr>
          <w:p w14:paraId="40EBB1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6233" w:type="dxa"/>
          </w:tcPr>
          <w:p w14:paraId="2D0A36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62</w:t>
            </w:r>
          </w:p>
        </w:tc>
      </w:tr>
      <w:tr w:rsidR="00501161" w14:paraId="0F0AAEC8" w14:textId="77777777">
        <w:trPr>
          <w:jc w:val="center"/>
        </w:trPr>
        <w:tc>
          <w:tcPr>
            <w:tcW w:w="2781" w:type="dxa"/>
          </w:tcPr>
          <w:p w14:paraId="003ED8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6233" w:type="dxa"/>
          </w:tcPr>
          <w:p w14:paraId="061281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2,880</w:t>
            </w:r>
          </w:p>
        </w:tc>
      </w:tr>
      <w:tr w:rsidR="00501161" w14:paraId="50E74D11" w14:textId="77777777">
        <w:trPr>
          <w:jc w:val="center"/>
        </w:trPr>
        <w:tc>
          <w:tcPr>
            <w:tcW w:w="2781" w:type="dxa"/>
          </w:tcPr>
          <w:p w14:paraId="27DFE2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6233" w:type="dxa"/>
          </w:tcPr>
          <w:p w14:paraId="5303B9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289</w:t>
            </w:r>
          </w:p>
        </w:tc>
      </w:tr>
      <w:tr w:rsidR="00501161" w14:paraId="541268F8" w14:textId="77777777">
        <w:trPr>
          <w:jc w:val="center"/>
        </w:trPr>
        <w:tc>
          <w:tcPr>
            <w:tcW w:w="2781" w:type="dxa"/>
          </w:tcPr>
          <w:p w14:paraId="548461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6233" w:type="dxa"/>
          </w:tcPr>
          <w:p w14:paraId="75A849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102 / 61</w:t>
            </w:r>
          </w:p>
        </w:tc>
      </w:tr>
      <w:tr w:rsidR="00501161" w14:paraId="3DBB5B07" w14:textId="77777777">
        <w:trPr>
          <w:jc w:val="center"/>
        </w:trPr>
        <w:tc>
          <w:tcPr>
            <w:tcW w:w="2781" w:type="dxa"/>
          </w:tcPr>
          <w:p w14:paraId="6151CE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6233" w:type="dxa"/>
          </w:tcPr>
          <w:p w14:paraId="1A655D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79</w:t>
            </w:r>
          </w:p>
        </w:tc>
      </w:tr>
      <w:tr w:rsidR="00501161" w14:paraId="6013A245" w14:textId="77777777">
        <w:trPr>
          <w:jc w:val="center"/>
        </w:trPr>
        <w:tc>
          <w:tcPr>
            <w:tcW w:w="2781" w:type="dxa"/>
          </w:tcPr>
          <w:p w14:paraId="579FF5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6233" w:type="dxa"/>
          </w:tcPr>
          <w:p w14:paraId="2EA3E1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18%</w:t>
            </w:r>
          </w:p>
        </w:tc>
      </w:tr>
      <w:tr w:rsidR="00501161" w14:paraId="09416744" w14:textId="77777777">
        <w:trPr>
          <w:jc w:val="center"/>
        </w:trPr>
        <w:tc>
          <w:tcPr>
            <w:tcW w:w="2781" w:type="dxa"/>
          </w:tcPr>
          <w:p w14:paraId="6C4527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6233" w:type="dxa"/>
          </w:tcPr>
          <w:p w14:paraId="340A46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Resist ×0.5 / Weak ×1.5 / ×1.0 / ×1.0</w:t>
            </w:r>
          </w:p>
        </w:tc>
      </w:tr>
      <w:tr w:rsidR="00501161" w14:paraId="2791440C" w14:textId="77777777">
        <w:trPr>
          <w:jc w:val="center"/>
        </w:trPr>
        <w:tc>
          <w:tcPr>
            <w:tcW w:w="2781" w:type="dxa"/>
          </w:tcPr>
          <w:p w14:paraId="2D235F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6233" w:type="dxa"/>
          </w:tcPr>
          <w:p w14:paraId="4116ED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2,344 / 387</w:t>
            </w:r>
          </w:p>
        </w:tc>
      </w:tr>
      <w:tr w:rsidR="00501161" w14:paraId="03F1471B" w14:textId="77777777">
        <w:trPr>
          <w:jc w:val="center"/>
        </w:trPr>
        <w:tc>
          <w:tcPr>
            <w:tcW w:w="2781" w:type="dxa"/>
          </w:tcPr>
          <w:p w14:paraId="0AEC53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6233" w:type="dxa"/>
          </w:tcPr>
          <w:p w14:paraId="275BB3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เกล็ดกิเลนปีก (100%)</w:t>
            </w:r>
          </w:p>
        </w:tc>
      </w:tr>
      <w:tr w:rsidR="00501161" w14:paraId="0C84F615" w14:textId="77777777">
        <w:trPr>
          <w:jc w:val="center"/>
        </w:trPr>
        <w:tc>
          <w:tcPr>
            <w:tcW w:w="2781" w:type="dxa"/>
          </w:tcPr>
          <w:p w14:paraId="5A4185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6233" w:type="dxa"/>
          </w:tcPr>
          <w:p w14:paraId="1EADCC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ปีกกิเลน — เงื่อนไข: ปิดจ๊อบด้วยธาตุน้ำ</w:t>
            </w:r>
          </w:p>
        </w:tc>
      </w:tr>
      <w:tr w:rsidR="00501161" w14:paraId="430A1F7B" w14:textId="77777777">
        <w:trPr>
          <w:jc w:val="center"/>
        </w:trPr>
        <w:tc>
          <w:tcPr>
            <w:tcW w:w="2781" w:type="dxa"/>
          </w:tcPr>
          <w:p w14:paraId="63E13A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พบที่</w:t>
            </w:r>
          </w:p>
        </w:tc>
        <w:tc>
          <w:tcPr>
            <w:tcW w:w="6233" w:type="dxa"/>
          </w:tcPr>
          <w:p w14:paraId="528493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2–5 (ไล่ตามแสง)</w:t>
            </w:r>
          </w:p>
        </w:tc>
      </w:tr>
      <w:tr w:rsidR="00501161" w14:paraId="6974C725" w14:textId="77777777">
        <w:trPr>
          <w:jc w:val="center"/>
        </w:trPr>
        <w:tc>
          <w:tcPr>
            <w:tcW w:w="2781" w:type="dxa"/>
          </w:tcPr>
          <w:p w14:paraId="76668F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6233" w:type="dxa"/>
          </w:tcPr>
          <w:p w14:paraId="57A17E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  <w:tr w:rsidR="00501161" w14:paraId="351A381E" w14:textId="77777777">
        <w:trPr>
          <w:jc w:val="center"/>
        </w:trPr>
        <w:tc>
          <w:tcPr>
            <w:tcW w:w="2781" w:type="dxa"/>
          </w:tcPr>
          <w:p w14:paraId="4008C0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6233" w:type="dxa"/>
          </w:tcPr>
          <w:p w14:paraId="2AC3D0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ไล่ตามปาร์ตี้ที่ถือคบเพลิงภายในระยะ 5 ช่อง ถ้าดับคบเพลิงจะหยุดไล่</w:t>
            </w:r>
          </w:p>
        </w:tc>
      </w:tr>
    </w:tbl>
    <w:p w14:paraId="49E7A832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0"/>
        <w:gridCol w:w="4185"/>
        <w:gridCol w:w="1610"/>
        <w:gridCol w:w="1610"/>
      </w:tblGrid>
      <w:tr w:rsidR="00501161" w14:paraId="4E9194A4" w14:textId="77777777">
        <w:trPr>
          <w:tblHeader/>
          <w:jc w:val="center"/>
        </w:trPr>
        <w:tc>
          <w:tcPr>
            <w:tcW w:w="1610" w:type="dxa"/>
            <w:shd w:val="clear" w:color="auto" w:fill="F2F2F2"/>
          </w:tcPr>
          <w:p w14:paraId="572C631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185" w:type="dxa"/>
            <w:shd w:val="clear" w:color="auto" w:fill="F2F2F2"/>
          </w:tcPr>
          <w:p w14:paraId="5CE1B2B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610" w:type="dxa"/>
            <w:shd w:val="clear" w:color="auto" w:fill="F2F2F2"/>
          </w:tcPr>
          <w:p w14:paraId="5992A02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610" w:type="dxa"/>
            <w:shd w:val="clear" w:color="auto" w:fill="F2F2F2"/>
          </w:tcPr>
          <w:p w14:paraId="6917BBE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2FC88CA8" w14:textId="77777777">
        <w:trPr>
          <w:jc w:val="center"/>
        </w:trPr>
        <w:tc>
          <w:tcPr>
            <w:tcW w:w="1610" w:type="dxa"/>
          </w:tcPr>
          <w:p w14:paraId="4200491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เพลิงมังกร</w:t>
            </w:r>
          </w:p>
        </w:tc>
        <w:tc>
          <w:tcPr>
            <w:tcW w:w="4185" w:type="dxa"/>
          </w:tcPr>
          <w:p w14:paraId="2000FE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Magic(</w:t>
            </w:r>
            <w:r>
              <w:rPr>
                <w:sz w:val="28"/>
                <w:szCs w:val="28"/>
              </w:rPr>
              <w:t>ไฟ) 130% ทั้งปาร์ตี้</w:t>
            </w:r>
          </w:p>
        </w:tc>
        <w:tc>
          <w:tcPr>
            <w:tcW w:w="1610" w:type="dxa"/>
          </w:tcPr>
          <w:p w14:paraId="61370E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610" w:type="dxa"/>
          </w:tcPr>
          <w:p w14:paraId="182DCA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4BB76427" w14:textId="77777777">
        <w:trPr>
          <w:jc w:val="center"/>
        </w:trPr>
        <w:tc>
          <w:tcPr>
            <w:tcW w:w="1610" w:type="dxa"/>
          </w:tcPr>
          <w:p w14:paraId="3BC8DF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กรงเล็บ</w:t>
            </w:r>
          </w:p>
        </w:tc>
        <w:tc>
          <w:tcPr>
            <w:tcW w:w="4185" w:type="dxa"/>
          </w:tcPr>
          <w:p w14:paraId="2432FC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140%</w:t>
            </w:r>
          </w:p>
        </w:tc>
        <w:tc>
          <w:tcPr>
            <w:tcW w:w="1610" w:type="dxa"/>
          </w:tcPr>
          <w:p w14:paraId="530DB3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</w:tcPr>
          <w:p w14:paraId="4FBAC8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</w:tr>
    </w:tbl>
    <w:p w14:paraId="5589FEAA" w14:textId="77777777" w:rsidR="00501161" w:rsidRDefault="00501161">
      <w:pPr>
        <w:spacing w:after="40"/>
      </w:pPr>
    </w:p>
    <w:p w14:paraId="29FB9913" w14:textId="77777777" w:rsidR="00501161" w:rsidRDefault="00C637DA">
      <w:pPr>
        <w:pStyle w:val="Heading4"/>
      </w:pPr>
      <w:r>
        <w:t>เหราพตจ่าถ้ำ — สัตว์ชั้นสูง · Caster</w:t>
      </w:r>
    </w:p>
    <w:p w14:paraId="342C3529" w14:textId="77777777" w:rsidR="00501161" w:rsidRDefault="00C637DA">
      <w:pPr>
        <w:ind w:firstLine="720"/>
      </w:pPr>
      <w:r>
        <w:t xml:space="preserve">เหราตัวใหญ่ </w:t>
      </w:r>
      <w:r>
        <w:t>หนวดยาวเรืองแสง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85"/>
        <w:gridCol w:w="5529"/>
      </w:tblGrid>
      <w:tr w:rsidR="00501161" w14:paraId="4AC36006" w14:textId="77777777">
        <w:trPr>
          <w:tblHeader/>
          <w:jc w:val="center"/>
        </w:trPr>
        <w:tc>
          <w:tcPr>
            <w:tcW w:w="3485" w:type="dxa"/>
            <w:shd w:val="clear" w:color="auto" w:fill="F2F2F2"/>
          </w:tcPr>
          <w:p w14:paraId="1F0035C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529" w:type="dxa"/>
            <w:shd w:val="clear" w:color="auto" w:fill="F2F2F2"/>
          </w:tcPr>
          <w:p w14:paraId="661B922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300C437F" w14:textId="77777777">
        <w:trPr>
          <w:jc w:val="center"/>
        </w:trPr>
        <w:tc>
          <w:tcPr>
            <w:tcW w:w="3485" w:type="dxa"/>
          </w:tcPr>
          <w:p w14:paraId="4447AF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529" w:type="dxa"/>
          </w:tcPr>
          <w:p w14:paraId="0D1D17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62</w:t>
            </w:r>
          </w:p>
        </w:tc>
      </w:tr>
      <w:tr w:rsidR="00501161" w14:paraId="6712168C" w14:textId="77777777">
        <w:trPr>
          <w:jc w:val="center"/>
        </w:trPr>
        <w:tc>
          <w:tcPr>
            <w:tcW w:w="3485" w:type="dxa"/>
          </w:tcPr>
          <w:p w14:paraId="61862D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529" w:type="dxa"/>
          </w:tcPr>
          <w:p w14:paraId="737B95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2,304</w:t>
            </w:r>
          </w:p>
        </w:tc>
      </w:tr>
      <w:tr w:rsidR="00501161" w14:paraId="516B921B" w14:textId="77777777">
        <w:trPr>
          <w:jc w:val="center"/>
        </w:trPr>
        <w:tc>
          <w:tcPr>
            <w:tcW w:w="3485" w:type="dxa"/>
          </w:tcPr>
          <w:p w14:paraId="3BF7D8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529" w:type="dxa"/>
          </w:tcPr>
          <w:p w14:paraId="2E3564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289</w:t>
            </w:r>
          </w:p>
        </w:tc>
      </w:tr>
      <w:tr w:rsidR="00501161" w14:paraId="078B559D" w14:textId="77777777">
        <w:trPr>
          <w:jc w:val="center"/>
        </w:trPr>
        <w:tc>
          <w:tcPr>
            <w:tcW w:w="3485" w:type="dxa"/>
          </w:tcPr>
          <w:p w14:paraId="26D100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529" w:type="dxa"/>
          </w:tcPr>
          <w:p w14:paraId="3B0D47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92 / 55</w:t>
            </w:r>
          </w:p>
        </w:tc>
      </w:tr>
      <w:tr w:rsidR="00501161" w14:paraId="677C87A2" w14:textId="77777777">
        <w:trPr>
          <w:jc w:val="center"/>
        </w:trPr>
        <w:tc>
          <w:tcPr>
            <w:tcW w:w="3485" w:type="dxa"/>
          </w:tcPr>
          <w:p w14:paraId="076017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529" w:type="dxa"/>
          </w:tcPr>
          <w:p w14:paraId="0C7109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79</w:t>
            </w:r>
          </w:p>
        </w:tc>
      </w:tr>
      <w:tr w:rsidR="00501161" w14:paraId="76018455" w14:textId="77777777">
        <w:trPr>
          <w:jc w:val="center"/>
        </w:trPr>
        <w:tc>
          <w:tcPr>
            <w:tcW w:w="3485" w:type="dxa"/>
          </w:tcPr>
          <w:p w14:paraId="2F6C32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529" w:type="dxa"/>
          </w:tcPr>
          <w:p w14:paraId="64CF0B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18%</w:t>
            </w:r>
          </w:p>
        </w:tc>
      </w:tr>
      <w:tr w:rsidR="00501161" w14:paraId="72A80099" w14:textId="77777777">
        <w:trPr>
          <w:jc w:val="center"/>
        </w:trPr>
        <w:tc>
          <w:tcPr>
            <w:tcW w:w="3485" w:type="dxa"/>
          </w:tcPr>
          <w:p w14:paraId="333E9F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529" w:type="dxa"/>
          </w:tcPr>
          <w:p w14:paraId="048162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Resist ×0.5 / ×1.0 / ×1.0</w:t>
            </w:r>
          </w:p>
        </w:tc>
      </w:tr>
      <w:tr w:rsidR="00501161" w14:paraId="73AE6663" w14:textId="77777777">
        <w:trPr>
          <w:jc w:val="center"/>
        </w:trPr>
        <w:tc>
          <w:tcPr>
            <w:tcW w:w="3485" w:type="dxa"/>
          </w:tcPr>
          <w:p w14:paraId="322BD3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529" w:type="dxa"/>
          </w:tcPr>
          <w:p w14:paraId="566B76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2,344 / 387</w:t>
            </w:r>
          </w:p>
        </w:tc>
      </w:tr>
      <w:tr w:rsidR="00501161" w14:paraId="66B1FDB2" w14:textId="77777777">
        <w:trPr>
          <w:jc w:val="center"/>
        </w:trPr>
        <w:tc>
          <w:tcPr>
            <w:tcW w:w="3485" w:type="dxa"/>
          </w:tcPr>
          <w:p w14:paraId="049AEC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529" w:type="dxa"/>
          </w:tcPr>
          <w:p w14:paraId="466689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หนวดเรืองแสง (100%)</w:t>
            </w:r>
          </w:p>
        </w:tc>
      </w:tr>
      <w:tr w:rsidR="00501161" w14:paraId="724FD613" w14:textId="77777777">
        <w:trPr>
          <w:jc w:val="center"/>
        </w:trPr>
        <w:tc>
          <w:tcPr>
            <w:tcW w:w="3485" w:type="dxa"/>
          </w:tcPr>
          <w:p w14:paraId="555E88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529" w:type="dxa"/>
          </w:tcPr>
          <w:p w14:paraId="269D0E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ไข่มุกบาดาล — เงื่อนไข: ชนะโดยไม่มีใครติด Bind</w:t>
            </w:r>
          </w:p>
        </w:tc>
      </w:tr>
      <w:tr w:rsidR="00501161" w14:paraId="1E31EA60" w14:textId="77777777">
        <w:trPr>
          <w:jc w:val="center"/>
        </w:trPr>
        <w:tc>
          <w:tcPr>
            <w:tcW w:w="3485" w:type="dxa"/>
          </w:tcPr>
          <w:p w14:paraId="7BD494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529" w:type="dxa"/>
          </w:tcPr>
          <w:p w14:paraId="253FDD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5</w:t>
            </w:r>
          </w:p>
        </w:tc>
      </w:tr>
      <w:tr w:rsidR="00501161" w14:paraId="27AAF4DB" w14:textId="77777777">
        <w:trPr>
          <w:jc w:val="center"/>
        </w:trPr>
        <w:tc>
          <w:tcPr>
            <w:tcW w:w="3485" w:type="dxa"/>
          </w:tcPr>
          <w:p w14:paraId="7BF922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529" w:type="dxa"/>
          </w:tcPr>
          <w:p w14:paraId="1FAC14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+ </w:t>
            </w:r>
            <w:r>
              <w:rPr>
                <w:sz w:val="28"/>
                <w:szCs w:val="28"/>
              </w:rPr>
              <w:t>เหรา 2</w:t>
            </w:r>
          </w:p>
        </w:tc>
      </w:tr>
      <w:tr w:rsidR="00501161" w14:paraId="293F30E6" w14:textId="77777777">
        <w:trPr>
          <w:jc w:val="center"/>
        </w:trPr>
        <w:tc>
          <w:tcPr>
            <w:tcW w:w="3485" w:type="dxa"/>
          </w:tcPr>
          <w:p w14:paraId="648030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5529" w:type="dxa"/>
          </w:tcPr>
          <w:p w14:paraId="24D562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เฝ้าทางลงบาดาล ไม่เคลื่อนที่</w:t>
            </w:r>
          </w:p>
        </w:tc>
      </w:tr>
    </w:tbl>
    <w:p w14:paraId="7843B541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8"/>
        <w:gridCol w:w="4581"/>
        <w:gridCol w:w="1478"/>
        <w:gridCol w:w="1478"/>
      </w:tblGrid>
      <w:tr w:rsidR="00501161" w14:paraId="3D0BD4AA" w14:textId="77777777">
        <w:trPr>
          <w:tblHeader/>
          <w:jc w:val="center"/>
        </w:trPr>
        <w:tc>
          <w:tcPr>
            <w:tcW w:w="1478" w:type="dxa"/>
            <w:shd w:val="clear" w:color="auto" w:fill="F2F2F2"/>
          </w:tcPr>
          <w:p w14:paraId="588D665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581" w:type="dxa"/>
            <w:shd w:val="clear" w:color="auto" w:fill="F2F2F2"/>
          </w:tcPr>
          <w:p w14:paraId="439AF3E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478" w:type="dxa"/>
            <w:shd w:val="clear" w:color="auto" w:fill="F2F2F2"/>
          </w:tcPr>
          <w:p w14:paraId="2A8B29B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478" w:type="dxa"/>
            <w:shd w:val="clear" w:color="auto" w:fill="F2F2F2"/>
          </w:tcPr>
          <w:p w14:paraId="37CC8B6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397D0924" w14:textId="77777777">
        <w:trPr>
          <w:jc w:val="center"/>
        </w:trPr>
        <w:tc>
          <w:tcPr>
            <w:tcW w:w="1478" w:type="dxa"/>
          </w:tcPr>
          <w:p w14:paraId="09EA62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รัดรวบ</w:t>
            </w:r>
          </w:p>
        </w:tc>
        <w:tc>
          <w:tcPr>
            <w:tcW w:w="4581" w:type="dxa"/>
          </w:tcPr>
          <w:p w14:paraId="7FC1C8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Bind 50% </w:t>
            </w:r>
            <w:r>
              <w:rPr>
                <w:sz w:val="28"/>
                <w:szCs w:val="28"/>
              </w:rPr>
              <w:t>ทั้งปาร์ตี้</w:t>
            </w:r>
          </w:p>
        </w:tc>
        <w:tc>
          <w:tcPr>
            <w:tcW w:w="1478" w:type="dxa"/>
          </w:tcPr>
          <w:p w14:paraId="482831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478" w:type="dxa"/>
          </w:tcPr>
          <w:p w14:paraId="490756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48298518" w14:textId="77777777">
        <w:trPr>
          <w:jc w:val="center"/>
        </w:trPr>
        <w:tc>
          <w:tcPr>
            <w:tcW w:w="1478" w:type="dxa"/>
          </w:tcPr>
          <w:p w14:paraId="0CD46A7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ดับแสง</w:t>
            </w:r>
          </w:p>
        </w:tc>
        <w:tc>
          <w:tcPr>
            <w:tcW w:w="4581" w:type="dxa"/>
          </w:tcPr>
          <w:p w14:paraId="4C044C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หลังจบไฟต์ คบเพลิงดับ (Passive)</w:t>
            </w:r>
          </w:p>
        </w:tc>
        <w:tc>
          <w:tcPr>
            <w:tcW w:w="1478" w:type="dxa"/>
          </w:tcPr>
          <w:p w14:paraId="5BE4FC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78" w:type="dxa"/>
          </w:tcPr>
          <w:p w14:paraId="7AB9E2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51D43FCD" w14:textId="77777777">
        <w:trPr>
          <w:jc w:val="center"/>
        </w:trPr>
        <w:tc>
          <w:tcPr>
            <w:tcW w:w="1478" w:type="dxa"/>
          </w:tcPr>
          <w:p w14:paraId="7BE3CD7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กัด</w:t>
            </w:r>
          </w:p>
        </w:tc>
        <w:tc>
          <w:tcPr>
            <w:tcW w:w="4581" w:type="dxa"/>
          </w:tcPr>
          <w:p w14:paraId="6D4D85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130%</w:t>
            </w:r>
          </w:p>
        </w:tc>
        <w:tc>
          <w:tcPr>
            <w:tcW w:w="1478" w:type="dxa"/>
          </w:tcPr>
          <w:p w14:paraId="520944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78" w:type="dxa"/>
          </w:tcPr>
          <w:p w14:paraId="48A3DF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</w:tr>
    </w:tbl>
    <w:p w14:paraId="56A08E56" w14:textId="77777777" w:rsidR="00501161" w:rsidRDefault="00501161">
      <w:pPr>
        <w:spacing w:after="40"/>
      </w:pPr>
    </w:p>
    <w:p w14:paraId="6881648A" w14:textId="77777777" w:rsidR="00501161" w:rsidRDefault="00C637DA">
      <w:pPr>
        <w:pStyle w:val="Heading3"/>
      </w:pPr>
      <w:r>
        <w:lastRenderedPageBreak/>
        <w:t xml:space="preserve">13.6.6 Chapter 6 — </w:t>
      </w:r>
      <w:r>
        <w:t>ผาวายุและยอดไม้สิมพลี</w:t>
      </w:r>
    </w:p>
    <w:p w14:paraId="46FAE02B" w14:textId="77777777" w:rsidR="00501161" w:rsidRDefault="00C637DA">
      <w:pPr>
        <w:pStyle w:val="Heading4"/>
      </w:pPr>
      <w:r>
        <w:t>การวิก — ทั่วไป · Aggressive</w:t>
      </w:r>
    </w:p>
    <w:p w14:paraId="2176A9E4" w14:textId="77777777" w:rsidR="00501161" w:rsidRDefault="00C637DA">
      <w:pPr>
        <w:ind w:firstLine="720"/>
      </w:pPr>
      <w:r>
        <w:t>หัวเป็นนกอินทรี มีหงอน ท่อนบนคล้ายมนุษย์ ท่อนล่างมีปีก ขา และขนหางเหมือนไก่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34"/>
        <w:gridCol w:w="5280"/>
      </w:tblGrid>
      <w:tr w:rsidR="00501161" w14:paraId="487230A6" w14:textId="77777777">
        <w:trPr>
          <w:tblHeader/>
          <w:jc w:val="center"/>
        </w:trPr>
        <w:tc>
          <w:tcPr>
            <w:tcW w:w="3734" w:type="dxa"/>
            <w:shd w:val="clear" w:color="auto" w:fill="F2F2F2"/>
          </w:tcPr>
          <w:p w14:paraId="6060424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280" w:type="dxa"/>
            <w:shd w:val="clear" w:color="auto" w:fill="F2F2F2"/>
          </w:tcPr>
          <w:p w14:paraId="67DA9AD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5F53E386" w14:textId="77777777">
        <w:trPr>
          <w:jc w:val="center"/>
        </w:trPr>
        <w:tc>
          <w:tcPr>
            <w:tcW w:w="3734" w:type="dxa"/>
          </w:tcPr>
          <w:p w14:paraId="5FC119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280" w:type="dxa"/>
          </w:tcPr>
          <w:p w14:paraId="0DF3DC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64</w:t>
            </w:r>
          </w:p>
        </w:tc>
      </w:tr>
      <w:tr w:rsidR="00501161" w14:paraId="4668574F" w14:textId="77777777">
        <w:trPr>
          <w:jc w:val="center"/>
        </w:trPr>
        <w:tc>
          <w:tcPr>
            <w:tcW w:w="3734" w:type="dxa"/>
          </w:tcPr>
          <w:p w14:paraId="304C78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280" w:type="dxa"/>
          </w:tcPr>
          <w:p w14:paraId="00BF4F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990</w:t>
            </w:r>
          </w:p>
        </w:tc>
      </w:tr>
      <w:tr w:rsidR="00501161" w14:paraId="5C045165" w14:textId="77777777">
        <w:trPr>
          <w:jc w:val="center"/>
        </w:trPr>
        <w:tc>
          <w:tcPr>
            <w:tcW w:w="3734" w:type="dxa"/>
          </w:tcPr>
          <w:p w14:paraId="2BEA53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280" w:type="dxa"/>
          </w:tcPr>
          <w:p w14:paraId="57831D3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213</w:t>
            </w:r>
          </w:p>
        </w:tc>
      </w:tr>
      <w:tr w:rsidR="00501161" w14:paraId="7D0258C4" w14:textId="77777777">
        <w:trPr>
          <w:jc w:val="center"/>
        </w:trPr>
        <w:tc>
          <w:tcPr>
            <w:tcW w:w="3734" w:type="dxa"/>
          </w:tcPr>
          <w:p w14:paraId="2CB373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280" w:type="dxa"/>
          </w:tcPr>
          <w:p w14:paraId="7B5167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105 / 63</w:t>
            </w:r>
          </w:p>
        </w:tc>
      </w:tr>
      <w:tr w:rsidR="00501161" w14:paraId="2E2298E7" w14:textId="77777777">
        <w:trPr>
          <w:jc w:val="center"/>
        </w:trPr>
        <w:tc>
          <w:tcPr>
            <w:tcW w:w="3734" w:type="dxa"/>
          </w:tcPr>
          <w:p w14:paraId="5E1455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280" w:type="dxa"/>
          </w:tcPr>
          <w:p w14:paraId="4D0E06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82</w:t>
            </w:r>
          </w:p>
        </w:tc>
      </w:tr>
      <w:tr w:rsidR="00501161" w14:paraId="30E9BAA7" w14:textId="77777777">
        <w:trPr>
          <w:jc w:val="center"/>
        </w:trPr>
        <w:tc>
          <w:tcPr>
            <w:tcW w:w="3734" w:type="dxa"/>
          </w:tcPr>
          <w:p w14:paraId="005094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280" w:type="dxa"/>
          </w:tcPr>
          <w:p w14:paraId="2E4BE7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15%</w:t>
            </w:r>
          </w:p>
        </w:tc>
      </w:tr>
      <w:tr w:rsidR="00501161" w14:paraId="31FFDB3B" w14:textId="77777777">
        <w:trPr>
          <w:jc w:val="center"/>
        </w:trPr>
        <w:tc>
          <w:tcPr>
            <w:tcW w:w="3734" w:type="dxa"/>
          </w:tcPr>
          <w:p w14:paraId="11AA5D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280" w:type="dxa"/>
          </w:tcPr>
          <w:p w14:paraId="4FDB7A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Weak ×1.5 / Resist ×0.5 / ×1.0</w:t>
            </w:r>
          </w:p>
        </w:tc>
      </w:tr>
      <w:tr w:rsidR="00501161" w14:paraId="63F50A45" w14:textId="77777777">
        <w:trPr>
          <w:jc w:val="center"/>
        </w:trPr>
        <w:tc>
          <w:tcPr>
            <w:tcW w:w="3734" w:type="dxa"/>
          </w:tcPr>
          <w:p w14:paraId="3F8A3F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280" w:type="dxa"/>
          </w:tcPr>
          <w:p w14:paraId="35C50F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832 / 133</w:t>
            </w:r>
          </w:p>
        </w:tc>
      </w:tr>
      <w:tr w:rsidR="00501161" w14:paraId="0B87D230" w14:textId="77777777">
        <w:trPr>
          <w:jc w:val="center"/>
        </w:trPr>
        <w:tc>
          <w:tcPr>
            <w:tcW w:w="3734" w:type="dxa"/>
          </w:tcPr>
          <w:p w14:paraId="4A97EC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280" w:type="dxa"/>
          </w:tcPr>
          <w:p w14:paraId="414B94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ขนการวิก (50%)</w:t>
            </w:r>
          </w:p>
        </w:tc>
      </w:tr>
      <w:tr w:rsidR="00501161" w14:paraId="7B1AA941" w14:textId="77777777">
        <w:trPr>
          <w:jc w:val="center"/>
        </w:trPr>
        <w:tc>
          <w:tcPr>
            <w:tcW w:w="3734" w:type="dxa"/>
          </w:tcPr>
          <w:p w14:paraId="74972E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280" w:type="dxa"/>
          </w:tcPr>
          <w:p w14:paraId="66DE59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หงอนการวิก — เงื่อนไข: ปิดจ๊อบด้วยธาตุน้ำ</w:t>
            </w:r>
          </w:p>
        </w:tc>
      </w:tr>
      <w:tr w:rsidR="00501161" w14:paraId="6E7269F0" w14:textId="77777777">
        <w:trPr>
          <w:jc w:val="center"/>
        </w:trPr>
        <w:tc>
          <w:tcPr>
            <w:tcW w:w="3734" w:type="dxa"/>
          </w:tcPr>
          <w:p w14:paraId="48DC14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280" w:type="dxa"/>
          </w:tcPr>
          <w:p w14:paraId="3E1CB5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1–6</w:t>
            </w:r>
          </w:p>
        </w:tc>
      </w:tr>
      <w:tr w:rsidR="00501161" w14:paraId="7125E168" w14:textId="77777777">
        <w:trPr>
          <w:jc w:val="center"/>
        </w:trPr>
        <w:tc>
          <w:tcPr>
            <w:tcW w:w="3734" w:type="dxa"/>
          </w:tcPr>
          <w:p w14:paraId="36570F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280" w:type="dxa"/>
          </w:tcPr>
          <w:p w14:paraId="450BCF8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1–3</w:t>
            </w:r>
          </w:p>
        </w:tc>
      </w:tr>
    </w:tbl>
    <w:p w14:paraId="554551C9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67"/>
        <w:gridCol w:w="3712"/>
        <w:gridCol w:w="1767"/>
        <w:gridCol w:w="1767"/>
      </w:tblGrid>
      <w:tr w:rsidR="00501161" w14:paraId="1AFF812C" w14:textId="77777777">
        <w:trPr>
          <w:tblHeader/>
          <w:jc w:val="center"/>
        </w:trPr>
        <w:tc>
          <w:tcPr>
            <w:tcW w:w="1767" w:type="dxa"/>
            <w:shd w:val="clear" w:color="auto" w:fill="F2F2F2"/>
          </w:tcPr>
          <w:p w14:paraId="5F5F615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3712" w:type="dxa"/>
            <w:shd w:val="clear" w:color="auto" w:fill="F2F2F2"/>
          </w:tcPr>
          <w:p w14:paraId="6927025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767" w:type="dxa"/>
            <w:shd w:val="clear" w:color="auto" w:fill="F2F2F2"/>
          </w:tcPr>
          <w:p w14:paraId="1892212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767" w:type="dxa"/>
            <w:shd w:val="clear" w:color="auto" w:fill="F2F2F2"/>
          </w:tcPr>
          <w:p w14:paraId="390F4CB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3E1DC493" w14:textId="77777777">
        <w:trPr>
          <w:jc w:val="center"/>
        </w:trPr>
        <w:tc>
          <w:tcPr>
            <w:tcW w:w="1767" w:type="dxa"/>
          </w:tcPr>
          <w:p w14:paraId="570B23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จิกรัว</w:t>
            </w:r>
          </w:p>
        </w:tc>
        <w:tc>
          <w:tcPr>
            <w:tcW w:w="3712" w:type="dxa"/>
          </w:tcPr>
          <w:p w14:paraId="6155B1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50% × 3</w:t>
            </w:r>
          </w:p>
        </w:tc>
        <w:tc>
          <w:tcPr>
            <w:tcW w:w="1767" w:type="dxa"/>
          </w:tcPr>
          <w:p w14:paraId="2F85E5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67" w:type="dxa"/>
          </w:tcPr>
          <w:p w14:paraId="3EB197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</w:tr>
      <w:tr w:rsidR="00501161" w14:paraId="7FEB097C" w14:textId="77777777">
        <w:trPr>
          <w:jc w:val="center"/>
        </w:trPr>
        <w:tc>
          <w:tcPr>
            <w:tcW w:w="1767" w:type="dxa"/>
          </w:tcPr>
          <w:p w14:paraId="170B09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โฉบสูง</w:t>
            </w:r>
          </w:p>
        </w:tc>
        <w:tc>
          <w:tcPr>
            <w:tcW w:w="3712" w:type="dxa"/>
          </w:tcPr>
          <w:p w14:paraId="1D8011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Evasion +30% 1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767" w:type="dxa"/>
          </w:tcPr>
          <w:p w14:paraId="551D4D6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767" w:type="dxa"/>
          </w:tcPr>
          <w:p w14:paraId="602ED6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</w:tbl>
    <w:p w14:paraId="76D7E7CF" w14:textId="77777777" w:rsidR="00501161" w:rsidRDefault="00501161">
      <w:pPr>
        <w:spacing w:after="40"/>
      </w:pPr>
    </w:p>
    <w:p w14:paraId="53E4E383" w14:textId="77777777" w:rsidR="00501161" w:rsidRDefault="00C637DA">
      <w:pPr>
        <w:pStyle w:val="Heading4"/>
      </w:pPr>
      <w:r>
        <w:t>อสุรปักษา — ทั่วไป · Charger</w:t>
      </w:r>
    </w:p>
    <w:p w14:paraId="0EF90769" w14:textId="77777777" w:rsidR="00501161" w:rsidRDefault="00C637DA">
      <w:pPr>
        <w:ind w:firstLine="720"/>
      </w:pPr>
      <w:r>
        <w:t>ครึ่งบนเป็นยักษ์สวมเครื่องประดับ ครึ่งล่างเป็นนก มีปีกออกจากเอว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81"/>
        <w:gridCol w:w="5433"/>
      </w:tblGrid>
      <w:tr w:rsidR="00501161" w14:paraId="3291A087" w14:textId="77777777">
        <w:trPr>
          <w:tblHeader/>
          <w:jc w:val="center"/>
        </w:trPr>
        <w:tc>
          <w:tcPr>
            <w:tcW w:w="3581" w:type="dxa"/>
            <w:shd w:val="clear" w:color="auto" w:fill="F2F2F2"/>
          </w:tcPr>
          <w:p w14:paraId="029E136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433" w:type="dxa"/>
            <w:shd w:val="clear" w:color="auto" w:fill="F2F2F2"/>
          </w:tcPr>
          <w:p w14:paraId="055BECA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519CCB6B" w14:textId="77777777">
        <w:trPr>
          <w:jc w:val="center"/>
        </w:trPr>
        <w:tc>
          <w:tcPr>
            <w:tcW w:w="3581" w:type="dxa"/>
          </w:tcPr>
          <w:p w14:paraId="17C822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433" w:type="dxa"/>
          </w:tcPr>
          <w:p w14:paraId="73EC76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67</w:t>
            </w:r>
          </w:p>
        </w:tc>
      </w:tr>
      <w:tr w:rsidR="00501161" w14:paraId="7112D72C" w14:textId="77777777">
        <w:trPr>
          <w:jc w:val="center"/>
        </w:trPr>
        <w:tc>
          <w:tcPr>
            <w:tcW w:w="3581" w:type="dxa"/>
          </w:tcPr>
          <w:p w14:paraId="073496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433" w:type="dxa"/>
          </w:tcPr>
          <w:p w14:paraId="077D68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1,242</w:t>
            </w:r>
          </w:p>
        </w:tc>
      </w:tr>
      <w:tr w:rsidR="00501161" w14:paraId="63A5DE58" w14:textId="77777777">
        <w:trPr>
          <w:jc w:val="center"/>
        </w:trPr>
        <w:tc>
          <w:tcPr>
            <w:tcW w:w="3581" w:type="dxa"/>
          </w:tcPr>
          <w:p w14:paraId="7AD595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433" w:type="dxa"/>
          </w:tcPr>
          <w:p w14:paraId="6EDE5D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222</w:t>
            </w:r>
          </w:p>
        </w:tc>
      </w:tr>
      <w:tr w:rsidR="00501161" w14:paraId="5941CB31" w14:textId="77777777">
        <w:trPr>
          <w:jc w:val="center"/>
        </w:trPr>
        <w:tc>
          <w:tcPr>
            <w:tcW w:w="3581" w:type="dxa"/>
          </w:tcPr>
          <w:p w14:paraId="6D4FCF9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433" w:type="dxa"/>
          </w:tcPr>
          <w:p w14:paraId="29DB33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121 / 73</w:t>
            </w:r>
          </w:p>
        </w:tc>
      </w:tr>
      <w:tr w:rsidR="00501161" w14:paraId="12E72C61" w14:textId="77777777">
        <w:trPr>
          <w:jc w:val="center"/>
        </w:trPr>
        <w:tc>
          <w:tcPr>
            <w:tcW w:w="3581" w:type="dxa"/>
          </w:tcPr>
          <w:p w14:paraId="4C1CF8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433" w:type="dxa"/>
          </w:tcPr>
          <w:p w14:paraId="0E70A7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85</w:t>
            </w:r>
          </w:p>
        </w:tc>
      </w:tr>
      <w:tr w:rsidR="00501161" w14:paraId="697C1832" w14:textId="77777777">
        <w:trPr>
          <w:jc w:val="center"/>
        </w:trPr>
        <w:tc>
          <w:tcPr>
            <w:tcW w:w="3581" w:type="dxa"/>
          </w:tcPr>
          <w:p w14:paraId="499E53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433" w:type="dxa"/>
          </w:tcPr>
          <w:p w14:paraId="59FD67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15%</w:t>
            </w:r>
          </w:p>
        </w:tc>
      </w:tr>
      <w:tr w:rsidR="00501161" w14:paraId="09ACF0BF" w14:textId="77777777">
        <w:trPr>
          <w:jc w:val="center"/>
        </w:trPr>
        <w:tc>
          <w:tcPr>
            <w:tcW w:w="3581" w:type="dxa"/>
          </w:tcPr>
          <w:p w14:paraId="58B918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433" w:type="dxa"/>
          </w:tcPr>
          <w:p w14:paraId="4FE119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×1.0 / Resist ×0.5 / ×1.0</w:t>
            </w:r>
          </w:p>
        </w:tc>
      </w:tr>
      <w:tr w:rsidR="00501161" w14:paraId="5DA8FEBB" w14:textId="77777777">
        <w:trPr>
          <w:jc w:val="center"/>
        </w:trPr>
        <w:tc>
          <w:tcPr>
            <w:tcW w:w="3581" w:type="dxa"/>
          </w:tcPr>
          <w:p w14:paraId="4A9C79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433" w:type="dxa"/>
          </w:tcPr>
          <w:p w14:paraId="6FF679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911 / 139</w:t>
            </w:r>
          </w:p>
        </w:tc>
      </w:tr>
      <w:tr w:rsidR="00501161" w14:paraId="5D1BEEE8" w14:textId="77777777">
        <w:trPr>
          <w:jc w:val="center"/>
        </w:trPr>
        <w:tc>
          <w:tcPr>
            <w:tcW w:w="3581" w:type="dxa"/>
          </w:tcPr>
          <w:p w14:paraId="374139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433" w:type="dxa"/>
          </w:tcPr>
          <w:p w14:paraId="5C3E4C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เครื่องประดับยักษ์ (50%)</w:t>
            </w:r>
          </w:p>
        </w:tc>
      </w:tr>
      <w:tr w:rsidR="00501161" w14:paraId="56D948FC" w14:textId="77777777">
        <w:trPr>
          <w:jc w:val="center"/>
        </w:trPr>
        <w:tc>
          <w:tcPr>
            <w:tcW w:w="3581" w:type="dxa"/>
          </w:tcPr>
          <w:p w14:paraId="13A91D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433" w:type="dxa"/>
          </w:tcPr>
          <w:p w14:paraId="59D18B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กระบองอสุร — เงื่อนไข: ยกเลิกท่าชาร์จแล้วชนะ</w:t>
            </w:r>
          </w:p>
        </w:tc>
      </w:tr>
      <w:tr w:rsidR="00501161" w14:paraId="0011F963" w14:textId="77777777">
        <w:trPr>
          <w:jc w:val="center"/>
        </w:trPr>
        <w:tc>
          <w:tcPr>
            <w:tcW w:w="3581" w:type="dxa"/>
          </w:tcPr>
          <w:p w14:paraId="68D1C0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พบที่</w:t>
            </w:r>
          </w:p>
        </w:tc>
        <w:tc>
          <w:tcPr>
            <w:tcW w:w="5433" w:type="dxa"/>
          </w:tcPr>
          <w:p w14:paraId="51DC00A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1–6</w:t>
            </w:r>
          </w:p>
        </w:tc>
      </w:tr>
      <w:tr w:rsidR="00501161" w14:paraId="380A3F18" w14:textId="77777777">
        <w:trPr>
          <w:jc w:val="center"/>
        </w:trPr>
        <w:tc>
          <w:tcPr>
            <w:tcW w:w="3581" w:type="dxa"/>
          </w:tcPr>
          <w:p w14:paraId="4C9901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433" w:type="dxa"/>
          </w:tcPr>
          <w:p w14:paraId="24ED20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7C235DCC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02"/>
        <w:gridCol w:w="4507"/>
        <w:gridCol w:w="1502"/>
        <w:gridCol w:w="1502"/>
      </w:tblGrid>
      <w:tr w:rsidR="00501161" w14:paraId="3D5057FE" w14:textId="77777777">
        <w:trPr>
          <w:tblHeader/>
          <w:jc w:val="center"/>
        </w:trPr>
        <w:tc>
          <w:tcPr>
            <w:tcW w:w="1502" w:type="dxa"/>
            <w:shd w:val="clear" w:color="auto" w:fill="F2F2F2"/>
          </w:tcPr>
          <w:p w14:paraId="73D2526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507" w:type="dxa"/>
            <w:shd w:val="clear" w:color="auto" w:fill="F2F2F2"/>
          </w:tcPr>
          <w:p w14:paraId="66AFCD1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502" w:type="dxa"/>
            <w:shd w:val="clear" w:color="auto" w:fill="F2F2F2"/>
          </w:tcPr>
          <w:p w14:paraId="015D15C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502" w:type="dxa"/>
            <w:shd w:val="clear" w:color="auto" w:fill="F2F2F2"/>
          </w:tcPr>
          <w:p w14:paraId="6B191BE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7DC27147" w14:textId="77777777">
        <w:trPr>
          <w:jc w:val="center"/>
        </w:trPr>
        <w:tc>
          <w:tcPr>
            <w:tcW w:w="1502" w:type="dxa"/>
          </w:tcPr>
          <w:p w14:paraId="4E4C80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ทุบ</w:t>
            </w:r>
          </w:p>
        </w:tc>
        <w:tc>
          <w:tcPr>
            <w:tcW w:w="4507" w:type="dxa"/>
          </w:tcPr>
          <w:p w14:paraId="67D804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120%</w:t>
            </w:r>
          </w:p>
        </w:tc>
        <w:tc>
          <w:tcPr>
            <w:tcW w:w="1502" w:type="dxa"/>
          </w:tcPr>
          <w:p w14:paraId="651E59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02" w:type="dxa"/>
          </w:tcPr>
          <w:p w14:paraId="584C2F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  <w:tr w:rsidR="00501161" w14:paraId="5BB9DBEA" w14:textId="77777777">
        <w:trPr>
          <w:jc w:val="center"/>
        </w:trPr>
        <w:tc>
          <w:tcPr>
            <w:tcW w:w="1502" w:type="dxa"/>
          </w:tcPr>
          <w:p w14:paraId="2780B7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ทุบกระบอง</w:t>
            </w:r>
          </w:p>
        </w:tc>
        <w:tc>
          <w:tcPr>
            <w:tcW w:w="4507" w:type="dxa"/>
          </w:tcPr>
          <w:p w14:paraId="10018D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ชาร์จ 1 เทิร์น → Physical 260%</w:t>
            </w:r>
          </w:p>
        </w:tc>
        <w:tc>
          <w:tcPr>
            <w:tcW w:w="1502" w:type="dxa"/>
          </w:tcPr>
          <w:p w14:paraId="26A6DC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502" w:type="dxa"/>
          </w:tcPr>
          <w:p w14:paraId="6A6FBD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</w:tbl>
    <w:p w14:paraId="0436750E" w14:textId="77777777" w:rsidR="00501161" w:rsidRDefault="00501161">
      <w:pPr>
        <w:spacing w:after="40"/>
      </w:pPr>
    </w:p>
    <w:p w14:paraId="383553C8" w14:textId="77777777" w:rsidR="00501161" w:rsidRDefault="00C637DA">
      <w:pPr>
        <w:pStyle w:val="Heading4"/>
      </w:pPr>
      <w:r>
        <w:t>ทัณฑิมา — ทั่วไป · Defensive</w:t>
      </w:r>
    </w:p>
    <w:p w14:paraId="70DBF43F" w14:textId="77777777" w:rsidR="00501161" w:rsidRDefault="00C637DA">
      <w:pPr>
        <w:ind w:firstLine="720"/>
      </w:pPr>
      <w:r>
        <w:t>หัวเป็นนก มีหงอน จะงอยปากใหญ่ มีเขี้ยว ถือไม้เท้าหรือกระบองเสมอ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40"/>
        <w:gridCol w:w="5975"/>
      </w:tblGrid>
      <w:tr w:rsidR="00501161" w14:paraId="163364E4" w14:textId="77777777">
        <w:trPr>
          <w:tblHeader/>
          <w:jc w:val="center"/>
        </w:trPr>
        <w:tc>
          <w:tcPr>
            <w:tcW w:w="3040" w:type="dxa"/>
            <w:shd w:val="clear" w:color="auto" w:fill="F2F2F2"/>
          </w:tcPr>
          <w:p w14:paraId="413617D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975" w:type="dxa"/>
            <w:shd w:val="clear" w:color="auto" w:fill="F2F2F2"/>
          </w:tcPr>
          <w:p w14:paraId="533E403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17540AD7" w14:textId="77777777">
        <w:trPr>
          <w:jc w:val="center"/>
        </w:trPr>
        <w:tc>
          <w:tcPr>
            <w:tcW w:w="3040" w:type="dxa"/>
          </w:tcPr>
          <w:p w14:paraId="4CB234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975" w:type="dxa"/>
          </w:tcPr>
          <w:p w14:paraId="6B96E82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</w:t>
            </w:r>
          </w:p>
        </w:tc>
      </w:tr>
      <w:tr w:rsidR="00501161" w14:paraId="248C104D" w14:textId="77777777">
        <w:trPr>
          <w:jc w:val="center"/>
        </w:trPr>
        <w:tc>
          <w:tcPr>
            <w:tcW w:w="3040" w:type="dxa"/>
          </w:tcPr>
          <w:p w14:paraId="0E308D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975" w:type="dxa"/>
          </w:tcPr>
          <w:p w14:paraId="77A8DF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1,512</w:t>
            </w:r>
          </w:p>
        </w:tc>
      </w:tr>
      <w:tr w:rsidR="00501161" w14:paraId="053BD237" w14:textId="77777777">
        <w:trPr>
          <w:jc w:val="center"/>
        </w:trPr>
        <w:tc>
          <w:tcPr>
            <w:tcW w:w="3040" w:type="dxa"/>
          </w:tcPr>
          <w:p w14:paraId="2C5A26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975" w:type="dxa"/>
          </w:tcPr>
          <w:p w14:paraId="198E5A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232</w:t>
            </w:r>
          </w:p>
        </w:tc>
      </w:tr>
      <w:tr w:rsidR="00501161" w14:paraId="7CC932D8" w14:textId="77777777">
        <w:trPr>
          <w:jc w:val="center"/>
        </w:trPr>
        <w:tc>
          <w:tcPr>
            <w:tcW w:w="3040" w:type="dxa"/>
          </w:tcPr>
          <w:p w14:paraId="62FC3B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975" w:type="dxa"/>
          </w:tcPr>
          <w:p w14:paraId="017EE9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172 / 104</w:t>
            </w:r>
          </w:p>
        </w:tc>
      </w:tr>
      <w:tr w:rsidR="00501161" w14:paraId="1466355F" w14:textId="77777777">
        <w:trPr>
          <w:jc w:val="center"/>
        </w:trPr>
        <w:tc>
          <w:tcPr>
            <w:tcW w:w="3040" w:type="dxa"/>
          </w:tcPr>
          <w:p w14:paraId="4DB07C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975" w:type="dxa"/>
          </w:tcPr>
          <w:p w14:paraId="06AC20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89</w:t>
            </w:r>
          </w:p>
        </w:tc>
      </w:tr>
      <w:tr w:rsidR="00501161" w14:paraId="42896167" w14:textId="77777777">
        <w:trPr>
          <w:jc w:val="center"/>
        </w:trPr>
        <w:tc>
          <w:tcPr>
            <w:tcW w:w="3040" w:type="dxa"/>
          </w:tcPr>
          <w:p w14:paraId="301A43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975" w:type="dxa"/>
          </w:tcPr>
          <w:p w14:paraId="7A9F0B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15%</w:t>
            </w:r>
          </w:p>
        </w:tc>
      </w:tr>
      <w:tr w:rsidR="00501161" w14:paraId="3BE255EA" w14:textId="77777777">
        <w:trPr>
          <w:jc w:val="center"/>
        </w:trPr>
        <w:tc>
          <w:tcPr>
            <w:tcW w:w="3040" w:type="dxa"/>
          </w:tcPr>
          <w:p w14:paraId="2B6A8A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975" w:type="dxa"/>
          </w:tcPr>
          <w:p w14:paraId="315F9B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Weak ×1.5 / ×1.0 / ×1.0</w:t>
            </w:r>
          </w:p>
        </w:tc>
      </w:tr>
      <w:tr w:rsidR="00501161" w14:paraId="5532EC61" w14:textId="77777777">
        <w:trPr>
          <w:jc w:val="center"/>
        </w:trPr>
        <w:tc>
          <w:tcPr>
            <w:tcW w:w="3040" w:type="dxa"/>
          </w:tcPr>
          <w:p w14:paraId="7506D7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975" w:type="dxa"/>
          </w:tcPr>
          <w:p w14:paraId="2284A1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994 / 145</w:t>
            </w:r>
          </w:p>
        </w:tc>
      </w:tr>
      <w:tr w:rsidR="00501161" w14:paraId="320EDB9A" w14:textId="77777777">
        <w:trPr>
          <w:jc w:val="center"/>
        </w:trPr>
        <w:tc>
          <w:tcPr>
            <w:tcW w:w="3040" w:type="dxa"/>
          </w:tcPr>
          <w:p w14:paraId="1DA32E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975" w:type="dxa"/>
          </w:tcPr>
          <w:p w14:paraId="182DD9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จะงอยทัณฑิมา (50%)</w:t>
            </w:r>
          </w:p>
        </w:tc>
      </w:tr>
      <w:tr w:rsidR="00501161" w14:paraId="2414F2B8" w14:textId="77777777">
        <w:trPr>
          <w:jc w:val="center"/>
        </w:trPr>
        <w:tc>
          <w:tcPr>
            <w:tcW w:w="3040" w:type="dxa"/>
          </w:tcPr>
          <w:p w14:paraId="7F0B6F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975" w:type="dxa"/>
          </w:tcPr>
          <w:p w14:paraId="74CAD3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ไม้เท้าทัณฑิมา — เงื่อนไข: ปิดจ๊อบในเทิร์นที่มันตั้งการ์ด</w:t>
            </w:r>
          </w:p>
        </w:tc>
      </w:tr>
      <w:tr w:rsidR="00501161" w14:paraId="7D050741" w14:textId="77777777">
        <w:trPr>
          <w:jc w:val="center"/>
        </w:trPr>
        <w:tc>
          <w:tcPr>
            <w:tcW w:w="3040" w:type="dxa"/>
          </w:tcPr>
          <w:p w14:paraId="52B030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975" w:type="dxa"/>
          </w:tcPr>
          <w:p w14:paraId="4C3A8B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2–6</w:t>
            </w:r>
          </w:p>
        </w:tc>
      </w:tr>
      <w:tr w:rsidR="00501161" w14:paraId="77B0E8EA" w14:textId="77777777">
        <w:trPr>
          <w:jc w:val="center"/>
        </w:trPr>
        <w:tc>
          <w:tcPr>
            <w:tcW w:w="3040" w:type="dxa"/>
          </w:tcPr>
          <w:p w14:paraId="44F43D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975" w:type="dxa"/>
          </w:tcPr>
          <w:p w14:paraId="68DCBF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58E46041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69"/>
        <w:gridCol w:w="4006"/>
        <w:gridCol w:w="1669"/>
        <w:gridCol w:w="1669"/>
      </w:tblGrid>
      <w:tr w:rsidR="00501161" w14:paraId="4F279C92" w14:textId="77777777">
        <w:trPr>
          <w:tblHeader/>
          <w:jc w:val="center"/>
        </w:trPr>
        <w:tc>
          <w:tcPr>
            <w:tcW w:w="1669" w:type="dxa"/>
            <w:shd w:val="clear" w:color="auto" w:fill="F2F2F2"/>
          </w:tcPr>
          <w:p w14:paraId="4C4D723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006" w:type="dxa"/>
            <w:shd w:val="clear" w:color="auto" w:fill="F2F2F2"/>
          </w:tcPr>
          <w:p w14:paraId="522337D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669" w:type="dxa"/>
            <w:shd w:val="clear" w:color="auto" w:fill="F2F2F2"/>
          </w:tcPr>
          <w:p w14:paraId="2C23069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669" w:type="dxa"/>
            <w:shd w:val="clear" w:color="auto" w:fill="F2F2F2"/>
          </w:tcPr>
          <w:p w14:paraId="56C142A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2DC09F0A" w14:textId="77777777">
        <w:trPr>
          <w:jc w:val="center"/>
        </w:trPr>
        <w:tc>
          <w:tcPr>
            <w:tcW w:w="1669" w:type="dxa"/>
          </w:tcPr>
          <w:p w14:paraId="3DAE6F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ตั้งการ์ด</w:t>
            </w:r>
          </w:p>
        </w:tc>
        <w:tc>
          <w:tcPr>
            <w:tcW w:w="4006" w:type="dxa"/>
          </w:tcPr>
          <w:p w14:paraId="680967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DEF +60% 1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669" w:type="dxa"/>
          </w:tcPr>
          <w:p w14:paraId="4BDE7D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669" w:type="dxa"/>
          </w:tcPr>
          <w:p w14:paraId="3179EE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79AACE10" w14:textId="77777777">
        <w:trPr>
          <w:jc w:val="center"/>
        </w:trPr>
        <w:tc>
          <w:tcPr>
            <w:tcW w:w="1669" w:type="dxa"/>
          </w:tcPr>
          <w:p w14:paraId="51A20E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ฟาดไม้เท้า</w:t>
            </w:r>
          </w:p>
        </w:tc>
        <w:tc>
          <w:tcPr>
            <w:tcW w:w="4006" w:type="dxa"/>
          </w:tcPr>
          <w:p w14:paraId="5125B6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120% + Stun 20%</w:t>
            </w:r>
          </w:p>
        </w:tc>
        <w:tc>
          <w:tcPr>
            <w:tcW w:w="1669" w:type="dxa"/>
          </w:tcPr>
          <w:p w14:paraId="2EE6C8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69" w:type="dxa"/>
          </w:tcPr>
          <w:p w14:paraId="66A8ED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</w:tr>
    </w:tbl>
    <w:p w14:paraId="28B021DE" w14:textId="77777777" w:rsidR="00501161" w:rsidRDefault="00501161">
      <w:pPr>
        <w:spacing w:after="40"/>
      </w:pPr>
    </w:p>
    <w:p w14:paraId="0810046A" w14:textId="77777777" w:rsidR="00501161" w:rsidRDefault="00C637DA">
      <w:pPr>
        <w:pStyle w:val="Heading4"/>
      </w:pPr>
      <w:r>
        <w:t>ไกรสรปักษา — ทั่วไป · Caster</w:t>
      </w:r>
    </w:p>
    <w:p w14:paraId="698603EA" w14:textId="77777777" w:rsidR="00501161" w:rsidRDefault="00C637DA">
      <w:pPr>
        <w:ind w:firstLine="720"/>
      </w:pPr>
      <w:r>
        <w:t>เท้าเป็นอุ้งสิงห์ ศีรษะคล้ายนกอินทรีมีหงอน มีปีกที่หลังสะบัก ลำตัวมีเกล็ด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33"/>
        <w:gridCol w:w="5482"/>
      </w:tblGrid>
      <w:tr w:rsidR="00501161" w14:paraId="1D26ED1A" w14:textId="77777777">
        <w:trPr>
          <w:tblHeader/>
          <w:jc w:val="center"/>
        </w:trPr>
        <w:tc>
          <w:tcPr>
            <w:tcW w:w="3533" w:type="dxa"/>
            <w:shd w:val="clear" w:color="auto" w:fill="F2F2F2"/>
          </w:tcPr>
          <w:p w14:paraId="555104B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482" w:type="dxa"/>
            <w:shd w:val="clear" w:color="auto" w:fill="F2F2F2"/>
          </w:tcPr>
          <w:p w14:paraId="202DEE9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7061F56B" w14:textId="77777777">
        <w:trPr>
          <w:jc w:val="center"/>
        </w:trPr>
        <w:tc>
          <w:tcPr>
            <w:tcW w:w="3533" w:type="dxa"/>
          </w:tcPr>
          <w:p w14:paraId="7962B4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482" w:type="dxa"/>
          </w:tcPr>
          <w:p w14:paraId="5AB517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73</w:t>
            </w:r>
          </w:p>
        </w:tc>
      </w:tr>
      <w:tr w:rsidR="00501161" w14:paraId="7C13727D" w14:textId="77777777">
        <w:trPr>
          <w:jc w:val="center"/>
        </w:trPr>
        <w:tc>
          <w:tcPr>
            <w:tcW w:w="3533" w:type="dxa"/>
          </w:tcPr>
          <w:p w14:paraId="7910EC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482" w:type="dxa"/>
          </w:tcPr>
          <w:p w14:paraId="194160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900</w:t>
            </w:r>
          </w:p>
        </w:tc>
      </w:tr>
      <w:tr w:rsidR="00501161" w14:paraId="4D6204DE" w14:textId="77777777">
        <w:trPr>
          <w:jc w:val="center"/>
        </w:trPr>
        <w:tc>
          <w:tcPr>
            <w:tcW w:w="3533" w:type="dxa"/>
          </w:tcPr>
          <w:p w14:paraId="111C24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482" w:type="dxa"/>
          </w:tcPr>
          <w:p w14:paraId="7FC1EB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242</w:t>
            </w:r>
          </w:p>
        </w:tc>
      </w:tr>
      <w:tr w:rsidR="00501161" w14:paraId="2BF63BB7" w14:textId="77777777">
        <w:trPr>
          <w:jc w:val="center"/>
        </w:trPr>
        <w:tc>
          <w:tcPr>
            <w:tcW w:w="3533" w:type="dxa"/>
          </w:tcPr>
          <w:p w14:paraId="4461A1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DEF / Magic DEF</w:t>
            </w:r>
          </w:p>
        </w:tc>
        <w:tc>
          <w:tcPr>
            <w:tcW w:w="5482" w:type="dxa"/>
          </w:tcPr>
          <w:p w14:paraId="7087FC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108 / 65</w:t>
            </w:r>
          </w:p>
        </w:tc>
      </w:tr>
      <w:tr w:rsidR="00501161" w14:paraId="40FE1988" w14:textId="77777777">
        <w:trPr>
          <w:jc w:val="center"/>
        </w:trPr>
        <w:tc>
          <w:tcPr>
            <w:tcW w:w="3533" w:type="dxa"/>
          </w:tcPr>
          <w:p w14:paraId="205DA9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482" w:type="dxa"/>
          </w:tcPr>
          <w:p w14:paraId="443BB0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93</w:t>
            </w:r>
          </w:p>
        </w:tc>
      </w:tr>
      <w:tr w:rsidR="00501161" w14:paraId="05E3BEC8" w14:textId="77777777">
        <w:trPr>
          <w:jc w:val="center"/>
        </w:trPr>
        <w:tc>
          <w:tcPr>
            <w:tcW w:w="3533" w:type="dxa"/>
          </w:tcPr>
          <w:p w14:paraId="6F2656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482" w:type="dxa"/>
          </w:tcPr>
          <w:p w14:paraId="2CC468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15%</w:t>
            </w:r>
          </w:p>
        </w:tc>
      </w:tr>
      <w:tr w:rsidR="00501161" w14:paraId="4B6F7924" w14:textId="77777777">
        <w:trPr>
          <w:jc w:val="center"/>
        </w:trPr>
        <w:tc>
          <w:tcPr>
            <w:tcW w:w="3533" w:type="dxa"/>
          </w:tcPr>
          <w:p w14:paraId="0D1AA4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482" w:type="dxa"/>
          </w:tcPr>
          <w:p w14:paraId="522E0B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×1.0 / Null ×0 / ×1.0</w:t>
            </w:r>
          </w:p>
        </w:tc>
      </w:tr>
      <w:tr w:rsidR="00501161" w14:paraId="2F7F0E3B" w14:textId="77777777">
        <w:trPr>
          <w:jc w:val="center"/>
        </w:trPr>
        <w:tc>
          <w:tcPr>
            <w:tcW w:w="3533" w:type="dxa"/>
          </w:tcPr>
          <w:p w14:paraId="0E8731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482" w:type="dxa"/>
          </w:tcPr>
          <w:p w14:paraId="7394D3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1,080 / 151</w:t>
            </w:r>
          </w:p>
        </w:tc>
      </w:tr>
      <w:tr w:rsidR="00501161" w14:paraId="234537E3" w14:textId="77777777">
        <w:trPr>
          <w:jc w:val="center"/>
        </w:trPr>
        <w:tc>
          <w:tcPr>
            <w:tcW w:w="3533" w:type="dxa"/>
          </w:tcPr>
          <w:p w14:paraId="3851B1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482" w:type="dxa"/>
          </w:tcPr>
          <w:p w14:paraId="31263E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ปีกไกรสร (50%)</w:t>
            </w:r>
          </w:p>
        </w:tc>
      </w:tr>
      <w:tr w:rsidR="00501161" w14:paraId="758A9F61" w14:textId="77777777">
        <w:trPr>
          <w:jc w:val="center"/>
        </w:trPr>
        <w:tc>
          <w:tcPr>
            <w:tcW w:w="3533" w:type="dxa"/>
          </w:tcPr>
          <w:p w14:paraId="317DD6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482" w:type="dxa"/>
          </w:tcPr>
          <w:p w14:paraId="43963C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เกล็ดไกรสรปักษา — เงื่อนไข: </w:t>
            </w:r>
            <w:r>
              <w:rPr>
                <w:sz w:val="28"/>
                <w:szCs w:val="28"/>
              </w:rPr>
              <w:t>ปิดจ๊อบด้วยธาตุไฟ</w:t>
            </w:r>
          </w:p>
        </w:tc>
      </w:tr>
      <w:tr w:rsidR="00501161" w14:paraId="13E618BD" w14:textId="77777777">
        <w:trPr>
          <w:jc w:val="center"/>
        </w:trPr>
        <w:tc>
          <w:tcPr>
            <w:tcW w:w="3533" w:type="dxa"/>
          </w:tcPr>
          <w:p w14:paraId="621132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482" w:type="dxa"/>
          </w:tcPr>
          <w:p w14:paraId="48C04A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3–6</w:t>
            </w:r>
          </w:p>
        </w:tc>
      </w:tr>
      <w:tr w:rsidR="00501161" w14:paraId="0C2213E3" w14:textId="77777777">
        <w:trPr>
          <w:jc w:val="center"/>
        </w:trPr>
        <w:tc>
          <w:tcPr>
            <w:tcW w:w="3533" w:type="dxa"/>
          </w:tcPr>
          <w:p w14:paraId="7D4FC4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482" w:type="dxa"/>
          </w:tcPr>
          <w:p w14:paraId="783B0B0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12619BF2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4"/>
        <w:gridCol w:w="4774"/>
        <w:gridCol w:w="1414"/>
        <w:gridCol w:w="1414"/>
      </w:tblGrid>
      <w:tr w:rsidR="00501161" w14:paraId="7B48A1DB" w14:textId="77777777">
        <w:trPr>
          <w:tblHeader/>
          <w:jc w:val="center"/>
        </w:trPr>
        <w:tc>
          <w:tcPr>
            <w:tcW w:w="1414" w:type="dxa"/>
            <w:shd w:val="clear" w:color="auto" w:fill="F2F2F2"/>
          </w:tcPr>
          <w:p w14:paraId="45A85A6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774" w:type="dxa"/>
            <w:shd w:val="clear" w:color="auto" w:fill="F2F2F2"/>
          </w:tcPr>
          <w:p w14:paraId="66A0B97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414" w:type="dxa"/>
            <w:shd w:val="clear" w:color="auto" w:fill="F2F2F2"/>
          </w:tcPr>
          <w:p w14:paraId="3EF8163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414" w:type="dxa"/>
            <w:shd w:val="clear" w:color="auto" w:fill="F2F2F2"/>
          </w:tcPr>
          <w:p w14:paraId="4E7861B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19EAA6B8" w14:textId="77777777">
        <w:trPr>
          <w:jc w:val="center"/>
        </w:trPr>
        <w:tc>
          <w:tcPr>
            <w:tcW w:w="1414" w:type="dxa"/>
          </w:tcPr>
          <w:p w14:paraId="2C7657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พายุปีก</w:t>
            </w:r>
          </w:p>
        </w:tc>
        <w:tc>
          <w:tcPr>
            <w:tcW w:w="4774" w:type="dxa"/>
          </w:tcPr>
          <w:p w14:paraId="530B91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Magic(</w:t>
            </w:r>
            <w:r>
              <w:rPr>
                <w:sz w:val="28"/>
                <w:szCs w:val="28"/>
              </w:rPr>
              <w:t>ลม) 90% ทั้งปาร์ตี้ + Blind 30%</w:t>
            </w:r>
          </w:p>
        </w:tc>
        <w:tc>
          <w:tcPr>
            <w:tcW w:w="1414" w:type="dxa"/>
          </w:tcPr>
          <w:p w14:paraId="7DD309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414" w:type="dxa"/>
          </w:tcPr>
          <w:p w14:paraId="24317F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  <w:tr w:rsidR="00501161" w14:paraId="6A5AFAB1" w14:textId="77777777">
        <w:trPr>
          <w:jc w:val="center"/>
        </w:trPr>
        <w:tc>
          <w:tcPr>
            <w:tcW w:w="1414" w:type="dxa"/>
          </w:tcPr>
          <w:p w14:paraId="5A0AA1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ตะปบ</w:t>
            </w:r>
          </w:p>
        </w:tc>
        <w:tc>
          <w:tcPr>
            <w:tcW w:w="4774" w:type="dxa"/>
          </w:tcPr>
          <w:p w14:paraId="64EB68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110%</w:t>
            </w:r>
          </w:p>
        </w:tc>
        <w:tc>
          <w:tcPr>
            <w:tcW w:w="1414" w:type="dxa"/>
          </w:tcPr>
          <w:p w14:paraId="360D95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4" w:type="dxa"/>
          </w:tcPr>
          <w:p w14:paraId="423445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</w:tbl>
    <w:p w14:paraId="3F50452C" w14:textId="77777777" w:rsidR="00501161" w:rsidRDefault="00501161">
      <w:pPr>
        <w:spacing w:after="40"/>
      </w:pPr>
    </w:p>
    <w:p w14:paraId="057A7FE8" w14:textId="77777777" w:rsidR="00501161" w:rsidRDefault="00C637DA">
      <w:pPr>
        <w:pStyle w:val="Heading4"/>
      </w:pPr>
      <w:r>
        <w:t>หัสดีลิงค์ — สัตว์ชั้นสูง · Aggressive</w:t>
      </w:r>
    </w:p>
    <w:p w14:paraId="47898F5E" w14:textId="77777777" w:rsidR="00501161" w:rsidRDefault="00C637DA">
      <w:pPr>
        <w:ind w:firstLine="720"/>
      </w:pPr>
      <w:r>
        <w:t xml:space="preserve">สองเท้า </w:t>
      </w:r>
      <w:r>
        <w:t>หัวคล้ายคชสีห์มีงวงและงา ลำตัวเป็นนก มีกำลังเท่าช้างสาร 5 เชือก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88"/>
        <w:gridCol w:w="5826"/>
      </w:tblGrid>
      <w:tr w:rsidR="00501161" w14:paraId="6D5B3292" w14:textId="77777777">
        <w:trPr>
          <w:tblHeader/>
          <w:jc w:val="center"/>
        </w:trPr>
        <w:tc>
          <w:tcPr>
            <w:tcW w:w="3188" w:type="dxa"/>
            <w:shd w:val="clear" w:color="auto" w:fill="F2F2F2"/>
          </w:tcPr>
          <w:p w14:paraId="034DE9C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826" w:type="dxa"/>
            <w:shd w:val="clear" w:color="auto" w:fill="F2F2F2"/>
          </w:tcPr>
          <w:p w14:paraId="5F0F69D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1EEF69E4" w14:textId="77777777">
        <w:trPr>
          <w:jc w:val="center"/>
        </w:trPr>
        <w:tc>
          <w:tcPr>
            <w:tcW w:w="3188" w:type="dxa"/>
          </w:tcPr>
          <w:p w14:paraId="5EAFEB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826" w:type="dxa"/>
          </w:tcPr>
          <w:p w14:paraId="1DFD71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76</w:t>
            </w:r>
          </w:p>
        </w:tc>
      </w:tr>
      <w:tr w:rsidR="00501161" w14:paraId="4F6A9828" w14:textId="77777777">
        <w:trPr>
          <w:jc w:val="center"/>
        </w:trPr>
        <w:tc>
          <w:tcPr>
            <w:tcW w:w="3188" w:type="dxa"/>
          </w:tcPr>
          <w:p w14:paraId="61BE13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826" w:type="dxa"/>
          </w:tcPr>
          <w:p w14:paraId="53ED3D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3,510</w:t>
            </w:r>
          </w:p>
        </w:tc>
      </w:tr>
      <w:tr w:rsidR="00501161" w14:paraId="55992E91" w14:textId="77777777">
        <w:trPr>
          <w:jc w:val="center"/>
        </w:trPr>
        <w:tc>
          <w:tcPr>
            <w:tcW w:w="3188" w:type="dxa"/>
          </w:tcPr>
          <w:p w14:paraId="475C06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826" w:type="dxa"/>
          </w:tcPr>
          <w:p w14:paraId="307A0E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352</w:t>
            </w:r>
          </w:p>
        </w:tc>
      </w:tr>
      <w:tr w:rsidR="00501161" w14:paraId="4DA72A2C" w14:textId="77777777">
        <w:trPr>
          <w:jc w:val="center"/>
        </w:trPr>
        <w:tc>
          <w:tcPr>
            <w:tcW w:w="3188" w:type="dxa"/>
          </w:tcPr>
          <w:p w14:paraId="709C5B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826" w:type="dxa"/>
          </w:tcPr>
          <w:p w14:paraId="39675E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125 / 75</w:t>
            </w:r>
          </w:p>
        </w:tc>
      </w:tr>
      <w:tr w:rsidR="00501161" w14:paraId="6E910CA7" w14:textId="77777777">
        <w:trPr>
          <w:jc w:val="center"/>
        </w:trPr>
        <w:tc>
          <w:tcPr>
            <w:tcW w:w="3188" w:type="dxa"/>
          </w:tcPr>
          <w:p w14:paraId="2109BD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826" w:type="dxa"/>
          </w:tcPr>
          <w:p w14:paraId="0DB186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96</w:t>
            </w:r>
          </w:p>
        </w:tc>
      </w:tr>
      <w:tr w:rsidR="00501161" w14:paraId="4A8E7455" w14:textId="77777777">
        <w:trPr>
          <w:jc w:val="center"/>
        </w:trPr>
        <w:tc>
          <w:tcPr>
            <w:tcW w:w="3188" w:type="dxa"/>
          </w:tcPr>
          <w:p w14:paraId="4D9F60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826" w:type="dxa"/>
          </w:tcPr>
          <w:p w14:paraId="7644DA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</w:tr>
      <w:tr w:rsidR="00501161" w14:paraId="6F7D8F98" w14:textId="77777777">
        <w:trPr>
          <w:jc w:val="center"/>
        </w:trPr>
        <w:tc>
          <w:tcPr>
            <w:tcW w:w="3188" w:type="dxa"/>
          </w:tcPr>
          <w:p w14:paraId="5611C5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826" w:type="dxa"/>
          </w:tcPr>
          <w:p w14:paraId="02D2E3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×1.0 / Weak ×1.5 / ×1.0</w:t>
            </w:r>
          </w:p>
        </w:tc>
      </w:tr>
      <w:tr w:rsidR="00501161" w14:paraId="6EEFEC0A" w14:textId="77777777">
        <w:trPr>
          <w:jc w:val="center"/>
        </w:trPr>
        <w:tc>
          <w:tcPr>
            <w:tcW w:w="3188" w:type="dxa"/>
          </w:tcPr>
          <w:p w14:paraId="3EFABE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826" w:type="dxa"/>
          </w:tcPr>
          <w:p w14:paraId="346703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3,511 / 471</w:t>
            </w:r>
          </w:p>
        </w:tc>
      </w:tr>
      <w:tr w:rsidR="00501161" w14:paraId="647BB28D" w14:textId="77777777">
        <w:trPr>
          <w:jc w:val="center"/>
        </w:trPr>
        <w:tc>
          <w:tcPr>
            <w:tcW w:w="3188" w:type="dxa"/>
          </w:tcPr>
          <w:p w14:paraId="053F40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826" w:type="dxa"/>
          </w:tcPr>
          <w:p w14:paraId="66A509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ขนหัสดีลิงค์ (100%)</w:t>
            </w:r>
          </w:p>
        </w:tc>
      </w:tr>
      <w:tr w:rsidR="00501161" w14:paraId="5B499977" w14:textId="77777777">
        <w:trPr>
          <w:jc w:val="center"/>
        </w:trPr>
        <w:tc>
          <w:tcPr>
            <w:tcW w:w="3188" w:type="dxa"/>
          </w:tcPr>
          <w:p w14:paraId="787DAE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826" w:type="dxa"/>
          </w:tcPr>
          <w:p w14:paraId="088B18F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งาหัสดี — เงื่อนไข: ชนะโดยไม่มีใครถูกคาบ</w:t>
            </w:r>
          </w:p>
        </w:tc>
      </w:tr>
      <w:tr w:rsidR="00501161" w14:paraId="664D81FE" w14:textId="77777777">
        <w:trPr>
          <w:jc w:val="center"/>
        </w:trPr>
        <w:tc>
          <w:tcPr>
            <w:tcW w:w="3188" w:type="dxa"/>
          </w:tcPr>
          <w:p w14:paraId="31914C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826" w:type="dxa"/>
          </w:tcPr>
          <w:p w14:paraId="2E4348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2–6 (บินข้ามผนัง)</w:t>
            </w:r>
          </w:p>
        </w:tc>
      </w:tr>
      <w:tr w:rsidR="00501161" w14:paraId="6C9A4B88" w14:textId="77777777">
        <w:trPr>
          <w:jc w:val="center"/>
        </w:trPr>
        <w:tc>
          <w:tcPr>
            <w:tcW w:w="3188" w:type="dxa"/>
          </w:tcPr>
          <w:p w14:paraId="4680E8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826" w:type="dxa"/>
          </w:tcPr>
          <w:p w14:paraId="5A543C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  <w:tr w:rsidR="00501161" w14:paraId="574695C3" w14:textId="77777777">
        <w:trPr>
          <w:jc w:val="center"/>
        </w:trPr>
        <w:tc>
          <w:tcPr>
            <w:tcW w:w="3188" w:type="dxa"/>
          </w:tcPr>
          <w:p w14:paraId="7650A0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5826" w:type="dxa"/>
          </w:tcPr>
          <w:p w14:paraId="0E25B2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บินตรงเข้าหาผู้เล่นข้ามผนังได้ เมื่ออยู่ในระยะ 6 ช่อง</w:t>
            </w:r>
          </w:p>
        </w:tc>
      </w:tr>
    </w:tbl>
    <w:p w14:paraId="49EC2DE9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58"/>
        <w:gridCol w:w="5239"/>
        <w:gridCol w:w="1258"/>
        <w:gridCol w:w="1258"/>
      </w:tblGrid>
      <w:tr w:rsidR="00501161" w14:paraId="4A7D754B" w14:textId="77777777">
        <w:trPr>
          <w:tblHeader/>
          <w:jc w:val="center"/>
        </w:trPr>
        <w:tc>
          <w:tcPr>
            <w:tcW w:w="1258" w:type="dxa"/>
            <w:shd w:val="clear" w:color="auto" w:fill="F2F2F2"/>
          </w:tcPr>
          <w:p w14:paraId="04AA15D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5239" w:type="dxa"/>
            <w:shd w:val="clear" w:color="auto" w:fill="F2F2F2"/>
          </w:tcPr>
          <w:p w14:paraId="0C14BCE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258" w:type="dxa"/>
            <w:shd w:val="clear" w:color="auto" w:fill="F2F2F2"/>
          </w:tcPr>
          <w:p w14:paraId="12A00E6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258" w:type="dxa"/>
            <w:shd w:val="clear" w:color="auto" w:fill="F2F2F2"/>
          </w:tcPr>
          <w:p w14:paraId="2154BA5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2A76A18C" w14:textId="77777777">
        <w:trPr>
          <w:jc w:val="center"/>
        </w:trPr>
        <w:tc>
          <w:tcPr>
            <w:tcW w:w="1258" w:type="dxa"/>
          </w:tcPr>
          <w:p w14:paraId="4A09A8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คาบเหยื่อ</w:t>
            </w:r>
          </w:p>
        </w:tc>
        <w:tc>
          <w:tcPr>
            <w:tcW w:w="5239" w:type="dxa"/>
          </w:tcPr>
          <w:p w14:paraId="6F8C19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คาบตัวละคร 1 คนออกจากไฟต์ 2 เทิร์น แล้วปล่อยลงมา (Physical </w:t>
            </w:r>
            <w:r>
              <w:rPr>
                <w:sz w:val="28"/>
                <w:szCs w:val="28"/>
              </w:rPr>
              <w:lastRenderedPageBreak/>
              <w:t>150%)</w:t>
            </w:r>
          </w:p>
        </w:tc>
        <w:tc>
          <w:tcPr>
            <w:tcW w:w="1258" w:type="dxa"/>
          </w:tcPr>
          <w:p w14:paraId="6CBEF6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258" w:type="dxa"/>
          </w:tcPr>
          <w:p w14:paraId="750060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35%</w:t>
            </w:r>
          </w:p>
        </w:tc>
      </w:tr>
      <w:tr w:rsidR="00501161" w14:paraId="310D952B" w14:textId="77777777">
        <w:trPr>
          <w:jc w:val="center"/>
        </w:trPr>
        <w:tc>
          <w:tcPr>
            <w:tcW w:w="1258" w:type="dxa"/>
          </w:tcPr>
          <w:p w14:paraId="242053C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งวงฟาด</w:t>
            </w:r>
          </w:p>
        </w:tc>
        <w:tc>
          <w:tcPr>
            <w:tcW w:w="5239" w:type="dxa"/>
          </w:tcPr>
          <w:p w14:paraId="073B8E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140%</w:t>
            </w:r>
          </w:p>
        </w:tc>
        <w:tc>
          <w:tcPr>
            <w:tcW w:w="1258" w:type="dxa"/>
          </w:tcPr>
          <w:p w14:paraId="12C66E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8" w:type="dxa"/>
          </w:tcPr>
          <w:p w14:paraId="618471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65%</w:t>
            </w:r>
          </w:p>
        </w:tc>
      </w:tr>
    </w:tbl>
    <w:p w14:paraId="71205D19" w14:textId="77777777" w:rsidR="00501161" w:rsidRDefault="00501161">
      <w:pPr>
        <w:spacing w:after="40"/>
      </w:pPr>
    </w:p>
    <w:p w14:paraId="01A0770E" w14:textId="77777777" w:rsidR="00501161" w:rsidRDefault="00C637DA">
      <w:pPr>
        <w:pStyle w:val="Heading4"/>
      </w:pPr>
      <w:r>
        <w:t>สกุณไกรสร — สัตว์ชั้นสูง · Pack</w:t>
      </w:r>
    </w:p>
    <w:p w14:paraId="04040804" w14:textId="77777777" w:rsidR="00501161" w:rsidRDefault="00C637DA">
      <w:pPr>
        <w:ind w:firstLine="720"/>
      </w:pPr>
      <w:r>
        <w:t>หัวเป็นนก ลำตัวเป็นสิงห์ หางมีแผงขน เท้ามี 4 นิ้ว เล็บยาว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88"/>
        <w:gridCol w:w="5826"/>
      </w:tblGrid>
      <w:tr w:rsidR="00501161" w14:paraId="215CD0C6" w14:textId="77777777">
        <w:trPr>
          <w:tblHeader/>
          <w:jc w:val="center"/>
        </w:trPr>
        <w:tc>
          <w:tcPr>
            <w:tcW w:w="3188" w:type="dxa"/>
            <w:shd w:val="clear" w:color="auto" w:fill="F2F2F2"/>
          </w:tcPr>
          <w:p w14:paraId="29B4303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826" w:type="dxa"/>
            <w:shd w:val="clear" w:color="auto" w:fill="F2F2F2"/>
          </w:tcPr>
          <w:p w14:paraId="00AA53C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78CB4906" w14:textId="77777777">
        <w:trPr>
          <w:jc w:val="center"/>
        </w:trPr>
        <w:tc>
          <w:tcPr>
            <w:tcW w:w="3188" w:type="dxa"/>
          </w:tcPr>
          <w:p w14:paraId="00C205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826" w:type="dxa"/>
          </w:tcPr>
          <w:p w14:paraId="2E4A70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76</w:t>
            </w:r>
          </w:p>
        </w:tc>
      </w:tr>
      <w:tr w:rsidR="00501161" w14:paraId="15B992DE" w14:textId="77777777">
        <w:trPr>
          <w:jc w:val="center"/>
        </w:trPr>
        <w:tc>
          <w:tcPr>
            <w:tcW w:w="3188" w:type="dxa"/>
          </w:tcPr>
          <w:p w14:paraId="29BD65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826" w:type="dxa"/>
          </w:tcPr>
          <w:p w14:paraId="61DA7B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2,457</w:t>
            </w:r>
          </w:p>
        </w:tc>
      </w:tr>
      <w:tr w:rsidR="00501161" w14:paraId="1F608431" w14:textId="77777777">
        <w:trPr>
          <w:jc w:val="center"/>
        </w:trPr>
        <w:tc>
          <w:tcPr>
            <w:tcW w:w="3188" w:type="dxa"/>
          </w:tcPr>
          <w:p w14:paraId="0B440A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826" w:type="dxa"/>
          </w:tcPr>
          <w:p w14:paraId="4C48C9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352</w:t>
            </w:r>
          </w:p>
        </w:tc>
      </w:tr>
      <w:tr w:rsidR="00501161" w14:paraId="59C5A686" w14:textId="77777777">
        <w:trPr>
          <w:jc w:val="center"/>
        </w:trPr>
        <w:tc>
          <w:tcPr>
            <w:tcW w:w="3188" w:type="dxa"/>
          </w:tcPr>
          <w:p w14:paraId="54BC1C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DEF / </w:t>
            </w:r>
            <w:r>
              <w:rPr>
                <w:sz w:val="28"/>
                <w:szCs w:val="28"/>
              </w:rPr>
              <w:t>Magic DEF</w:t>
            </w:r>
          </w:p>
        </w:tc>
        <w:tc>
          <w:tcPr>
            <w:tcW w:w="5826" w:type="dxa"/>
          </w:tcPr>
          <w:p w14:paraId="4F8FC6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112 / 67</w:t>
            </w:r>
          </w:p>
        </w:tc>
      </w:tr>
      <w:tr w:rsidR="00501161" w14:paraId="49EC0CB7" w14:textId="77777777">
        <w:trPr>
          <w:jc w:val="center"/>
        </w:trPr>
        <w:tc>
          <w:tcPr>
            <w:tcW w:w="3188" w:type="dxa"/>
          </w:tcPr>
          <w:p w14:paraId="0E924E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826" w:type="dxa"/>
          </w:tcPr>
          <w:p w14:paraId="1DC92D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96</w:t>
            </w:r>
          </w:p>
        </w:tc>
      </w:tr>
      <w:tr w:rsidR="00501161" w14:paraId="540ED051" w14:textId="77777777">
        <w:trPr>
          <w:jc w:val="center"/>
        </w:trPr>
        <w:tc>
          <w:tcPr>
            <w:tcW w:w="3188" w:type="dxa"/>
          </w:tcPr>
          <w:p w14:paraId="7FB0A1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826" w:type="dxa"/>
          </w:tcPr>
          <w:p w14:paraId="363616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</w:tr>
      <w:tr w:rsidR="00501161" w14:paraId="688668F6" w14:textId="77777777">
        <w:trPr>
          <w:jc w:val="center"/>
        </w:trPr>
        <w:tc>
          <w:tcPr>
            <w:tcW w:w="3188" w:type="dxa"/>
          </w:tcPr>
          <w:p w14:paraId="575A85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826" w:type="dxa"/>
          </w:tcPr>
          <w:p w14:paraId="46B6A9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Weak ×1.5 / ×1.0 / ×1.0</w:t>
            </w:r>
          </w:p>
        </w:tc>
      </w:tr>
      <w:tr w:rsidR="00501161" w14:paraId="4168B5F8" w14:textId="77777777">
        <w:trPr>
          <w:jc w:val="center"/>
        </w:trPr>
        <w:tc>
          <w:tcPr>
            <w:tcW w:w="3188" w:type="dxa"/>
          </w:tcPr>
          <w:p w14:paraId="077598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826" w:type="dxa"/>
          </w:tcPr>
          <w:p w14:paraId="455DFA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3,511 / 471</w:t>
            </w:r>
          </w:p>
        </w:tc>
      </w:tr>
      <w:tr w:rsidR="00501161" w14:paraId="6EFEEFD2" w14:textId="77777777">
        <w:trPr>
          <w:jc w:val="center"/>
        </w:trPr>
        <w:tc>
          <w:tcPr>
            <w:tcW w:w="3188" w:type="dxa"/>
          </w:tcPr>
          <w:p w14:paraId="6919C3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826" w:type="dxa"/>
          </w:tcPr>
          <w:p w14:paraId="1C6879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แผงขนสกุณ (100%)</w:t>
            </w:r>
          </w:p>
        </w:tc>
      </w:tr>
      <w:tr w:rsidR="00501161" w14:paraId="2FE82D1A" w14:textId="77777777">
        <w:trPr>
          <w:jc w:val="center"/>
        </w:trPr>
        <w:tc>
          <w:tcPr>
            <w:tcW w:w="3188" w:type="dxa"/>
          </w:tcPr>
          <w:p w14:paraId="454338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826" w:type="dxa"/>
          </w:tcPr>
          <w:p w14:paraId="3EC8942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เล็บสกุณไกรสร — เงื่อนไข: ฆ่าการวิกที่ถูกเรียกครบก่อน</w:t>
            </w:r>
          </w:p>
        </w:tc>
      </w:tr>
      <w:tr w:rsidR="00501161" w14:paraId="34824459" w14:textId="77777777">
        <w:trPr>
          <w:jc w:val="center"/>
        </w:trPr>
        <w:tc>
          <w:tcPr>
            <w:tcW w:w="3188" w:type="dxa"/>
          </w:tcPr>
          <w:p w14:paraId="79171A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826" w:type="dxa"/>
          </w:tcPr>
          <w:p w14:paraId="065636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6</w:t>
            </w:r>
          </w:p>
        </w:tc>
      </w:tr>
      <w:tr w:rsidR="00501161" w14:paraId="5293D827" w14:textId="77777777">
        <w:trPr>
          <w:jc w:val="center"/>
        </w:trPr>
        <w:tc>
          <w:tcPr>
            <w:tcW w:w="3188" w:type="dxa"/>
          </w:tcPr>
          <w:p w14:paraId="0484E2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826" w:type="dxa"/>
          </w:tcPr>
          <w:p w14:paraId="78EA60E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+ </w:t>
            </w:r>
            <w:r>
              <w:rPr>
                <w:sz w:val="28"/>
                <w:szCs w:val="28"/>
              </w:rPr>
              <w:t>การวิก 2</w:t>
            </w:r>
          </w:p>
        </w:tc>
      </w:tr>
      <w:tr w:rsidR="00501161" w14:paraId="53DEF914" w14:textId="77777777">
        <w:trPr>
          <w:jc w:val="center"/>
        </w:trPr>
        <w:tc>
          <w:tcPr>
            <w:tcW w:w="3188" w:type="dxa"/>
          </w:tcPr>
          <w:p w14:paraId="0CD83B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5826" w:type="dxa"/>
          </w:tcPr>
          <w:p w14:paraId="5E6B42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เดินวนรอบรังบนยอดไม้สิมพลี</w:t>
            </w:r>
          </w:p>
        </w:tc>
      </w:tr>
    </w:tbl>
    <w:p w14:paraId="2C064CAF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0"/>
        <w:gridCol w:w="2736"/>
        <w:gridCol w:w="1610"/>
        <w:gridCol w:w="3058"/>
      </w:tblGrid>
      <w:tr w:rsidR="00501161" w14:paraId="525120C7" w14:textId="77777777">
        <w:trPr>
          <w:tblHeader/>
          <w:jc w:val="center"/>
        </w:trPr>
        <w:tc>
          <w:tcPr>
            <w:tcW w:w="1610" w:type="dxa"/>
            <w:shd w:val="clear" w:color="auto" w:fill="F2F2F2"/>
          </w:tcPr>
          <w:p w14:paraId="08B895F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2736" w:type="dxa"/>
            <w:shd w:val="clear" w:color="auto" w:fill="F2F2F2"/>
          </w:tcPr>
          <w:p w14:paraId="2C5CF32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610" w:type="dxa"/>
            <w:shd w:val="clear" w:color="auto" w:fill="F2F2F2"/>
          </w:tcPr>
          <w:p w14:paraId="04E8E64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3058" w:type="dxa"/>
            <w:shd w:val="clear" w:color="auto" w:fill="F2F2F2"/>
          </w:tcPr>
          <w:p w14:paraId="75D6F3B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3236312A" w14:textId="77777777">
        <w:trPr>
          <w:jc w:val="center"/>
        </w:trPr>
        <w:tc>
          <w:tcPr>
            <w:tcW w:w="1610" w:type="dxa"/>
          </w:tcPr>
          <w:p w14:paraId="0D6356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สั่งฝูง</w:t>
            </w:r>
          </w:p>
        </w:tc>
        <w:tc>
          <w:tcPr>
            <w:tcW w:w="2736" w:type="dxa"/>
          </w:tcPr>
          <w:p w14:paraId="36E7F4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เรียกการวิก 2 ตัว</w:t>
            </w:r>
          </w:p>
        </w:tc>
        <w:tc>
          <w:tcPr>
            <w:tcW w:w="1610" w:type="dxa"/>
          </w:tcPr>
          <w:p w14:paraId="7BAD07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3058" w:type="dxa"/>
          </w:tcPr>
          <w:p w14:paraId="37F7A30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40% </w:t>
            </w:r>
            <w:r>
              <w:rPr>
                <w:sz w:val="28"/>
                <w:szCs w:val="28"/>
              </w:rPr>
              <w:t>ถ้าพวกเหลือ &lt; 2</w:t>
            </w:r>
          </w:p>
        </w:tc>
      </w:tr>
      <w:tr w:rsidR="00501161" w14:paraId="1B1A2009" w14:textId="77777777">
        <w:trPr>
          <w:jc w:val="center"/>
        </w:trPr>
        <w:tc>
          <w:tcPr>
            <w:tcW w:w="1610" w:type="dxa"/>
          </w:tcPr>
          <w:p w14:paraId="6408E8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เล็บยาว</w:t>
            </w:r>
          </w:p>
        </w:tc>
        <w:tc>
          <w:tcPr>
            <w:tcW w:w="2736" w:type="dxa"/>
          </w:tcPr>
          <w:p w14:paraId="44BE2B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130%</w:t>
            </w:r>
          </w:p>
        </w:tc>
        <w:tc>
          <w:tcPr>
            <w:tcW w:w="1610" w:type="dxa"/>
          </w:tcPr>
          <w:p w14:paraId="4EA914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058" w:type="dxa"/>
          </w:tcPr>
          <w:p w14:paraId="4772D3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</w:tr>
    </w:tbl>
    <w:p w14:paraId="544BAF97" w14:textId="77777777" w:rsidR="00501161" w:rsidRDefault="00501161">
      <w:pPr>
        <w:spacing w:after="40"/>
      </w:pPr>
    </w:p>
    <w:p w14:paraId="769C2824" w14:textId="77777777" w:rsidR="00501161" w:rsidRDefault="00C637DA">
      <w:pPr>
        <w:pStyle w:val="Heading3"/>
      </w:pPr>
      <w:r>
        <w:t xml:space="preserve">13.6.7 Chapter 7 — </w:t>
      </w:r>
      <w:r>
        <w:t>สระอโนดาตและเขาทั้งห้า</w:t>
      </w:r>
    </w:p>
    <w:p w14:paraId="5FBCE9AF" w14:textId="77777777" w:rsidR="00501161" w:rsidRDefault="00C637DA">
      <w:pPr>
        <w:pStyle w:val="Heading4"/>
      </w:pPr>
      <w:r>
        <w:t xml:space="preserve">กินนร / กินรี — </w:t>
      </w:r>
      <w:r>
        <w:t>ทั่วไป · Caster</w:t>
      </w:r>
    </w:p>
    <w:p w14:paraId="6D5DBB1C" w14:textId="77777777" w:rsidR="00501161" w:rsidRDefault="00C637DA">
      <w:pPr>
        <w:ind w:firstLine="720"/>
      </w:pPr>
      <w:r>
        <w:t>ครึ่งมนุษย์ครึ่งนก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68"/>
        <w:gridCol w:w="5747"/>
      </w:tblGrid>
      <w:tr w:rsidR="00501161" w14:paraId="1F33ACB7" w14:textId="77777777">
        <w:trPr>
          <w:tblHeader/>
          <w:jc w:val="center"/>
        </w:trPr>
        <w:tc>
          <w:tcPr>
            <w:tcW w:w="3268" w:type="dxa"/>
            <w:shd w:val="clear" w:color="auto" w:fill="F2F2F2"/>
          </w:tcPr>
          <w:p w14:paraId="3FE0078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747" w:type="dxa"/>
            <w:shd w:val="clear" w:color="auto" w:fill="F2F2F2"/>
          </w:tcPr>
          <w:p w14:paraId="108D7E5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230EDEE6" w14:textId="77777777">
        <w:trPr>
          <w:jc w:val="center"/>
        </w:trPr>
        <w:tc>
          <w:tcPr>
            <w:tcW w:w="3268" w:type="dxa"/>
          </w:tcPr>
          <w:p w14:paraId="1C75A0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747" w:type="dxa"/>
          </w:tcPr>
          <w:p w14:paraId="679390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78</w:t>
            </w:r>
          </w:p>
        </w:tc>
      </w:tr>
      <w:tr w:rsidR="00501161" w14:paraId="31766B65" w14:textId="77777777">
        <w:trPr>
          <w:jc w:val="center"/>
        </w:trPr>
        <w:tc>
          <w:tcPr>
            <w:tcW w:w="3268" w:type="dxa"/>
          </w:tcPr>
          <w:p w14:paraId="0C89DB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747" w:type="dxa"/>
          </w:tcPr>
          <w:p w14:paraId="1FA900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960</w:t>
            </w:r>
          </w:p>
        </w:tc>
      </w:tr>
      <w:tr w:rsidR="00501161" w14:paraId="77D1A1C7" w14:textId="77777777">
        <w:trPr>
          <w:jc w:val="center"/>
        </w:trPr>
        <w:tc>
          <w:tcPr>
            <w:tcW w:w="3268" w:type="dxa"/>
          </w:tcPr>
          <w:p w14:paraId="2702DC2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747" w:type="dxa"/>
          </w:tcPr>
          <w:p w14:paraId="33C3C1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258</w:t>
            </w:r>
          </w:p>
        </w:tc>
      </w:tr>
      <w:tr w:rsidR="00501161" w14:paraId="15DB292A" w14:textId="77777777">
        <w:trPr>
          <w:jc w:val="center"/>
        </w:trPr>
        <w:tc>
          <w:tcPr>
            <w:tcW w:w="3268" w:type="dxa"/>
          </w:tcPr>
          <w:p w14:paraId="403846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747" w:type="dxa"/>
          </w:tcPr>
          <w:p w14:paraId="4A03FB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115 / 69</w:t>
            </w:r>
          </w:p>
        </w:tc>
      </w:tr>
      <w:tr w:rsidR="00501161" w14:paraId="6D40C356" w14:textId="77777777">
        <w:trPr>
          <w:jc w:val="center"/>
        </w:trPr>
        <w:tc>
          <w:tcPr>
            <w:tcW w:w="3268" w:type="dxa"/>
          </w:tcPr>
          <w:p w14:paraId="13C6F9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AGI</w:t>
            </w:r>
          </w:p>
        </w:tc>
        <w:tc>
          <w:tcPr>
            <w:tcW w:w="5747" w:type="dxa"/>
          </w:tcPr>
          <w:p w14:paraId="53688E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99</w:t>
            </w:r>
          </w:p>
        </w:tc>
      </w:tr>
      <w:tr w:rsidR="00501161" w14:paraId="66F97049" w14:textId="77777777">
        <w:trPr>
          <w:jc w:val="center"/>
        </w:trPr>
        <w:tc>
          <w:tcPr>
            <w:tcW w:w="3268" w:type="dxa"/>
          </w:tcPr>
          <w:p w14:paraId="6892A9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747" w:type="dxa"/>
          </w:tcPr>
          <w:p w14:paraId="5D8C35D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17%</w:t>
            </w:r>
          </w:p>
        </w:tc>
      </w:tr>
      <w:tr w:rsidR="00501161" w14:paraId="269434F6" w14:textId="77777777">
        <w:trPr>
          <w:jc w:val="center"/>
        </w:trPr>
        <w:tc>
          <w:tcPr>
            <w:tcW w:w="3268" w:type="dxa"/>
          </w:tcPr>
          <w:p w14:paraId="0A5586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747" w:type="dxa"/>
          </w:tcPr>
          <w:p w14:paraId="0E2117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Resist ×0.5 / Resist ×0.5 / Resist ×0.5 / Weak ×1.5</w:t>
            </w:r>
          </w:p>
        </w:tc>
      </w:tr>
      <w:tr w:rsidR="00501161" w14:paraId="2D312EA6" w14:textId="77777777">
        <w:trPr>
          <w:jc w:val="center"/>
        </w:trPr>
        <w:tc>
          <w:tcPr>
            <w:tcW w:w="3268" w:type="dxa"/>
          </w:tcPr>
          <w:p w14:paraId="1EC081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747" w:type="dxa"/>
          </w:tcPr>
          <w:p w14:paraId="5A23DF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1,232 / 161</w:t>
            </w:r>
          </w:p>
        </w:tc>
      </w:tr>
      <w:tr w:rsidR="00501161" w14:paraId="07435ABA" w14:textId="77777777">
        <w:trPr>
          <w:jc w:val="center"/>
        </w:trPr>
        <w:tc>
          <w:tcPr>
            <w:tcW w:w="3268" w:type="dxa"/>
          </w:tcPr>
          <w:p w14:paraId="52D754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747" w:type="dxa"/>
          </w:tcPr>
          <w:p w14:paraId="29DFBC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ขนกินนร (50%)</w:t>
            </w:r>
          </w:p>
        </w:tc>
      </w:tr>
      <w:tr w:rsidR="00501161" w14:paraId="71E8D150" w14:textId="77777777">
        <w:trPr>
          <w:jc w:val="center"/>
        </w:trPr>
        <w:tc>
          <w:tcPr>
            <w:tcW w:w="3268" w:type="dxa"/>
          </w:tcPr>
          <w:p w14:paraId="3DFC4A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747" w:type="dxa"/>
          </w:tcPr>
          <w:p w14:paraId="12C3859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ปิ่นกินรี — เงื่อนไข: ปิดจ๊อบทั้งคู่ในเทิร์นเดียว</w:t>
            </w:r>
          </w:p>
        </w:tc>
      </w:tr>
      <w:tr w:rsidR="00501161" w14:paraId="21F0A528" w14:textId="77777777">
        <w:trPr>
          <w:jc w:val="center"/>
        </w:trPr>
        <w:tc>
          <w:tcPr>
            <w:tcW w:w="3268" w:type="dxa"/>
          </w:tcPr>
          <w:p w14:paraId="0BB2D3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747" w:type="dxa"/>
          </w:tcPr>
          <w:p w14:paraId="666DEB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1–6</w:t>
            </w:r>
          </w:p>
        </w:tc>
      </w:tr>
      <w:tr w:rsidR="00501161" w14:paraId="323EAF95" w14:textId="77777777">
        <w:trPr>
          <w:jc w:val="center"/>
        </w:trPr>
        <w:tc>
          <w:tcPr>
            <w:tcW w:w="3268" w:type="dxa"/>
          </w:tcPr>
          <w:p w14:paraId="27FCBB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747" w:type="dxa"/>
          </w:tcPr>
          <w:p w14:paraId="25B52A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9E2BD26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71"/>
        <w:gridCol w:w="4024"/>
        <w:gridCol w:w="1610"/>
        <w:gridCol w:w="1610"/>
      </w:tblGrid>
      <w:tr w:rsidR="00501161" w14:paraId="3ABF1A06" w14:textId="77777777">
        <w:trPr>
          <w:tblHeader/>
          <w:jc w:val="center"/>
        </w:trPr>
        <w:tc>
          <w:tcPr>
            <w:tcW w:w="1771" w:type="dxa"/>
            <w:shd w:val="clear" w:color="auto" w:fill="F2F2F2"/>
          </w:tcPr>
          <w:p w14:paraId="7A7F225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024" w:type="dxa"/>
            <w:shd w:val="clear" w:color="auto" w:fill="F2F2F2"/>
          </w:tcPr>
          <w:p w14:paraId="7A560F2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610" w:type="dxa"/>
            <w:shd w:val="clear" w:color="auto" w:fill="F2F2F2"/>
          </w:tcPr>
          <w:p w14:paraId="5290C64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610" w:type="dxa"/>
            <w:shd w:val="clear" w:color="auto" w:fill="F2F2F2"/>
          </w:tcPr>
          <w:p w14:paraId="1712792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65093764" w14:textId="77777777">
        <w:trPr>
          <w:jc w:val="center"/>
        </w:trPr>
        <w:tc>
          <w:tcPr>
            <w:tcW w:w="1771" w:type="dxa"/>
          </w:tcPr>
          <w:p w14:paraId="505622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ระบำสะกด</w:t>
            </w:r>
          </w:p>
        </w:tc>
        <w:tc>
          <w:tcPr>
            <w:tcW w:w="4024" w:type="dxa"/>
          </w:tcPr>
          <w:p w14:paraId="1385159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Sleep 40% </w:t>
            </w:r>
            <w:r>
              <w:rPr>
                <w:sz w:val="28"/>
                <w:szCs w:val="28"/>
              </w:rPr>
              <w:t>ทั้งปาร์ตี้</w:t>
            </w:r>
          </w:p>
        </w:tc>
        <w:tc>
          <w:tcPr>
            <w:tcW w:w="1610" w:type="dxa"/>
          </w:tcPr>
          <w:p w14:paraId="739AF5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610" w:type="dxa"/>
          </w:tcPr>
          <w:p w14:paraId="1AD7D4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223BE6E6" w14:textId="77777777">
        <w:trPr>
          <w:jc w:val="center"/>
        </w:trPr>
        <w:tc>
          <w:tcPr>
            <w:tcW w:w="1771" w:type="dxa"/>
          </w:tcPr>
          <w:p w14:paraId="2D9EE4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เพลงเยียวยา</w:t>
            </w:r>
          </w:p>
        </w:tc>
        <w:tc>
          <w:tcPr>
            <w:tcW w:w="4024" w:type="dxa"/>
          </w:tcPr>
          <w:p w14:paraId="43A82F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ฮีลพวกเดียวกัน 20% Max HP</w:t>
            </w:r>
          </w:p>
        </w:tc>
        <w:tc>
          <w:tcPr>
            <w:tcW w:w="1610" w:type="dxa"/>
          </w:tcPr>
          <w:p w14:paraId="262C00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610" w:type="dxa"/>
          </w:tcPr>
          <w:p w14:paraId="0125CD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  <w:tr w:rsidR="00501161" w14:paraId="5A4AF7F8" w14:textId="77777777">
        <w:trPr>
          <w:jc w:val="center"/>
        </w:trPr>
        <w:tc>
          <w:tcPr>
            <w:tcW w:w="1771" w:type="dxa"/>
          </w:tcPr>
          <w:p w14:paraId="6F15D2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ปีกฟาด</w:t>
            </w:r>
          </w:p>
        </w:tc>
        <w:tc>
          <w:tcPr>
            <w:tcW w:w="4024" w:type="dxa"/>
          </w:tcPr>
          <w:p w14:paraId="334AD8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100%</w:t>
            </w:r>
          </w:p>
        </w:tc>
        <w:tc>
          <w:tcPr>
            <w:tcW w:w="1610" w:type="dxa"/>
          </w:tcPr>
          <w:p w14:paraId="595A16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</w:tcPr>
          <w:p w14:paraId="701E6D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</w:tbl>
    <w:p w14:paraId="0917DA5C" w14:textId="77777777" w:rsidR="00501161" w:rsidRDefault="00501161">
      <w:pPr>
        <w:spacing w:after="40"/>
      </w:pPr>
    </w:p>
    <w:p w14:paraId="7320B929" w14:textId="77777777" w:rsidR="00501161" w:rsidRDefault="00C637DA">
      <w:pPr>
        <w:pStyle w:val="Heading4"/>
      </w:pPr>
      <w:r>
        <w:t>เหมราช — ทั่วไป · Defensive</w:t>
      </w:r>
    </w:p>
    <w:p w14:paraId="496C4D82" w14:textId="77777777" w:rsidR="00501161" w:rsidRDefault="00C637DA">
      <w:pPr>
        <w:ind w:firstLine="720"/>
      </w:pPr>
      <w:r>
        <w:t>หงส์ผสมสิงห์ หัวและลำตัวเป็นสิงห์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2"/>
        <w:gridCol w:w="5332"/>
      </w:tblGrid>
      <w:tr w:rsidR="00501161" w14:paraId="1E7B4DEB" w14:textId="77777777">
        <w:trPr>
          <w:tblHeader/>
          <w:jc w:val="center"/>
        </w:trPr>
        <w:tc>
          <w:tcPr>
            <w:tcW w:w="3682" w:type="dxa"/>
            <w:shd w:val="clear" w:color="auto" w:fill="F2F2F2"/>
          </w:tcPr>
          <w:p w14:paraId="5AE6588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332" w:type="dxa"/>
            <w:shd w:val="clear" w:color="auto" w:fill="F2F2F2"/>
          </w:tcPr>
          <w:p w14:paraId="51E021B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1E614DB9" w14:textId="77777777">
        <w:trPr>
          <w:jc w:val="center"/>
        </w:trPr>
        <w:tc>
          <w:tcPr>
            <w:tcW w:w="3682" w:type="dxa"/>
          </w:tcPr>
          <w:p w14:paraId="7B68E6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332" w:type="dxa"/>
          </w:tcPr>
          <w:p w14:paraId="0258A9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81</w:t>
            </w:r>
          </w:p>
        </w:tc>
      </w:tr>
      <w:tr w:rsidR="00501161" w14:paraId="7735A94F" w14:textId="77777777">
        <w:trPr>
          <w:jc w:val="center"/>
        </w:trPr>
        <w:tc>
          <w:tcPr>
            <w:tcW w:w="3682" w:type="dxa"/>
          </w:tcPr>
          <w:p w14:paraId="15EF6D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332" w:type="dxa"/>
          </w:tcPr>
          <w:p w14:paraId="1D44E5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1,743</w:t>
            </w:r>
          </w:p>
        </w:tc>
      </w:tr>
      <w:tr w:rsidR="00501161" w14:paraId="1AA88D68" w14:textId="77777777">
        <w:trPr>
          <w:jc w:val="center"/>
        </w:trPr>
        <w:tc>
          <w:tcPr>
            <w:tcW w:w="3682" w:type="dxa"/>
          </w:tcPr>
          <w:p w14:paraId="60AD315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332" w:type="dxa"/>
          </w:tcPr>
          <w:p w14:paraId="6F4A90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267</w:t>
            </w:r>
          </w:p>
        </w:tc>
      </w:tr>
      <w:tr w:rsidR="00501161" w14:paraId="7D37B691" w14:textId="77777777">
        <w:trPr>
          <w:jc w:val="center"/>
        </w:trPr>
        <w:tc>
          <w:tcPr>
            <w:tcW w:w="3682" w:type="dxa"/>
          </w:tcPr>
          <w:p w14:paraId="4F4586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332" w:type="dxa"/>
          </w:tcPr>
          <w:p w14:paraId="3943E8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199 / 119</w:t>
            </w:r>
          </w:p>
        </w:tc>
      </w:tr>
      <w:tr w:rsidR="00501161" w14:paraId="6D98A6DD" w14:textId="77777777">
        <w:trPr>
          <w:jc w:val="center"/>
        </w:trPr>
        <w:tc>
          <w:tcPr>
            <w:tcW w:w="3682" w:type="dxa"/>
          </w:tcPr>
          <w:p w14:paraId="5D63E2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332" w:type="dxa"/>
          </w:tcPr>
          <w:p w14:paraId="5BEB51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102</w:t>
            </w:r>
          </w:p>
        </w:tc>
      </w:tr>
      <w:tr w:rsidR="00501161" w14:paraId="09F0847C" w14:textId="77777777">
        <w:trPr>
          <w:jc w:val="center"/>
        </w:trPr>
        <w:tc>
          <w:tcPr>
            <w:tcW w:w="3682" w:type="dxa"/>
          </w:tcPr>
          <w:p w14:paraId="144669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332" w:type="dxa"/>
          </w:tcPr>
          <w:p w14:paraId="6C440E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17%</w:t>
            </w:r>
          </w:p>
        </w:tc>
      </w:tr>
      <w:tr w:rsidR="00501161" w14:paraId="7A0A0E2C" w14:textId="77777777">
        <w:trPr>
          <w:jc w:val="center"/>
        </w:trPr>
        <w:tc>
          <w:tcPr>
            <w:tcW w:w="3682" w:type="dxa"/>
          </w:tcPr>
          <w:p w14:paraId="6B1743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332" w:type="dxa"/>
          </w:tcPr>
          <w:p w14:paraId="768226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Weak ×1.5 / ×1.0 / ×1.0</w:t>
            </w:r>
          </w:p>
        </w:tc>
      </w:tr>
      <w:tr w:rsidR="00501161" w14:paraId="35075AB2" w14:textId="77777777">
        <w:trPr>
          <w:jc w:val="center"/>
        </w:trPr>
        <w:tc>
          <w:tcPr>
            <w:tcW w:w="3682" w:type="dxa"/>
          </w:tcPr>
          <w:p w14:paraId="6ECEAC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332" w:type="dxa"/>
          </w:tcPr>
          <w:p w14:paraId="09C3BB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1,328 / 167</w:t>
            </w:r>
          </w:p>
        </w:tc>
      </w:tr>
      <w:tr w:rsidR="00501161" w14:paraId="312E64F6" w14:textId="77777777">
        <w:trPr>
          <w:jc w:val="center"/>
        </w:trPr>
        <w:tc>
          <w:tcPr>
            <w:tcW w:w="3682" w:type="dxa"/>
          </w:tcPr>
          <w:p w14:paraId="762F28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332" w:type="dxa"/>
          </w:tcPr>
          <w:p w14:paraId="0A27BA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ขนเหมราช (50%)</w:t>
            </w:r>
          </w:p>
        </w:tc>
      </w:tr>
      <w:tr w:rsidR="00501161" w14:paraId="41DD99F0" w14:textId="77777777">
        <w:trPr>
          <w:jc w:val="center"/>
        </w:trPr>
        <w:tc>
          <w:tcPr>
            <w:tcW w:w="3682" w:type="dxa"/>
          </w:tcPr>
          <w:p w14:paraId="5BE401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332" w:type="dxa"/>
          </w:tcPr>
          <w:p w14:paraId="552D31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มงกุฎเหมราช — เงื่อนไข: ปิดจ๊อบด้วยธาตุน้ำ</w:t>
            </w:r>
          </w:p>
        </w:tc>
      </w:tr>
      <w:tr w:rsidR="00501161" w14:paraId="31991B94" w14:textId="77777777">
        <w:trPr>
          <w:jc w:val="center"/>
        </w:trPr>
        <w:tc>
          <w:tcPr>
            <w:tcW w:w="3682" w:type="dxa"/>
          </w:tcPr>
          <w:p w14:paraId="6D6752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332" w:type="dxa"/>
          </w:tcPr>
          <w:p w14:paraId="2FDC4D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1–6</w:t>
            </w:r>
          </w:p>
        </w:tc>
      </w:tr>
      <w:tr w:rsidR="00501161" w14:paraId="3DB51FA0" w14:textId="77777777">
        <w:trPr>
          <w:jc w:val="center"/>
        </w:trPr>
        <w:tc>
          <w:tcPr>
            <w:tcW w:w="3682" w:type="dxa"/>
          </w:tcPr>
          <w:p w14:paraId="59C3DD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332" w:type="dxa"/>
          </w:tcPr>
          <w:p w14:paraId="4A125E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688B0714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4"/>
        <w:gridCol w:w="4774"/>
        <w:gridCol w:w="1414"/>
        <w:gridCol w:w="1414"/>
      </w:tblGrid>
      <w:tr w:rsidR="00501161" w14:paraId="29303382" w14:textId="77777777">
        <w:trPr>
          <w:tblHeader/>
          <w:jc w:val="center"/>
        </w:trPr>
        <w:tc>
          <w:tcPr>
            <w:tcW w:w="1414" w:type="dxa"/>
            <w:shd w:val="clear" w:color="auto" w:fill="F2F2F2"/>
          </w:tcPr>
          <w:p w14:paraId="389B6ED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774" w:type="dxa"/>
            <w:shd w:val="clear" w:color="auto" w:fill="F2F2F2"/>
          </w:tcPr>
          <w:p w14:paraId="3DF73EF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414" w:type="dxa"/>
            <w:shd w:val="clear" w:color="auto" w:fill="F2F2F2"/>
          </w:tcPr>
          <w:p w14:paraId="51383B7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414" w:type="dxa"/>
            <w:shd w:val="clear" w:color="auto" w:fill="F2F2F2"/>
          </w:tcPr>
          <w:p w14:paraId="754D151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0EE02496" w14:textId="77777777">
        <w:trPr>
          <w:jc w:val="center"/>
        </w:trPr>
        <w:tc>
          <w:tcPr>
            <w:tcW w:w="1414" w:type="dxa"/>
          </w:tcPr>
          <w:p w14:paraId="3934D5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ปีกคุ้มภัย</w:t>
            </w:r>
          </w:p>
        </w:tc>
        <w:tc>
          <w:tcPr>
            <w:tcW w:w="4774" w:type="dxa"/>
          </w:tcPr>
          <w:p w14:paraId="3AF9D4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กันสถานะผิดปกติให้พวกเดียวกัน 2 ครั้ง</w:t>
            </w:r>
          </w:p>
        </w:tc>
        <w:tc>
          <w:tcPr>
            <w:tcW w:w="1414" w:type="dxa"/>
          </w:tcPr>
          <w:p w14:paraId="1D62246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414" w:type="dxa"/>
          </w:tcPr>
          <w:p w14:paraId="591B7E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05F3C91F" w14:textId="77777777">
        <w:trPr>
          <w:jc w:val="center"/>
        </w:trPr>
        <w:tc>
          <w:tcPr>
            <w:tcW w:w="1414" w:type="dxa"/>
          </w:tcPr>
          <w:p w14:paraId="47E838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ตะปบหงส์</w:t>
            </w:r>
          </w:p>
        </w:tc>
        <w:tc>
          <w:tcPr>
            <w:tcW w:w="4774" w:type="dxa"/>
          </w:tcPr>
          <w:p w14:paraId="32D048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130%</w:t>
            </w:r>
          </w:p>
        </w:tc>
        <w:tc>
          <w:tcPr>
            <w:tcW w:w="1414" w:type="dxa"/>
          </w:tcPr>
          <w:p w14:paraId="7B8ABC4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4" w:type="dxa"/>
          </w:tcPr>
          <w:p w14:paraId="14651C1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</w:tr>
    </w:tbl>
    <w:p w14:paraId="74775C29" w14:textId="77777777" w:rsidR="00501161" w:rsidRDefault="00501161">
      <w:pPr>
        <w:spacing w:after="40"/>
      </w:pPr>
    </w:p>
    <w:p w14:paraId="2217900D" w14:textId="77777777" w:rsidR="00501161" w:rsidRDefault="00C637DA">
      <w:pPr>
        <w:pStyle w:val="Heading4"/>
      </w:pPr>
      <w:r>
        <w:t xml:space="preserve">เทพนรสิงห์ — </w:t>
      </w:r>
      <w:r>
        <w:t>ทั่วไป · Aggressive</w:t>
      </w:r>
    </w:p>
    <w:p w14:paraId="7CFDFFA3" w14:textId="77777777" w:rsidR="00501161" w:rsidRDefault="00C637DA">
      <w:pPr>
        <w:ind w:firstLine="720"/>
      </w:pPr>
      <w:r>
        <w:t>สี่เท้า ลำตัวเป็นม้า หัวเป็นสิงโต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44"/>
        <w:gridCol w:w="5170"/>
      </w:tblGrid>
      <w:tr w:rsidR="00501161" w14:paraId="1F135C26" w14:textId="77777777">
        <w:trPr>
          <w:tblHeader/>
          <w:jc w:val="center"/>
        </w:trPr>
        <w:tc>
          <w:tcPr>
            <w:tcW w:w="3844" w:type="dxa"/>
            <w:shd w:val="clear" w:color="auto" w:fill="F2F2F2"/>
          </w:tcPr>
          <w:p w14:paraId="374503E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170" w:type="dxa"/>
            <w:shd w:val="clear" w:color="auto" w:fill="F2F2F2"/>
          </w:tcPr>
          <w:p w14:paraId="6DB3A02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35EBEA78" w14:textId="77777777">
        <w:trPr>
          <w:jc w:val="center"/>
        </w:trPr>
        <w:tc>
          <w:tcPr>
            <w:tcW w:w="3844" w:type="dxa"/>
          </w:tcPr>
          <w:p w14:paraId="44C2D3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170" w:type="dxa"/>
          </w:tcPr>
          <w:p w14:paraId="014B04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84</w:t>
            </w:r>
          </w:p>
        </w:tc>
      </w:tr>
      <w:tr w:rsidR="00501161" w14:paraId="4E71C981" w14:textId="77777777">
        <w:trPr>
          <w:jc w:val="center"/>
        </w:trPr>
        <w:tc>
          <w:tcPr>
            <w:tcW w:w="3844" w:type="dxa"/>
          </w:tcPr>
          <w:p w14:paraId="368ED9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170" w:type="dxa"/>
          </w:tcPr>
          <w:p w14:paraId="213377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1,290</w:t>
            </w:r>
          </w:p>
        </w:tc>
      </w:tr>
      <w:tr w:rsidR="00501161" w14:paraId="6A5E2AF5" w14:textId="77777777">
        <w:trPr>
          <w:jc w:val="center"/>
        </w:trPr>
        <w:tc>
          <w:tcPr>
            <w:tcW w:w="3844" w:type="dxa"/>
          </w:tcPr>
          <w:p w14:paraId="7E4C47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170" w:type="dxa"/>
          </w:tcPr>
          <w:p w14:paraId="4F50D0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277</w:t>
            </w:r>
          </w:p>
        </w:tc>
      </w:tr>
      <w:tr w:rsidR="00501161" w14:paraId="5AFA039D" w14:textId="77777777">
        <w:trPr>
          <w:jc w:val="center"/>
        </w:trPr>
        <w:tc>
          <w:tcPr>
            <w:tcW w:w="3844" w:type="dxa"/>
          </w:tcPr>
          <w:p w14:paraId="39A2E28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170" w:type="dxa"/>
          </w:tcPr>
          <w:p w14:paraId="38D83F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137 / 82</w:t>
            </w:r>
          </w:p>
        </w:tc>
      </w:tr>
      <w:tr w:rsidR="00501161" w14:paraId="0E3C666C" w14:textId="77777777">
        <w:trPr>
          <w:jc w:val="center"/>
        </w:trPr>
        <w:tc>
          <w:tcPr>
            <w:tcW w:w="3844" w:type="dxa"/>
          </w:tcPr>
          <w:p w14:paraId="446994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170" w:type="dxa"/>
          </w:tcPr>
          <w:p w14:paraId="21672D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106</w:t>
            </w:r>
          </w:p>
        </w:tc>
      </w:tr>
      <w:tr w:rsidR="00501161" w14:paraId="68473A03" w14:textId="77777777">
        <w:trPr>
          <w:jc w:val="center"/>
        </w:trPr>
        <w:tc>
          <w:tcPr>
            <w:tcW w:w="3844" w:type="dxa"/>
          </w:tcPr>
          <w:p w14:paraId="3E31FF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170" w:type="dxa"/>
          </w:tcPr>
          <w:p w14:paraId="1F284E0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17%</w:t>
            </w:r>
          </w:p>
        </w:tc>
      </w:tr>
      <w:tr w:rsidR="00501161" w14:paraId="378F77E1" w14:textId="77777777">
        <w:trPr>
          <w:jc w:val="center"/>
        </w:trPr>
        <w:tc>
          <w:tcPr>
            <w:tcW w:w="3844" w:type="dxa"/>
          </w:tcPr>
          <w:p w14:paraId="0F8977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170" w:type="dxa"/>
          </w:tcPr>
          <w:p w14:paraId="27BA77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Weak ×1.5 / ×1.0 / ×1.0 / ×1.0</w:t>
            </w:r>
          </w:p>
        </w:tc>
      </w:tr>
      <w:tr w:rsidR="00501161" w14:paraId="580958A7" w14:textId="77777777">
        <w:trPr>
          <w:jc w:val="center"/>
        </w:trPr>
        <w:tc>
          <w:tcPr>
            <w:tcW w:w="3844" w:type="dxa"/>
          </w:tcPr>
          <w:p w14:paraId="15F6C8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170" w:type="dxa"/>
          </w:tcPr>
          <w:p w14:paraId="378082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1,428 / 173</w:t>
            </w:r>
          </w:p>
        </w:tc>
      </w:tr>
      <w:tr w:rsidR="00501161" w14:paraId="254CB5CB" w14:textId="77777777">
        <w:trPr>
          <w:jc w:val="center"/>
        </w:trPr>
        <w:tc>
          <w:tcPr>
            <w:tcW w:w="3844" w:type="dxa"/>
          </w:tcPr>
          <w:p w14:paraId="799AE0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170" w:type="dxa"/>
          </w:tcPr>
          <w:p w14:paraId="4595F7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แผงคอทิพย์ (50%)</w:t>
            </w:r>
          </w:p>
        </w:tc>
      </w:tr>
      <w:tr w:rsidR="00501161" w14:paraId="2BD085D1" w14:textId="77777777">
        <w:trPr>
          <w:jc w:val="center"/>
        </w:trPr>
        <w:tc>
          <w:tcPr>
            <w:tcW w:w="3844" w:type="dxa"/>
          </w:tcPr>
          <w:p w14:paraId="0AE6FA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170" w:type="dxa"/>
          </w:tcPr>
          <w:p w14:paraId="5A312E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เล็บทิพย์ — เงื่อนไข: ปิดจ๊อบด้วยธาตุไฟ</w:t>
            </w:r>
          </w:p>
        </w:tc>
      </w:tr>
      <w:tr w:rsidR="00501161" w14:paraId="47502DB6" w14:textId="77777777">
        <w:trPr>
          <w:jc w:val="center"/>
        </w:trPr>
        <w:tc>
          <w:tcPr>
            <w:tcW w:w="3844" w:type="dxa"/>
          </w:tcPr>
          <w:p w14:paraId="79AA5C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170" w:type="dxa"/>
          </w:tcPr>
          <w:p w14:paraId="17B2F4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2–6</w:t>
            </w:r>
          </w:p>
        </w:tc>
      </w:tr>
      <w:tr w:rsidR="00501161" w14:paraId="40AA2AE8" w14:textId="77777777">
        <w:trPr>
          <w:jc w:val="center"/>
        </w:trPr>
        <w:tc>
          <w:tcPr>
            <w:tcW w:w="3844" w:type="dxa"/>
          </w:tcPr>
          <w:p w14:paraId="69F674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170" w:type="dxa"/>
          </w:tcPr>
          <w:p w14:paraId="2EDBC8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</w:tr>
    </w:tbl>
    <w:p w14:paraId="5B3CE404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73"/>
        <w:gridCol w:w="4285"/>
        <w:gridCol w:w="1478"/>
        <w:gridCol w:w="1478"/>
      </w:tblGrid>
      <w:tr w:rsidR="00501161" w14:paraId="7225CCD6" w14:textId="77777777">
        <w:trPr>
          <w:tblHeader/>
          <w:jc w:val="center"/>
        </w:trPr>
        <w:tc>
          <w:tcPr>
            <w:tcW w:w="1773" w:type="dxa"/>
            <w:shd w:val="clear" w:color="auto" w:fill="F2F2F2"/>
          </w:tcPr>
          <w:p w14:paraId="4A04503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285" w:type="dxa"/>
            <w:shd w:val="clear" w:color="auto" w:fill="F2F2F2"/>
          </w:tcPr>
          <w:p w14:paraId="2285EA8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478" w:type="dxa"/>
            <w:shd w:val="clear" w:color="auto" w:fill="F2F2F2"/>
          </w:tcPr>
          <w:p w14:paraId="06831EC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478" w:type="dxa"/>
            <w:shd w:val="clear" w:color="auto" w:fill="F2F2F2"/>
          </w:tcPr>
          <w:p w14:paraId="6F3F803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53BCB7D0" w14:textId="77777777">
        <w:trPr>
          <w:jc w:val="center"/>
        </w:trPr>
        <w:tc>
          <w:tcPr>
            <w:tcW w:w="1773" w:type="dxa"/>
          </w:tcPr>
          <w:p w14:paraId="2F30237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กรงเล็บทิพย์</w:t>
            </w:r>
          </w:p>
        </w:tc>
        <w:tc>
          <w:tcPr>
            <w:tcW w:w="4285" w:type="dxa"/>
          </w:tcPr>
          <w:p w14:paraId="64CD00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Physical 130% </w:t>
            </w:r>
            <w:r>
              <w:rPr>
                <w:sz w:val="28"/>
                <w:szCs w:val="28"/>
              </w:rPr>
              <w:t>ไม่สนใจ DEF 50%</w:t>
            </w:r>
          </w:p>
        </w:tc>
        <w:tc>
          <w:tcPr>
            <w:tcW w:w="1478" w:type="dxa"/>
          </w:tcPr>
          <w:p w14:paraId="27A341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78" w:type="dxa"/>
          </w:tcPr>
          <w:p w14:paraId="3D03BE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70%</w:t>
            </w:r>
          </w:p>
        </w:tc>
      </w:tr>
      <w:tr w:rsidR="00501161" w14:paraId="20FB8715" w14:textId="77777777">
        <w:trPr>
          <w:jc w:val="center"/>
        </w:trPr>
        <w:tc>
          <w:tcPr>
            <w:tcW w:w="1773" w:type="dxa"/>
          </w:tcPr>
          <w:p w14:paraId="09E476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คำรามทิพย์</w:t>
            </w:r>
          </w:p>
        </w:tc>
        <w:tc>
          <w:tcPr>
            <w:tcW w:w="4285" w:type="dxa"/>
          </w:tcPr>
          <w:p w14:paraId="1CA352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ลบบัฟของปาร์ตี้ทั้งหมด</w:t>
            </w:r>
          </w:p>
        </w:tc>
        <w:tc>
          <w:tcPr>
            <w:tcW w:w="1478" w:type="dxa"/>
          </w:tcPr>
          <w:p w14:paraId="4093CF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478" w:type="dxa"/>
          </w:tcPr>
          <w:p w14:paraId="017FDA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</w:tbl>
    <w:p w14:paraId="6C79F8B5" w14:textId="77777777" w:rsidR="00501161" w:rsidRDefault="00501161">
      <w:pPr>
        <w:spacing w:after="40"/>
      </w:pPr>
    </w:p>
    <w:p w14:paraId="1E47396B" w14:textId="77777777" w:rsidR="00501161" w:rsidRDefault="00C637DA">
      <w:pPr>
        <w:pStyle w:val="Heading4"/>
      </w:pPr>
      <w:r>
        <w:t>โตเทพอัสดร — ทั่วไป · Charger</w:t>
      </w:r>
    </w:p>
    <w:p w14:paraId="2D729145" w14:textId="77777777" w:rsidR="00501161" w:rsidRDefault="00C637DA">
      <w:pPr>
        <w:ind w:firstLine="720"/>
      </w:pPr>
      <w:r>
        <w:t>สิงห์ผสมม้าแห่งเทพ จับพญานาคเป็นอาหาร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81"/>
        <w:gridCol w:w="5433"/>
      </w:tblGrid>
      <w:tr w:rsidR="00501161" w14:paraId="374F70B8" w14:textId="77777777">
        <w:trPr>
          <w:tblHeader/>
          <w:jc w:val="center"/>
        </w:trPr>
        <w:tc>
          <w:tcPr>
            <w:tcW w:w="3581" w:type="dxa"/>
            <w:shd w:val="clear" w:color="auto" w:fill="F2F2F2"/>
          </w:tcPr>
          <w:p w14:paraId="1F3BBDE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433" w:type="dxa"/>
            <w:shd w:val="clear" w:color="auto" w:fill="F2F2F2"/>
          </w:tcPr>
          <w:p w14:paraId="51F1762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37DD2BBD" w14:textId="77777777">
        <w:trPr>
          <w:jc w:val="center"/>
        </w:trPr>
        <w:tc>
          <w:tcPr>
            <w:tcW w:w="3581" w:type="dxa"/>
          </w:tcPr>
          <w:p w14:paraId="7DA40A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433" w:type="dxa"/>
          </w:tcPr>
          <w:p w14:paraId="193596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87</w:t>
            </w:r>
          </w:p>
        </w:tc>
      </w:tr>
      <w:tr w:rsidR="00501161" w14:paraId="30A1C7A9" w14:textId="77777777">
        <w:trPr>
          <w:jc w:val="center"/>
        </w:trPr>
        <w:tc>
          <w:tcPr>
            <w:tcW w:w="3581" w:type="dxa"/>
          </w:tcPr>
          <w:p w14:paraId="3AE3B1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5433" w:type="dxa"/>
          </w:tcPr>
          <w:p w14:paraId="4C2E8B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1,602</w:t>
            </w:r>
          </w:p>
        </w:tc>
      </w:tr>
      <w:tr w:rsidR="00501161" w14:paraId="0C7A3B69" w14:textId="77777777">
        <w:trPr>
          <w:jc w:val="center"/>
        </w:trPr>
        <w:tc>
          <w:tcPr>
            <w:tcW w:w="3581" w:type="dxa"/>
          </w:tcPr>
          <w:p w14:paraId="49755F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433" w:type="dxa"/>
          </w:tcPr>
          <w:p w14:paraId="36EF115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286</w:t>
            </w:r>
          </w:p>
        </w:tc>
      </w:tr>
      <w:tr w:rsidR="00501161" w14:paraId="76C3A6DD" w14:textId="77777777">
        <w:trPr>
          <w:jc w:val="center"/>
        </w:trPr>
        <w:tc>
          <w:tcPr>
            <w:tcW w:w="3581" w:type="dxa"/>
          </w:tcPr>
          <w:p w14:paraId="4845F3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433" w:type="dxa"/>
          </w:tcPr>
          <w:p w14:paraId="3E8B08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156 / 94</w:t>
            </w:r>
          </w:p>
        </w:tc>
      </w:tr>
      <w:tr w:rsidR="00501161" w14:paraId="79AA0B88" w14:textId="77777777">
        <w:trPr>
          <w:jc w:val="center"/>
        </w:trPr>
        <w:tc>
          <w:tcPr>
            <w:tcW w:w="3581" w:type="dxa"/>
          </w:tcPr>
          <w:p w14:paraId="4AE554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433" w:type="dxa"/>
          </w:tcPr>
          <w:p w14:paraId="5AD6B3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109</w:t>
            </w:r>
          </w:p>
        </w:tc>
      </w:tr>
      <w:tr w:rsidR="00501161" w14:paraId="7DCDB477" w14:textId="77777777">
        <w:trPr>
          <w:jc w:val="center"/>
        </w:trPr>
        <w:tc>
          <w:tcPr>
            <w:tcW w:w="3581" w:type="dxa"/>
          </w:tcPr>
          <w:p w14:paraId="0B8949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433" w:type="dxa"/>
          </w:tcPr>
          <w:p w14:paraId="2CE239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17%</w:t>
            </w:r>
          </w:p>
        </w:tc>
      </w:tr>
      <w:tr w:rsidR="00501161" w14:paraId="41B9391C" w14:textId="77777777">
        <w:trPr>
          <w:jc w:val="center"/>
        </w:trPr>
        <w:tc>
          <w:tcPr>
            <w:tcW w:w="3581" w:type="dxa"/>
          </w:tcPr>
          <w:p w14:paraId="57912A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433" w:type="dxa"/>
          </w:tcPr>
          <w:p w14:paraId="772782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×1.0 / ×1.0 / Weak ×1.5 / ×1.0</w:t>
            </w:r>
          </w:p>
        </w:tc>
      </w:tr>
      <w:tr w:rsidR="00501161" w14:paraId="768FC86F" w14:textId="77777777">
        <w:trPr>
          <w:jc w:val="center"/>
        </w:trPr>
        <w:tc>
          <w:tcPr>
            <w:tcW w:w="3581" w:type="dxa"/>
          </w:tcPr>
          <w:p w14:paraId="79D0B55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433" w:type="dxa"/>
          </w:tcPr>
          <w:p w14:paraId="56C8F5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1,531 / 179</w:t>
            </w:r>
          </w:p>
        </w:tc>
      </w:tr>
      <w:tr w:rsidR="00501161" w14:paraId="4CB47386" w14:textId="77777777">
        <w:trPr>
          <w:jc w:val="center"/>
        </w:trPr>
        <w:tc>
          <w:tcPr>
            <w:tcW w:w="3581" w:type="dxa"/>
          </w:tcPr>
          <w:p w14:paraId="050938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433" w:type="dxa"/>
          </w:tcPr>
          <w:p w14:paraId="4DD3AD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กีบอัสดร (50%)</w:t>
            </w:r>
          </w:p>
        </w:tc>
      </w:tr>
      <w:tr w:rsidR="00501161" w14:paraId="4F08D5E5" w14:textId="77777777">
        <w:trPr>
          <w:jc w:val="center"/>
        </w:trPr>
        <w:tc>
          <w:tcPr>
            <w:tcW w:w="3581" w:type="dxa"/>
          </w:tcPr>
          <w:p w14:paraId="41C0BB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433" w:type="dxa"/>
          </w:tcPr>
          <w:p w14:paraId="19F7B5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แผงคออัสดร — เงื่อนไข: ยกเลิกท่าชาร์จแล้วชนะ</w:t>
            </w:r>
          </w:p>
        </w:tc>
      </w:tr>
      <w:tr w:rsidR="00501161" w14:paraId="39D22717" w14:textId="77777777">
        <w:trPr>
          <w:jc w:val="center"/>
        </w:trPr>
        <w:tc>
          <w:tcPr>
            <w:tcW w:w="3581" w:type="dxa"/>
          </w:tcPr>
          <w:p w14:paraId="2102A0A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พบที่</w:t>
            </w:r>
          </w:p>
        </w:tc>
        <w:tc>
          <w:tcPr>
            <w:tcW w:w="5433" w:type="dxa"/>
          </w:tcPr>
          <w:p w14:paraId="7CD95D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3–6</w:t>
            </w:r>
          </w:p>
        </w:tc>
      </w:tr>
      <w:tr w:rsidR="00501161" w14:paraId="46D757AF" w14:textId="77777777">
        <w:trPr>
          <w:jc w:val="center"/>
        </w:trPr>
        <w:tc>
          <w:tcPr>
            <w:tcW w:w="3581" w:type="dxa"/>
          </w:tcPr>
          <w:p w14:paraId="4E325F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433" w:type="dxa"/>
          </w:tcPr>
          <w:p w14:paraId="7D8733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E4B9F94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73"/>
        <w:gridCol w:w="4896"/>
        <w:gridCol w:w="1373"/>
        <w:gridCol w:w="1373"/>
      </w:tblGrid>
      <w:tr w:rsidR="00501161" w14:paraId="647685A9" w14:textId="77777777">
        <w:trPr>
          <w:tblHeader/>
          <w:jc w:val="center"/>
        </w:trPr>
        <w:tc>
          <w:tcPr>
            <w:tcW w:w="1373" w:type="dxa"/>
            <w:shd w:val="clear" w:color="auto" w:fill="F2F2F2"/>
          </w:tcPr>
          <w:p w14:paraId="4635C3C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896" w:type="dxa"/>
            <w:shd w:val="clear" w:color="auto" w:fill="F2F2F2"/>
          </w:tcPr>
          <w:p w14:paraId="17A4D9C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373" w:type="dxa"/>
            <w:shd w:val="clear" w:color="auto" w:fill="F2F2F2"/>
          </w:tcPr>
          <w:p w14:paraId="2A426B8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373" w:type="dxa"/>
            <w:shd w:val="clear" w:color="auto" w:fill="F2F2F2"/>
          </w:tcPr>
          <w:p w14:paraId="5123C62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53759B19" w14:textId="77777777">
        <w:trPr>
          <w:jc w:val="center"/>
        </w:trPr>
        <w:tc>
          <w:tcPr>
            <w:tcW w:w="1373" w:type="dxa"/>
          </w:tcPr>
          <w:p w14:paraId="31F292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กีบทิพย์</w:t>
            </w:r>
          </w:p>
        </w:tc>
        <w:tc>
          <w:tcPr>
            <w:tcW w:w="4896" w:type="dxa"/>
          </w:tcPr>
          <w:p w14:paraId="41D873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120%</w:t>
            </w:r>
          </w:p>
        </w:tc>
        <w:tc>
          <w:tcPr>
            <w:tcW w:w="1373" w:type="dxa"/>
          </w:tcPr>
          <w:p w14:paraId="27CD29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73" w:type="dxa"/>
          </w:tcPr>
          <w:p w14:paraId="04AF48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  <w:tr w:rsidR="00501161" w14:paraId="7CB8757A" w14:textId="77777777">
        <w:trPr>
          <w:jc w:val="center"/>
        </w:trPr>
        <w:tc>
          <w:tcPr>
            <w:tcW w:w="1373" w:type="dxa"/>
          </w:tcPr>
          <w:p w14:paraId="61CBE1D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พุ่งทะยาน</w:t>
            </w:r>
          </w:p>
        </w:tc>
        <w:tc>
          <w:tcPr>
            <w:tcW w:w="4896" w:type="dxa"/>
          </w:tcPr>
          <w:p w14:paraId="65A444E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ชาร์จ 1 เทิร์น → Physical 180% ทั้งปาร์ตี้</w:t>
            </w:r>
          </w:p>
        </w:tc>
        <w:tc>
          <w:tcPr>
            <w:tcW w:w="1373" w:type="dxa"/>
          </w:tcPr>
          <w:p w14:paraId="69F360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373" w:type="dxa"/>
          </w:tcPr>
          <w:p w14:paraId="38B7C2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50%</w:t>
            </w:r>
          </w:p>
        </w:tc>
      </w:tr>
    </w:tbl>
    <w:p w14:paraId="4B7FCF11" w14:textId="77777777" w:rsidR="00501161" w:rsidRDefault="00501161">
      <w:pPr>
        <w:spacing w:after="40"/>
      </w:pPr>
    </w:p>
    <w:p w14:paraId="0137A1DC" w14:textId="77777777" w:rsidR="00501161" w:rsidRDefault="00C637DA">
      <w:pPr>
        <w:pStyle w:val="Heading4"/>
      </w:pPr>
      <w:r>
        <w:t>ไกรสรจำแลง — สัตว์ชั้นสูง · Caster</w:t>
      </w:r>
    </w:p>
    <w:p w14:paraId="4E4930DD" w14:textId="77777777" w:rsidR="00501161" w:rsidRDefault="00C637DA">
      <w:pPr>
        <w:ind w:firstLine="720"/>
      </w:pPr>
      <w:r>
        <w:t>ราชสีห์ที่แปลงกายได้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3"/>
        <w:gridCol w:w="6291"/>
      </w:tblGrid>
      <w:tr w:rsidR="00501161" w14:paraId="0FA3E8B9" w14:textId="77777777">
        <w:trPr>
          <w:tblHeader/>
          <w:jc w:val="center"/>
        </w:trPr>
        <w:tc>
          <w:tcPr>
            <w:tcW w:w="2723" w:type="dxa"/>
            <w:shd w:val="clear" w:color="auto" w:fill="F2F2F2"/>
          </w:tcPr>
          <w:p w14:paraId="68E4741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6291" w:type="dxa"/>
            <w:shd w:val="clear" w:color="auto" w:fill="F2F2F2"/>
          </w:tcPr>
          <w:p w14:paraId="1F475C1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5112631E" w14:textId="77777777">
        <w:trPr>
          <w:jc w:val="center"/>
        </w:trPr>
        <w:tc>
          <w:tcPr>
            <w:tcW w:w="2723" w:type="dxa"/>
          </w:tcPr>
          <w:p w14:paraId="1E23AD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6291" w:type="dxa"/>
          </w:tcPr>
          <w:p w14:paraId="59D4BA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92</w:t>
            </w:r>
          </w:p>
        </w:tc>
      </w:tr>
      <w:tr w:rsidR="00501161" w14:paraId="47193970" w14:textId="77777777">
        <w:trPr>
          <w:jc w:val="center"/>
        </w:trPr>
        <w:tc>
          <w:tcPr>
            <w:tcW w:w="2723" w:type="dxa"/>
          </w:tcPr>
          <w:p w14:paraId="497148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6291" w:type="dxa"/>
          </w:tcPr>
          <w:p w14:paraId="1A01835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3,384</w:t>
            </w:r>
          </w:p>
        </w:tc>
      </w:tr>
      <w:tr w:rsidR="00501161" w14:paraId="742144AD" w14:textId="77777777">
        <w:trPr>
          <w:jc w:val="center"/>
        </w:trPr>
        <w:tc>
          <w:tcPr>
            <w:tcW w:w="2723" w:type="dxa"/>
          </w:tcPr>
          <w:p w14:paraId="2DBD4F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6291" w:type="dxa"/>
          </w:tcPr>
          <w:p w14:paraId="529D35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423</w:t>
            </w:r>
          </w:p>
        </w:tc>
      </w:tr>
      <w:tr w:rsidR="00501161" w14:paraId="7B8AE716" w14:textId="77777777">
        <w:trPr>
          <w:jc w:val="center"/>
        </w:trPr>
        <w:tc>
          <w:tcPr>
            <w:tcW w:w="2723" w:type="dxa"/>
          </w:tcPr>
          <w:p w14:paraId="3B5493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6291" w:type="dxa"/>
          </w:tcPr>
          <w:p w14:paraId="36A539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135 / 81</w:t>
            </w:r>
          </w:p>
        </w:tc>
      </w:tr>
      <w:tr w:rsidR="00501161" w14:paraId="73B9A607" w14:textId="77777777">
        <w:trPr>
          <w:jc w:val="center"/>
        </w:trPr>
        <w:tc>
          <w:tcPr>
            <w:tcW w:w="2723" w:type="dxa"/>
          </w:tcPr>
          <w:p w14:paraId="1AD033C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6291" w:type="dxa"/>
          </w:tcPr>
          <w:p w14:paraId="405E10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115</w:t>
            </w:r>
          </w:p>
        </w:tc>
      </w:tr>
      <w:tr w:rsidR="00501161" w14:paraId="52E777D6" w14:textId="77777777">
        <w:trPr>
          <w:jc w:val="center"/>
        </w:trPr>
        <w:tc>
          <w:tcPr>
            <w:tcW w:w="2723" w:type="dxa"/>
          </w:tcPr>
          <w:p w14:paraId="342360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6291" w:type="dxa"/>
          </w:tcPr>
          <w:p w14:paraId="4C2C19D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22%</w:t>
            </w:r>
          </w:p>
        </w:tc>
      </w:tr>
      <w:tr w:rsidR="00501161" w14:paraId="28F0E477" w14:textId="77777777">
        <w:trPr>
          <w:jc w:val="center"/>
        </w:trPr>
        <w:tc>
          <w:tcPr>
            <w:tcW w:w="2723" w:type="dxa"/>
          </w:tcPr>
          <w:p w14:paraId="14ED31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6291" w:type="dxa"/>
          </w:tcPr>
          <w:p w14:paraId="6A9D20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สุ่ม / สุ่ม / สุ่ม / สุ่ม</w:t>
            </w:r>
          </w:p>
        </w:tc>
      </w:tr>
      <w:tr w:rsidR="00501161" w14:paraId="5F6F4CE9" w14:textId="77777777">
        <w:trPr>
          <w:jc w:val="center"/>
        </w:trPr>
        <w:tc>
          <w:tcPr>
            <w:tcW w:w="2723" w:type="dxa"/>
          </w:tcPr>
          <w:p w14:paraId="3C7962E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6291" w:type="dxa"/>
          </w:tcPr>
          <w:p w14:paraId="17D4F2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5,134 / 567</w:t>
            </w:r>
          </w:p>
        </w:tc>
      </w:tr>
      <w:tr w:rsidR="00501161" w14:paraId="6AF965CE" w14:textId="77777777">
        <w:trPr>
          <w:jc w:val="center"/>
        </w:trPr>
        <w:tc>
          <w:tcPr>
            <w:tcW w:w="2723" w:type="dxa"/>
          </w:tcPr>
          <w:p w14:paraId="4BE673F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6291" w:type="dxa"/>
          </w:tcPr>
          <w:p w14:paraId="62FBA51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ขนจำแลง (100%)</w:t>
            </w:r>
          </w:p>
        </w:tc>
      </w:tr>
      <w:tr w:rsidR="00501161" w14:paraId="68A24B8D" w14:textId="77777777">
        <w:trPr>
          <w:jc w:val="center"/>
        </w:trPr>
        <w:tc>
          <w:tcPr>
            <w:tcW w:w="2723" w:type="dxa"/>
          </w:tcPr>
          <w:p w14:paraId="7CC372B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6291" w:type="dxa"/>
          </w:tcPr>
          <w:p w14:paraId="7115B3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ดวงใจจำแลง — เงื่อนไข: ใช้เพ่งกสิณทุกครั้งที่มันเปลี่ยนร่าง แล้วชนะ</w:t>
            </w:r>
          </w:p>
        </w:tc>
      </w:tr>
      <w:tr w:rsidR="00501161" w14:paraId="4A5E2FF0" w14:textId="77777777">
        <w:trPr>
          <w:jc w:val="center"/>
        </w:trPr>
        <w:tc>
          <w:tcPr>
            <w:tcW w:w="2723" w:type="dxa"/>
          </w:tcPr>
          <w:p w14:paraId="35393C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6291" w:type="dxa"/>
          </w:tcPr>
          <w:p w14:paraId="6FD145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2–6 (ในผนังลวงตา)</w:t>
            </w:r>
          </w:p>
        </w:tc>
      </w:tr>
      <w:tr w:rsidR="00501161" w14:paraId="2BE93CB7" w14:textId="77777777">
        <w:trPr>
          <w:jc w:val="center"/>
        </w:trPr>
        <w:tc>
          <w:tcPr>
            <w:tcW w:w="2723" w:type="dxa"/>
          </w:tcPr>
          <w:p w14:paraId="1A61E4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6291" w:type="dxa"/>
          </w:tcPr>
          <w:p w14:paraId="3886F1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</w:tr>
      <w:tr w:rsidR="00501161" w14:paraId="2398C4ED" w14:textId="77777777">
        <w:trPr>
          <w:jc w:val="center"/>
        </w:trPr>
        <w:tc>
          <w:tcPr>
            <w:tcW w:w="2723" w:type="dxa"/>
          </w:tcPr>
          <w:p w14:paraId="2DCB08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6291" w:type="dxa"/>
          </w:tcPr>
          <w:p w14:paraId="612355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ซ่อนในผนังลวงตา โผล่เมื่อผู้เล่นเดินผ่านช่องติดกัน</w:t>
            </w:r>
          </w:p>
        </w:tc>
      </w:tr>
    </w:tbl>
    <w:p w14:paraId="36C77DDB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4"/>
        <w:gridCol w:w="5193"/>
        <w:gridCol w:w="1274"/>
        <w:gridCol w:w="1274"/>
      </w:tblGrid>
      <w:tr w:rsidR="00501161" w14:paraId="795C4543" w14:textId="77777777">
        <w:trPr>
          <w:tblHeader/>
          <w:jc w:val="center"/>
        </w:trPr>
        <w:tc>
          <w:tcPr>
            <w:tcW w:w="1274" w:type="dxa"/>
            <w:shd w:val="clear" w:color="auto" w:fill="F2F2F2"/>
          </w:tcPr>
          <w:p w14:paraId="1E34188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5193" w:type="dxa"/>
            <w:shd w:val="clear" w:color="auto" w:fill="F2F2F2"/>
          </w:tcPr>
          <w:p w14:paraId="4F9D779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274" w:type="dxa"/>
            <w:shd w:val="clear" w:color="auto" w:fill="F2F2F2"/>
          </w:tcPr>
          <w:p w14:paraId="67029EF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274" w:type="dxa"/>
            <w:shd w:val="clear" w:color="auto" w:fill="F2F2F2"/>
          </w:tcPr>
          <w:p w14:paraId="6A988CB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741018D4" w14:textId="77777777">
        <w:trPr>
          <w:jc w:val="center"/>
        </w:trPr>
        <w:tc>
          <w:tcPr>
            <w:tcW w:w="1274" w:type="dxa"/>
          </w:tcPr>
          <w:p w14:paraId="63DA1F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จำแลง</w:t>
            </w:r>
          </w:p>
        </w:tc>
        <w:tc>
          <w:tcPr>
            <w:tcW w:w="5193" w:type="dxa"/>
          </w:tcPr>
          <w:p w14:paraId="41EF2EC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สุ่มจุดอ่อนใหม่ทุก 2 เทิร์น (จุดอ่อน 1 ธาตุ, ต้านทาน 2 ธาตุ)</w:t>
            </w:r>
          </w:p>
        </w:tc>
        <w:tc>
          <w:tcPr>
            <w:tcW w:w="1274" w:type="dxa"/>
          </w:tcPr>
          <w:p w14:paraId="0FE25A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274" w:type="dxa"/>
          </w:tcPr>
          <w:p w14:paraId="79B371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อัตโนมัติ</w:t>
            </w:r>
          </w:p>
        </w:tc>
      </w:tr>
      <w:tr w:rsidR="00501161" w14:paraId="640A240E" w14:textId="77777777">
        <w:trPr>
          <w:jc w:val="center"/>
        </w:trPr>
        <w:tc>
          <w:tcPr>
            <w:tcW w:w="1274" w:type="dxa"/>
          </w:tcPr>
          <w:p w14:paraId="289571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ก๊อปท่า</w:t>
            </w:r>
          </w:p>
        </w:tc>
        <w:tc>
          <w:tcPr>
            <w:tcW w:w="5193" w:type="dxa"/>
          </w:tcPr>
          <w:p w14:paraId="083133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ใช้สกิลล่าสุดที่สมาชิกปาร์ตี้ใช้ ใส่ปาร์ตี้</w:t>
            </w:r>
          </w:p>
        </w:tc>
        <w:tc>
          <w:tcPr>
            <w:tcW w:w="1274" w:type="dxa"/>
          </w:tcPr>
          <w:p w14:paraId="62888E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274" w:type="dxa"/>
          </w:tcPr>
          <w:p w14:paraId="2BD9F7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40%</w:t>
            </w:r>
          </w:p>
        </w:tc>
      </w:tr>
      <w:tr w:rsidR="00501161" w14:paraId="1FD6D870" w14:textId="77777777">
        <w:trPr>
          <w:jc w:val="center"/>
        </w:trPr>
        <w:tc>
          <w:tcPr>
            <w:tcW w:w="1274" w:type="dxa"/>
          </w:tcPr>
          <w:p w14:paraId="741613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ตะปบ</w:t>
            </w:r>
          </w:p>
        </w:tc>
        <w:tc>
          <w:tcPr>
            <w:tcW w:w="5193" w:type="dxa"/>
          </w:tcPr>
          <w:p w14:paraId="0E02ED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140%</w:t>
            </w:r>
          </w:p>
        </w:tc>
        <w:tc>
          <w:tcPr>
            <w:tcW w:w="1274" w:type="dxa"/>
          </w:tcPr>
          <w:p w14:paraId="215F1B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4" w:type="dxa"/>
          </w:tcPr>
          <w:p w14:paraId="58A728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60%</w:t>
            </w:r>
          </w:p>
        </w:tc>
      </w:tr>
    </w:tbl>
    <w:p w14:paraId="1039FEBB" w14:textId="77777777" w:rsidR="00501161" w:rsidRDefault="00501161">
      <w:pPr>
        <w:spacing w:after="40"/>
      </w:pPr>
    </w:p>
    <w:p w14:paraId="1BEE0EB2" w14:textId="77777777" w:rsidR="00501161" w:rsidRDefault="00C637DA">
      <w:pPr>
        <w:pStyle w:val="Heading4"/>
      </w:pPr>
      <w:r>
        <w:t>กินนรราช — สัตว์ชั้นสูง · Caster</w:t>
      </w:r>
    </w:p>
    <w:p w14:paraId="16B69670" w14:textId="77777777" w:rsidR="00501161" w:rsidRDefault="00C637DA">
      <w:pPr>
        <w:ind w:firstLine="720"/>
      </w:pPr>
      <w:r>
        <w:t>กินนรผู้นำ ปีกสีทอง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68"/>
        <w:gridCol w:w="5747"/>
      </w:tblGrid>
      <w:tr w:rsidR="00501161" w14:paraId="7130B1B1" w14:textId="77777777">
        <w:trPr>
          <w:tblHeader/>
          <w:jc w:val="center"/>
        </w:trPr>
        <w:tc>
          <w:tcPr>
            <w:tcW w:w="3268" w:type="dxa"/>
            <w:shd w:val="clear" w:color="auto" w:fill="F2F2F2"/>
          </w:tcPr>
          <w:p w14:paraId="75B5FD0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Status</w:t>
            </w:r>
          </w:p>
        </w:tc>
        <w:tc>
          <w:tcPr>
            <w:tcW w:w="5747" w:type="dxa"/>
            <w:shd w:val="clear" w:color="auto" w:fill="F2F2F2"/>
          </w:tcPr>
          <w:p w14:paraId="61B82A0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Detail</w:t>
            </w:r>
          </w:p>
        </w:tc>
      </w:tr>
      <w:tr w:rsidR="00501161" w14:paraId="6C4B1425" w14:textId="77777777">
        <w:trPr>
          <w:jc w:val="center"/>
        </w:trPr>
        <w:tc>
          <w:tcPr>
            <w:tcW w:w="3268" w:type="dxa"/>
          </w:tcPr>
          <w:p w14:paraId="741DD6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5747" w:type="dxa"/>
          </w:tcPr>
          <w:p w14:paraId="37AC692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92</w:t>
            </w:r>
          </w:p>
        </w:tc>
      </w:tr>
      <w:tr w:rsidR="00501161" w14:paraId="3D8863D7" w14:textId="77777777">
        <w:trPr>
          <w:jc w:val="center"/>
        </w:trPr>
        <w:tc>
          <w:tcPr>
            <w:tcW w:w="3268" w:type="dxa"/>
          </w:tcPr>
          <w:p w14:paraId="1750CF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HP</w:t>
            </w:r>
          </w:p>
        </w:tc>
        <w:tc>
          <w:tcPr>
            <w:tcW w:w="5747" w:type="dxa"/>
          </w:tcPr>
          <w:p w14:paraId="12435E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3,384</w:t>
            </w:r>
          </w:p>
        </w:tc>
      </w:tr>
      <w:tr w:rsidR="00501161" w14:paraId="3943D437" w14:textId="77777777">
        <w:trPr>
          <w:jc w:val="center"/>
        </w:trPr>
        <w:tc>
          <w:tcPr>
            <w:tcW w:w="3268" w:type="dxa"/>
          </w:tcPr>
          <w:p w14:paraId="346AF6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5747" w:type="dxa"/>
          </w:tcPr>
          <w:p w14:paraId="06745DE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423</w:t>
            </w:r>
          </w:p>
        </w:tc>
      </w:tr>
      <w:tr w:rsidR="00501161" w14:paraId="51A39E82" w14:textId="77777777">
        <w:trPr>
          <w:jc w:val="center"/>
        </w:trPr>
        <w:tc>
          <w:tcPr>
            <w:tcW w:w="3268" w:type="dxa"/>
          </w:tcPr>
          <w:p w14:paraId="7A3125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 / Magic DEF</w:t>
            </w:r>
          </w:p>
        </w:tc>
        <w:tc>
          <w:tcPr>
            <w:tcW w:w="5747" w:type="dxa"/>
          </w:tcPr>
          <w:p w14:paraId="4A7DA8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135 / 81</w:t>
            </w:r>
          </w:p>
        </w:tc>
      </w:tr>
      <w:tr w:rsidR="00501161" w14:paraId="579D7B5D" w14:textId="77777777">
        <w:trPr>
          <w:jc w:val="center"/>
        </w:trPr>
        <w:tc>
          <w:tcPr>
            <w:tcW w:w="3268" w:type="dxa"/>
          </w:tcPr>
          <w:p w14:paraId="0D04C1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AGI</w:t>
            </w:r>
          </w:p>
        </w:tc>
        <w:tc>
          <w:tcPr>
            <w:tcW w:w="5747" w:type="dxa"/>
          </w:tcPr>
          <w:p w14:paraId="0A7222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115</w:t>
            </w:r>
          </w:p>
        </w:tc>
      </w:tr>
      <w:tr w:rsidR="00501161" w14:paraId="4306CB2A" w14:textId="77777777">
        <w:trPr>
          <w:jc w:val="center"/>
        </w:trPr>
        <w:tc>
          <w:tcPr>
            <w:tcW w:w="3268" w:type="dxa"/>
          </w:tcPr>
          <w:p w14:paraId="4F928B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5747" w:type="dxa"/>
          </w:tcPr>
          <w:p w14:paraId="43F903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22%</w:t>
            </w:r>
          </w:p>
        </w:tc>
      </w:tr>
      <w:tr w:rsidR="00501161" w14:paraId="692877D0" w14:textId="77777777">
        <w:trPr>
          <w:jc w:val="center"/>
        </w:trPr>
        <w:tc>
          <w:tcPr>
            <w:tcW w:w="3268" w:type="dxa"/>
          </w:tcPr>
          <w:p w14:paraId="76ACE96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ธาตุ (ไฟ / น้ำ / ลม / กายภาพ)</w:t>
            </w:r>
          </w:p>
        </w:tc>
        <w:tc>
          <w:tcPr>
            <w:tcW w:w="5747" w:type="dxa"/>
          </w:tcPr>
          <w:p w14:paraId="62837B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Resist ×0.5 / Resist ×0.5 / Resist ×0.5 / Weak ×1.5</w:t>
            </w:r>
          </w:p>
        </w:tc>
      </w:tr>
      <w:tr w:rsidR="00501161" w14:paraId="2C945AB6" w14:textId="77777777">
        <w:trPr>
          <w:jc w:val="center"/>
        </w:trPr>
        <w:tc>
          <w:tcPr>
            <w:tcW w:w="3268" w:type="dxa"/>
          </w:tcPr>
          <w:p w14:paraId="508956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5747" w:type="dxa"/>
          </w:tcPr>
          <w:p w14:paraId="3FC2BB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5,134 / 567</w:t>
            </w:r>
          </w:p>
        </w:tc>
      </w:tr>
      <w:tr w:rsidR="00501161" w14:paraId="01C4CBF4" w14:textId="77777777">
        <w:trPr>
          <w:jc w:val="center"/>
        </w:trPr>
        <w:tc>
          <w:tcPr>
            <w:tcW w:w="3268" w:type="dxa"/>
          </w:tcPr>
          <w:p w14:paraId="5268C1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5747" w:type="dxa"/>
          </w:tcPr>
          <w:p w14:paraId="17C1D2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ขนทองกินนรราช (100%)</w:t>
            </w:r>
          </w:p>
        </w:tc>
      </w:tr>
      <w:tr w:rsidR="00501161" w14:paraId="21D546F8" w14:textId="77777777">
        <w:trPr>
          <w:jc w:val="center"/>
        </w:trPr>
        <w:tc>
          <w:tcPr>
            <w:tcW w:w="3268" w:type="dxa"/>
          </w:tcPr>
          <w:p w14:paraId="75D0EF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Conditional Drop</w:t>
            </w:r>
          </w:p>
        </w:tc>
        <w:tc>
          <w:tcPr>
            <w:tcW w:w="5747" w:type="dxa"/>
          </w:tcPr>
          <w:p w14:paraId="6B8329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พิณกินนร — เงื่อนไข: </w:t>
            </w:r>
            <w:r>
              <w:rPr>
                <w:sz w:val="28"/>
                <w:szCs w:val="28"/>
              </w:rPr>
              <w:t>ฆ่ากินนรราชก่อนลูกน้อง</w:t>
            </w:r>
          </w:p>
        </w:tc>
      </w:tr>
      <w:tr w:rsidR="00501161" w14:paraId="3D124156" w14:textId="77777777">
        <w:trPr>
          <w:jc w:val="center"/>
        </w:trPr>
        <w:tc>
          <w:tcPr>
            <w:tcW w:w="3268" w:type="dxa"/>
          </w:tcPr>
          <w:p w14:paraId="0E106E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พบที่</w:t>
            </w:r>
          </w:p>
        </w:tc>
        <w:tc>
          <w:tcPr>
            <w:tcW w:w="5747" w:type="dxa"/>
          </w:tcPr>
          <w:p w14:paraId="277135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ชั้น 6</w:t>
            </w:r>
          </w:p>
        </w:tc>
      </w:tr>
      <w:tr w:rsidR="00501161" w14:paraId="241F7363" w14:textId="77777777">
        <w:trPr>
          <w:jc w:val="center"/>
        </w:trPr>
        <w:tc>
          <w:tcPr>
            <w:tcW w:w="3268" w:type="dxa"/>
          </w:tcPr>
          <w:p w14:paraId="006164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จำนวนต่อกลุ่ม</w:t>
            </w:r>
          </w:p>
        </w:tc>
        <w:tc>
          <w:tcPr>
            <w:tcW w:w="5747" w:type="dxa"/>
          </w:tcPr>
          <w:p w14:paraId="335377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+ </w:t>
            </w:r>
            <w:r>
              <w:rPr>
                <w:sz w:val="28"/>
                <w:szCs w:val="28"/>
              </w:rPr>
              <w:t>กินนร 2</w:t>
            </w:r>
          </w:p>
        </w:tc>
      </w:tr>
      <w:tr w:rsidR="00501161" w14:paraId="3872FFA3" w14:textId="77777777">
        <w:trPr>
          <w:jc w:val="center"/>
        </w:trPr>
        <w:tc>
          <w:tcPr>
            <w:tcW w:w="3268" w:type="dxa"/>
          </w:tcPr>
          <w:p w14:paraId="659A60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การเคลื่อนที่บนแมพ</w:t>
            </w:r>
          </w:p>
        </w:tc>
        <w:tc>
          <w:tcPr>
            <w:tcW w:w="5747" w:type="dxa"/>
          </w:tcPr>
          <w:p w14:paraId="6E6875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เฝ้าทางขึ้นเขาไกรลาส ไม่เคลื่อนที่</w:t>
            </w:r>
          </w:p>
        </w:tc>
      </w:tr>
    </w:tbl>
    <w:p w14:paraId="2EC5E077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8"/>
        <w:gridCol w:w="4146"/>
        <w:gridCol w:w="1433"/>
        <w:gridCol w:w="1777"/>
      </w:tblGrid>
      <w:tr w:rsidR="00501161" w14:paraId="6123C1B3" w14:textId="77777777">
        <w:trPr>
          <w:tblHeader/>
          <w:jc w:val="center"/>
        </w:trPr>
        <w:tc>
          <w:tcPr>
            <w:tcW w:w="1658" w:type="dxa"/>
            <w:shd w:val="clear" w:color="auto" w:fill="F2F2F2"/>
          </w:tcPr>
          <w:p w14:paraId="7840FD4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ท่า</w:t>
            </w:r>
          </w:p>
        </w:tc>
        <w:tc>
          <w:tcPr>
            <w:tcW w:w="4146" w:type="dxa"/>
            <w:shd w:val="clear" w:color="auto" w:fill="F2F2F2"/>
          </w:tcPr>
          <w:p w14:paraId="7042B5D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ผล</w:t>
            </w:r>
          </w:p>
        </w:tc>
        <w:tc>
          <w:tcPr>
            <w:tcW w:w="1433" w:type="dxa"/>
            <w:shd w:val="clear" w:color="auto" w:fill="F2F2F2"/>
          </w:tcPr>
          <w:p w14:paraId="4A47A3F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Cooldown</w:t>
            </w:r>
          </w:p>
        </w:tc>
        <w:tc>
          <w:tcPr>
            <w:tcW w:w="1777" w:type="dxa"/>
            <w:shd w:val="clear" w:color="auto" w:fill="F2F2F2"/>
          </w:tcPr>
          <w:p w14:paraId="396B36D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โอกาสใช้</w:t>
            </w:r>
          </w:p>
        </w:tc>
      </w:tr>
      <w:tr w:rsidR="00501161" w14:paraId="0FC380E0" w14:textId="77777777">
        <w:trPr>
          <w:jc w:val="center"/>
        </w:trPr>
        <w:tc>
          <w:tcPr>
            <w:tcW w:w="1658" w:type="dxa"/>
          </w:tcPr>
          <w:p w14:paraId="33CAE9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เพลงแห่งอโนดาต</w:t>
            </w:r>
          </w:p>
        </w:tc>
        <w:tc>
          <w:tcPr>
            <w:tcW w:w="4146" w:type="dxa"/>
          </w:tcPr>
          <w:p w14:paraId="0A7D63F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ชุบชีวิตพวกเดียวกัน 1 ตัวที่ 50% HP</w:t>
            </w:r>
          </w:p>
        </w:tc>
        <w:tc>
          <w:tcPr>
            <w:tcW w:w="1433" w:type="dxa"/>
          </w:tcPr>
          <w:p w14:paraId="0770FB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777" w:type="dxa"/>
          </w:tcPr>
          <w:p w14:paraId="1468B3B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50% </w:t>
            </w:r>
            <w:r>
              <w:rPr>
                <w:sz w:val="28"/>
                <w:szCs w:val="28"/>
              </w:rPr>
              <w:t>ถ้ามีพวกตาย</w:t>
            </w:r>
          </w:p>
        </w:tc>
      </w:tr>
      <w:tr w:rsidR="00501161" w14:paraId="5482918D" w14:textId="77777777">
        <w:trPr>
          <w:jc w:val="center"/>
        </w:trPr>
        <w:tc>
          <w:tcPr>
            <w:tcW w:w="1658" w:type="dxa"/>
          </w:tcPr>
          <w:p w14:paraId="5A33BB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ระบำทอง</w:t>
            </w:r>
          </w:p>
        </w:tc>
        <w:tc>
          <w:tcPr>
            <w:tcW w:w="4146" w:type="dxa"/>
          </w:tcPr>
          <w:p w14:paraId="0DAC610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Sleep 50% </w:t>
            </w:r>
            <w:r>
              <w:rPr>
                <w:sz w:val="28"/>
                <w:szCs w:val="28"/>
              </w:rPr>
              <w:t>ทั้งปาร์ตี้</w:t>
            </w:r>
          </w:p>
        </w:tc>
        <w:tc>
          <w:tcPr>
            <w:tcW w:w="1433" w:type="dxa"/>
          </w:tcPr>
          <w:p w14:paraId="291359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เทิร์น</w:t>
            </w:r>
          </w:p>
        </w:tc>
        <w:tc>
          <w:tcPr>
            <w:tcW w:w="1777" w:type="dxa"/>
          </w:tcPr>
          <w:p w14:paraId="66653A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  <w:tr w:rsidR="00501161" w14:paraId="16D4EB91" w14:textId="77777777">
        <w:trPr>
          <w:jc w:val="center"/>
        </w:trPr>
        <w:tc>
          <w:tcPr>
            <w:tcW w:w="1658" w:type="dxa"/>
          </w:tcPr>
          <w:p w14:paraId="30169F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ปีกทอง</w:t>
            </w:r>
          </w:p>
        </w:tc>
        <w:tc>
          <w:tcPr>
            <w:tcW w:w="4146" w:type="dxa"/>
          </w:tcPr>
          <w:p w14:paraId="6EF28E3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140%</w:t>
            </w:r>
          </w:p>
        </w:tc>
        <w:tc>
          <w:tcPr>
            <w:tcW w:w="1433" w:type="dxa"/>
          </w:tcPr>
          <w:p w14:paraId="6A4729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77" w:type="dxa"/>
          </w:tcPr>
          <w:p w14:paraId="471F4CD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20%</w:t>
            </w:r>
          </w:p>
        </w:tc>
      </w:tr>
    </w:tbl>
    <w:p w14:paraId="015DEA61" w14:textId="77777777" w:rsidR="00501161" w:rsidRDefault="00501161">
      <w:pPr>
        <w:spacing w:after="40"/>
      </w:pPr>
    </w:p>
    <w:p w14:paraId="0AF53068" w14:textId="77777777" w:rsidR="00501161" w:rsidRDefault="00C637DA">
      <w:pPr>
        <w:pStyle w:val="Heading2"/>
      </w:pPr>
      <w:bookmarkStart w:id="81" w:name="_Toc243336751"/>
      <w:r>
        <w:t>13.7 Survivability Reference</w:t>
      </w:r>
      <w:bookmarkEnd w:id="81"/>
    </w:p>
    <w:p w14:paraId="7B4EBCDA" w14:textId="77777777" w:rsidR="00501161" w:rsidRDefault="00C637DA">
      <w:pPr>
        <w:ind w:firstLine="720"/>
      </w:pPr>
      <w:r>
        <w:t>จำนวนครั้งที่ศัตรูทั่วไปตัวที่แรงที่สุดของ Chapter (Physical 100%) ต้องตีจึงจะฆ่าตัวละครที่อยู่ Lv เป้าหมาย (Stat ตามเลเวล + ชุดคราฟดีสุดของ Chapter ไม่รวม Stat Boost Skill</w:t>
      </w:r>
      <w:r>
        <w:t xml:space="preserve">) </w:t>
      </w:r>
      <w:r>
        <w:t>และจำนวนครั้งที่นักรบ (ไม้จ้วงฟัน Rank 5) ต้องตีจึงจะฆ่าศัตรูตัวนั้น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9"/>
        <w:gridCol w:w="1649"/>
        <w:gridCol w:w="2089"/>
        <w:gridCol w:w="2089"/>
        <w:gridCol w:w="2089"/>
      </w:tblGrid>
      <w:tr w:rsidR="00501161" w14:paraId="04D850EF" w14:textId="77777777">
        <w:trPr>
          <w:tblHeader/>
          <w:jc w:val="center"/>
        </w:trPr>
        <w:tc>
          <w:tcPr>
            <w:tcW w:w="1099" w:type="dxa"/>
            <w:shd w:val="clear" w:color="auto" w:fill="F2F2F2"/>
          </w:tcPr>
          <w:p w14:paraId="16AFEFF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Ch</w:t>
            </w:r>
          </w:p>
        </w:tc>
        <w:tc>
          <w:tcPr>
            <w:tcW w:w="1649" w:type="dxa"/>
            <w:shd w:val="clear" w:color="auto" w:fill="F2F2F2"/>
          </w:tcPr>
          <w:p w14:paraId="7694D2A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ศัตรู</w:t>
            </w:r>
          </w:p>
        </w:tc>
        <w:tc>
          <w:tcPr>
            <w:tcW w:w="2089" w:type="dxa"/>
            <w:shd w:val="clear" w:color="auto" w:fill="F2F2F2"/>
          </w:tcPr>
          <w:p w14:paraId="466161C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ตีนักรบจนตาย</w:t>
            </w:r>
          </w:p>
        </w:tc>
        <w:tc>
          <w:tcPr>
            <w:tcW w:w="2089" w:type="dxa"/>
            <w:shd w:val="clear" w:color="auto" w:fill="F2F2F2"/>
          </w:tcPr>
          <w:p w14:paraId="20F0C95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ตีจอมขมังเวทย์จนตาย</w:t>
            </w:r>
          </w:p>
        </w:tc>
        <w:tc>
          <w:tcPr>
            <w:tcW w:w="2089" w:type="dxa"/>
            <w:shd w:val="clear" w:color="auto" w:fill="F2F2F2"/>
          </w:tcPr>
          <w:p w14:paraId="5069C5D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นักรบฆ่าศัตรู</w:t>
            </w:r>
          </w:p>
        </w:tc>
      </w:tr>
      <w:tr w:rsidR="00501161" w14:paraId="3E89888C" w14:textId="77777777">
        <w:trPr>
          <w:jc w:val="center"/>
        </w:trPr>
        <w:tc>
          <w:tcPr>
            <w:tcW w:w="1099" w:type="dxa"/>
          </w:tcPr>
          <w:p w14:paraId="79A583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49" w:type="dxa"/>
          </w:tcPr>
          <w:p w14:paraId="5DAA9D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ทักทอ Lv7</w:t>
            </w:r>
          </w:p>
        </w:tc>
        <w:tc>
          <w:tcPr>
            <w:tcW w:w="2089" w:type="dxa"/>
          </w:tcPr>
          <w:p w14:paraId="7555F13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23 </w:t>
            </w:r>
            <w:r>
              <w:rPr>
                <w:sz w:val="28"/>
                <w:szCs w:val="28"/>
              </w:rPr>
              <w:t>ครั้ง (19/ครั้ง)</w:t>
            </w:r>
          </w:p>
        </w:tc>
        <w:tc>
          <w:tcPr>
            <w:tcW w:w="2089" w:type="dxa"/>
          </w:tcPr>
          <w:p w14:paraId="7D140A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9 </w:t>
            </w:r>
            <w:r>
              <w:rPr>
                <w:sz w:val="28"/>
                <w:szCs w:val="28"/>
              </w:rPr>
              <w:t>ครั้ง (24/ครั้ง)</w:t>
            </w:r>
          </w:p>
        </w:tc>
        <w:tc>
          <w:tcPr>
            <w:tcW w:w="2089" w:type="dxa"/>
          </w:tcPr>
          <w:p w14:paraId="04F4CDD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ครั้ง (74/ครั้ง)</w:t>
            </w:r>
          </w:p>
        </w:tc>
      </w:tr>
      <w:tr w:rsidR="00501161" w14:paraId="2D4B14CF" w14:textId="77777777">
        <w:trPr>
          <w:jc w:val="center"/>
        </w:trPr>
        <w:tc>
          <w:tcPr>
            <w:tcW w:w="1099" w:type="dxa"/>
          </w:tcPr>
          <w:p w14:paraId="3D483B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49" w:type="dxa"/>
          </w:tcPr>
          <w:p w14:paraId="1728126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กุมภีร์ Lv22</w:t>
            </w:r>
          </w:p>
        </w:tc>
        <w:tc>
          <w:tcPr>
            <w:tcW w:w="2089" w:type="dxa"/>
          </w:tcPr>
          <w:p w14:paraId="7755FB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18 </w:t>
            </w:r>
            <w:r>
              <w:rPr>
                <w:sz w:val="28"/>
                <w:szCs w:val="28"/>
              </w:rPr>
              <w:t>ครั้ง (41/ครั้ง)</w:t>
            </w:r>
          </w:p>
        </w:tc>
        <w:tc>
          <w:tcPr>
            <w:tcW w:w="2089" w:type="dxa"/>
          </w:tcPr>
          <w:p w14:paraId="38AB30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6 </w:t>
            </w:r>
            <w:r>
              <w:rPr>
                <w:sz w:val="28"/>
                <w:szCs w:val="28"/>
              </w:rPr>
              <w:t xml:space="preserve">ครั้ง </w:t>
            </w:r>
            <w:r>
              <w:rPr>
                <w:sz w:val="28"/>
                <w:szCs w:val="28"/>
              </w:rPr>
              <w:t>(57/</w:t>
            </w:r>
            <w:r>
              <w:rPr>
                <w:sz w:val="28"/>
                <w:szCs w:val="28"/>
              </w:rPr>
              <w:t>ครั้ง)</w:t>
            </w:r>
          </w:p>
        </w:tc>
        <w:tc>
          <w:tcPr>
            <w:tcW w:w="2089" w:type="dxa"/>
          </w:tcPr>
          <w:p w14:paraId="1A6EF21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ครั้ง (117/ครั้ง)</w:t>
            </w:r>
          </w:p>
        </w:tc>
      </w:tr>
      <w:tr w:rsidR="00501161" w14:paraId="4DECBDD6" w14:textId="77777777">
        <w:trPr>
          <w:jc w:val="center"/>
        </w:trPr>
        <w:tc>
          <w:tcPr>
            <w:tcW w:w="1099" w:type="dxa"/>
          </w:tcPr>
          <w:p w14:paraId="346A0D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49" w:type="dxa"/>
          </w:tcPr>
          <w:p w14:paraId="6398ED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ไกรสรคาวี Lv34</w:t>
            </w:r>
          </w:p>
        </w:tc>
        <w:tc>
          <w:tcPr>
            <w:tcW w:w="2089" w:type="dxa"/>
          </w:tcPr>
          <w:p w14:paraId="7CD424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20 </w:t>
            </w:r>
            <w:r>
              <w:rPr>
                <w:sz w:val="28"/>
                <w:szCs w:val="28"/>
              </w:rPr>
              <w:t>ครั้ง (52/ครั้ง)</w:t>
            </w:r>
          </w:p>
        </w:tc>
        <w:tc>
          <w:tcPr>
            <w:tcW w:w="2089" w:type="dxa"/>
          </w:tcPr>
          <w:p w14:paraId="719C20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6 </w:t>
            </w:r>
            <w:r>
              <w:rPr>
                <w:sz w:val="28"/>
                <w:szCs w:val="28"/>
              </w:rPr>
              <w:t>ครั้ง (78/ครั้ง)</w:t>
            </w:r>
          </w:p>
        </w:tc>
        <w:tc>
          <w:tcPr>
            <w:tcW w:w="2089" w:type="dxa"/>
          </w:tcPr>
          <w:p w14:paraId="0DA354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ครั้ง (167/ครั้ง)</w:t>
            </w:r>
          </w:p>
        </w:tc>
      </w:tr>
      <w:tr w:rsidR="00501161" w14:paraId="7BDAC30E" w14:textId="77777777">
        <w:trPr>
          <w:jc w:val="center"/>
        </w:trPr>
        <w:tc>
          <w:tcPr>
            <w:tcW w:w="1099" w:type="dxa"/>
          </w:tcPr>
          <w:p w14:paraId="0E3B9BB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49" w:type="dxa"/>
          </w:tcPr>
          <w:p w14:paraId="1FD0FD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คชปักษา Lv46</w:t>
            </w:r>
          </w:p>
        </w:tc>
        <w:tc>
          <w:tcPr>
            <w:tcW w:w="2089" w:type="dxa"/>
          </w:tcPr>
          <w:p w14:paraId="2F9A82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22 </w:t>
            </w:r>
            <w:r>
              <w:rPr>
                <w:sz w:val="28"/>
                <w:szCs w:val="28"/>
              </w:rPr>
              <w:t>ครั้ง (59/ครั้ง)</w:t>
            </w:r>
          </w:p>
        </w:tc>
        <w:tc>
          <w:tcPr>
            <w:tcW w:w="2089" w:type="dxa"/>
          </w:tcPr>
          <w:p w14:paraId="558C4DC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7 </w:t>
            </w:r>
            <w:r>
              <w:rPr>
                <w:sz w:val="28"/>
                <w:szCs w:val="28"/>
              </w:rPr>
              <w:t>ครั้ง (93/ครั้ง)</w:t>
            </w:r>
          </w:p>
        </w:tc>
        <w:tc>
          <w:tcPr>
            <w:tcW w:w="2089" w:type="dxa"/>
          </w:tcPr>
          <w:p w14:paraId="02907B6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ครั้ง (228/ครั้ง)</w:t>
            </w:r>
          </w:p>
        </w:tc>
      </w:tr>
      <w:tr w:rsidR="00501161" w14:paraId="5E2B16AD" w14:textId="77777777">
        <w:trPr>
          <w:jc w:val="center"/>
        </w:trPr>
        <w:tc>
          <w:tcPr>
            <w:tcW w:w="1099" w:type="dxa"/>
          </w:tcPr>
          <w:p w14:paraId="1279E9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49" w:type="dxa"/>
          </w:tcPr>
          <w:p w14:paraId="69FE9B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กิเลน Lv59</w:t>
            </w:r>
          </w:p>
        </w:tc>
        <w:tc>
          <w:tcPr>
            <w:tcW w:w="2089" w:type="dxa"/>
          </w:tcPr>
          <w:p w14:paraId="679C8D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25 </w:t>
            </w:r>
            <w:r>
              <w:rPr>
                <w:sz w:val="28"/>
                <w:szCs w:val="28"/>
              </w:rPr>
              <w:t>ครั้ง (65/ครั้ง)</w:t>
            </w:r>
          </w:p>
        </w:tc>
        <w:tc>
          <w:tcPr>
            <w:tcW w:w="2089" w:type="dxa"/>
          </w:tcPr>
          <w:p w14:paraId="7BDDA0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7 </w:t>
            </w:r>
            <w:r>
              <w:rPr>
                <w:sz w:val="28"/>
                <w:szCs w:val="28"/>
              </w:rPr>
              <w:t>ครั้ง (108/ครั้ง)</w:t>
            </w:r>
          </w:p>
        </w:tc>
        <w:tc>
          <w:tcPr>
            <w:tcW w:w="2089" w:type="dxa"/>
          </w:tcPr>
          <w:p w14:paraId="007330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6 </w:t>
            </w:r>
            <w:r>
              <w:rPr>
                <w:sz w:val="28"/>
                <w:szCs w:val="28"/>
              </w:rPr>
              <w:t xml:space="preserve">ครั้ง </w:t>
            </w:r>
            <w:r>
              <w:rPr>
                <w:sz w:val="28"/>
                <w:szCs w:val="28"/>
              </w:rPr>
              <w:t>(223/</w:t>
            </w:r>
            <w:r>
              <w:rPr>
                <w:sz w:val="28"/>
                <w:szCs w:val="28"/>
              </w:rPr>
              <w:t>ครั้ง)</w:t>
            </w:r>
          </w:p>
        </w:tc>
      </w:tr>
      <w:tr w:rsidR="00501161" w14:paraId="45849186" w14:textId="77777777">
        <w:trPr>
          <w:jc w:val="center"/>
        </w:trPr>
        <w:tc>
          <w:tcPr>
            <w:tcW w:w="1099" w:type="dxa"/>
          </w:tcPr>
          <w:p w14:paraId="3611D0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49" w:type="dxa"/>
          </w:tcPr>
          <w:p w14:paraId="647C7C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ไกรสรปักษา Lv73</w:t>
            </w:r>
          </w:p>
        </w:tc>
        <w:tc>
          <w:tcPr>
            <w:tcW w:w="2089" w:type="dxa"/>
          </w:tcPr>
          <w:p w14:paraId="16C17B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29 </w:t>
            </w:r>
            <w:r>
              <w:rPr>
                <w:sz w:val="28"/>
                <w:szCs w:val="28"/>
              </w:rPr>
              <w:t>ครั้ง (68/ครั้ง)</w:t>
            </w:r>
          </w:p>
        </w:tc>
        <w:tc>
          <w:tcPr>
            <w:tcW w:w="2089" w:type="dxa"/>
          </w:tcPr>
          <w:p w14:paraId="17BAAC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8 </w:t>
            </w:r>
            <w:r>
              <w:rPr>
                <w:sz w:val="28"/>
                <w:szCs w:val="28"/>
              </w:rPr>
              <w:t>ครั้ง (119/ครั้ง)</w:t>
            </w:r>
          </w:p>
        </w:tc>
        <w:tc>
          <w:tcPr>
            <w:tcW w:w="2089" w:type="dxa"/>
          </w:tcPr>
          <w:p w14:paraId="6F7A65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ครั้ง (359/ครั้ง)</w:t>
            </w:r>
          </w:p>
        </w:tc>
      </w:tr>
      <w:tr w:rsidR="00501161" w14:paraId="021D93C0" w14:textId="77777777">
        <w:trPr>
          <w:jc w:val="center"/>
        </w:trPr>
        <w:tc>
          <w:tcPr>
            <w:tcW w:w="1099" w:type="dxa"/>
          </w:tcPr>
          <w:p w14:paraId="09CF92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649" w:type="dxa"/>
          </w:tcPr>
          <w:p w14:paraId="7B409D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โตเทพอัสดร Lv87</w:t>
            </w:r>
          </w:p>
        </w:tc>
        <w:tc>
          <w:tcPr>
            <w:tcW w:w="2089" w:type="dxa"/>
          </w:tcPr>
          <w:p w14:paraId="78F9DD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34 </w:t>
            </w:r>
            <w:r>
              <w:rPr>
                <w:sz w:val="28"/>
                <w:szCs w:val="28"/>
              </w:rPr>
              <w:t>ครั้ง (69/ครั้ง)</w:t>
            </w:r>
          </w:p>
        </w:tc>
        <w:tc>
          <w:tcPr>
            <w:tcW w:w="2089" w:type="dxa"/>
          </w:tcPr>
          <w:p w14:paraId="24C5D5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9 </w:t>
            </w:r>
            <w:r>
              <w:rPr>
                <w:sz w:val="28"/>
                <w:szCs w:val="28"/>
              </w:rPr>
              <w:t>ครั้ง (125/ครั้ง)</w:t>
            </w:r>
          </w:p>
        </w:tc>
        <w:tc>
          <w:tcPr>
            <w:tcW w:w="2089" w:type="dxa"/>
          </w:tcPr>
          <w:p w14:paraId="54A6126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 </w:t>
            </w:r>
            <w:r>
              <w:rPr>
                <w:sz w:val="28"/>
                <w:szCs w:val="28"/>
              </w:rPr>
              <w:t>ครั้ง (394/ครั้ง)</w:t>
            </w:r>
          </w:p>
        </w:tc>
      </w:tr>
    </w:tbl>
    <w:p w14:paraId="43B9F069" w14:textId="77777777" w:rsidR="00501161" w:rsidRDefault="00501161">
      <w:pPr>
        <w:spacing w:after="40"/>
      </w:pPr>
    </w:p>
    <w:p w14:paraId="4F48C6CF" w14:textId="77777777" w:rsidR="00501161" w:rsidRDefault="00C637DA">
      <w:pPr>
        <w:pStyle w:val="ListBullet"/>
        <w:ind w:left="720"/>
      </w:pPr>
      <w:r>
        <w:rPr>
          <w:b/>
          <w:bCs/>
        </w:rPr>
        <w:lastRenderedPageBreak/>
        <w:t>Design Note:</w:t>
      </w:r>
      <w:r>
        <w:t xml:space="preserve"> </w:t>
      </w:r>
      <w:r>
        <w:t>เป้าคือนักรบรับได้ 15+ ครั้ง และตัวบาง (จอมขมังเวทย์) รับได้ 5–9 ครั้ง (ศัตรูมาเป็นกลุ่มและใช้ท่าที่แรงกว่า 100% ตัวบางจึงรับได้จริงประมาณ 2–3 เทิร์น) ทำให้การปกป้องตัวบางสำคัญเสมอ ถ้า Playtest แล้วตัวเลขนี้เลื่อนไปมาก ให้ปรับสูตร ATK ศัตรูก่อน</w:t>
      </w:r>
    </w:p>
    <w:p w14:paraId="35FFDBCD" w14:textId="77777777" w:rsidR="00501161" w:rsidRDefault="00C637DA">
      <w:pPr>
        <w:pStyle w:val="Heading2"/>
      </w:pPr>
      <w:bookmarkStart w:id="82" w:name="_Toc243336752"/>
      <w:r>
        <w:t>13.8 Besti</w:t>
      </w:r>
      <w:r>
        <w:t>ary (</w:t>
      </w:r>
      <w:r>
        <w:t>สมุดสัตว์)</w:t>
      </w:r>
      <w:bookmarkEnd w:id="82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42"/>
        <w:gridCol w:w="5572"/>
      </w:tblGrid>
      <w:tr w:rsidR="00501161" w14:paraId="3D53C4BE" w14:textId="77777777">
        <w:trPr>
          <w:tblHeader/>
          <w:jc w:val="center"/>
        </w:trPr>
        <w:tc>
          <w:tcPr>
            <w:tcW w:w="3442" w:type="dxa"/>
            <w:shd w:val="clear" w:color="auto" w:fill="F2F2F2"/>
          </w:tcPr>
          <w:p w14:paraId="33A010D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ล้มได้</w:t>
            </w:r>
          </w:p>
        </w:tc>
        <w:tc>
          <w:tcPr>
            <w:tcW w:w="5572" w:type="dxa"/>
            <w:shd w:val="clear" w:color="auto" w:fill="F2F2F2"/>
          </w:tcPr>
          <w:p w14:paraId="1EB2683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ข้อมูลที่เปิด</w:t>
            </w:r>
          </w:p>
        </w:tc>
      </w:tr>
      <w:tr w:rsidR="00501161" w14:paraId="7D900CA6" w14:textId="77777777">
        <w:trPr>
          <w:jc w:val="center"/>
        </w:trPr>
        <w:tc>
          <w:tcPr>
            <w:tcW w:w="3442" w:type="dxa"/>
          </w:tcPr>
          <w:p w14:paraId="51AF75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ครั้ง</w:t>
            </w:r>
          </w:p>
        </w:tc>
        <w:tc>
          <w:tcPr>
            <w:tcW w:w="5572" w:type="dxa"/>
          </w:tcPr>
          <w:p w14:paraId="533D9B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ภาพ ชื่อ HP สูงสุด Drop ปกติ</w:t>
            </w:r>
          </w:p>
        </w:tc>
      </w:tr>
      <w:tr w:rsidR="00501161" w14:paraId="56D89C16" w14:textId="77777777">
        <w:trPr>
          <w:jc w:val="center"/>
        </w:trPr>
        <w:tc>
          <w:tcPr>
            <w:tcW w:w="3442" w:type="dxa"/>
          </w:tcPr>
          <w:p w14:paraId="1A4227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ตีด้วยธาตุ / เพ่งกสิณ</w:t>
            </w:r>
          </w:p>
        </w:tc>
        <w:tc>
          <w:tcPr>
            <w:tcW w:w="5572" w:type="dxa"/>
          </w:tcPr>
          <w:p w14:paraId="76E1FD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ค่าธาตุนั้น</w:t>
            </w:r>
          </w:p>
        </w:tc>
      </w:tr>
      <w:tr w:rsidR="00501161" w14:paraId="17DB897C" w14:textId="77777777">
        <w:trPr>
          <w:jc w:val="center"/>
        </w:trPr>
        <w:tc>
          <w:tcPr>
            <w:tcW w:w="3442" w:type="dxa"/>
          </w:tcPr>
          <w:p w14:paraId="4EE8CA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ครั้ง</w:t>
            </w:r>
          </w:p>
        </w:tc>
        <w:tc>
          <w:tcPr>
            <w:tcW w:w="5572" w:type="dxa"/>
          </w:tcPr>
          <w:p w14:paraId="539BB78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คำใบ้ Conditional Drop, ท่าทั้งหมด</w:t>
            </w:r>
          </w:p>
        </w:tc>
      </w:tr>
      <w:tr w:rsidR="00501161" w14:paraId="2F3974ED" w14:textId="77777777">
        <w:trPr>
          <w:jc w:val="center"/>
        </w:trPr>
        <w:tc>
          <w:tcPr>
            <w:tcW w:w="3442" w:type="dxa"/>
          </w:tcPr>
          <w:p w14:paraId="5C3627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10 </w:t>
            </w:r>
            <w:r>
              <w:rPr>
                <w:sz w:val="28"/>
                <w:szCs w:val="28"/>
              </w:rPr>
              <w:t>ครั้ง</w:t>
            </w:r>
          </w:p>
        </w:tc>
        <w:tc>
          <w:tcPr>
            <w:tcW w:w="5572" w:type="dxa"/>
          </w:tcPr>
          <w:p w14:paraId="249CD2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เรื่องเล่าตามตำนานของสัตว์ตัวนั้น</w:t>
            </w:r>
          </w:p>
        </w:tc>
      </w:tr>
    </w:tbl>
    <w:p w14:paraId="4A4785FC" w14:textId="77777777" w:rsidR="00501161" w:rsidRDefault="00501161">
      <w:pPr>
        <w:spacing w:after="40"/>
      </w:pPr>
    </w:p>
    <w:p w14:paraId="34EBDEE0" w14:textId="77777777" w:rsidR="00501161" w:rsidRDefault="00C637DA">
      <w:pPr>
        <w:pStyle w:val="Heading1"/>
        <w:pageBreakBefore/>
      </w:pPr>
      <w:bookmarkStart w:id="83" w:name="_Toc243336753"/>
      <w:r>
        <w:lastRenderedPageBreak/>
        <w:t>14. Boss Design (</w:t>
      </w:r>
      <w:r>
        <w:t>รอ Game Designer ระบุตัวบอส)</w:t>
      </w:r>
      <w:bookmarkEnd w:id="83"/>
    </w:p>
    <w:p w14:paraId="57D21868" w14:textId="77777777" w:rsidR="00501161" w:rsidRDefault="00C637DA">
      <w:pPr>
        <w:ind w:firstLine="720"/>
      </w:pPr>
      <w:r>
        <w:t>บอสประจำ Chapter จะถูกระบุโดย Game Designer หัวข้อนี้คือกฎและ Template ที่บอสทุกตัวต้องมี สัตว์ที่สำคัญที่สุดในตำนานไม่ได้ใส่เป็นศัตรูทั่วไป เพื่อเก็บไว้เป็นตัวเลือกบอส: ไกรสรราชสีห์, ช้างฉัททันต์, พญานาค, ครุฑ, หงส์ทอง, ปลาอานนท์, เอราวัณ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1"/>
        <w:gridCol w:w="6573"/>
      </w:tblGrid>
      <w:tr w:rsidR="00501161" w14:paraId="2BAD9D24" w14:textId="77777777">
        <w:trPr>
          <w:tblHeader/>
          <w:jc w:val="center"/>
        </w:trPr>
        <w:tc>
          <w:tcPr>
            <w:tcW w:w="2441" w:type="dxa"/>
            <w:shd w:val="clear" w:color="auto" w:fill="F2F2F2"/>
          </w:tcPr>
          <w:p w14:paraId="31FF303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6573" w:type="dxa"/>
            <w:shd w:val="clear" w:color="auto" w:fill="F2F2F2"/>
          </w:tcPr>
          <w:p w14:paraId="25EA619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5AAE7571" w14:textId="77777777">
        <w:trPr>
          <w:jc w:val="center"/>
        </w:trPr>
        <w:tc>
          <w:tcPr>
            <w:tcW w:w="2441" w:type="dxa"/>
          </w:tcPr>
          <w:p w14:paraId="3E7241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6573" w:type="dxa"/>
          </w:tcPr>
          <w:p w14:paraId="40355FF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Lv </w:t>
            </w:r>
            <w:r>
              <w:rPr>
                <w:sz w:val="28"/>
                <w:szCs w:val="28"/>
              </w:rPr>
              <w:t>สูงสุดของ Chapter + 2</w:t>
            </w:r>
          </w:p>
        </w:tc>
      </w:tr>
      <w:tr w:rsidR="00501161" w14:paraId="21F3123F" w14:textId="77777777">
        <w:trPr>
          <w:jc w:val="center"/>
        </w:trPr>
        <w:tc>
          <w:tcPr>
            <w:tcW w:w="2441" w:type="dxa"/>
          </w:tcPr>
          <w:p w14:paraId="71DC68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6573" w:type="dxa"/>
          </w:tcPr>
          <w:p w14:paraId="2FA32C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(30 + 15 × Lv) × 12</w:t>
            </w:r>
          </w:p>
        </w:tc>
      </w:tr>
      <w:tr w:rsidR="00501161" w14:paraId="58350205" w14:textId="77777777">
        <w:trPr>
          <w:jc w:val="center"/>
        </w:trPr>
        <w:tc>
          <w:tcPr>
            <w:tcW w:w="2441" w:type="dxa"/>
          </w:tcPr>
          <w:p w14:paraId="050FCF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ATK</w:t>
            </w:r>
          </w:p>
        </w:tc>
        <w:tc>
          <w:tcPr>
            <w:tcW w:w="6573" w:type="dxa"/>
          </w:tcPr>
          <w:p w14:paraId="4AA5DD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(8 + 3.2 × Lv) × 1.6</w:t>
            </w:r>
          </w:p>
        </w:tc>
      </w:tr>
      <w:tr w:rsidR="00501161" w14:paraId="1BB18049" w14:textId="77777777">
        <w:trPr>
          <w:jc w:val="center"/>
        </w:trPr>
        <w:tc>
          <w:tcPr>
            <w:tcW w:w="2441" w:type="dxa"/>
          </w:tcPr>
          <w:p w14:paraId="049B56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Accuracy</w:t>
            </w:r>
          </w:p>
        </w:tc>
        <w:tc>
          <w:tcPr>
            <w:tcW w:w="6573" w:type="dxa"/>
          </w:tcPr>
          <w:p w14:paraId="5641219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30%</w:t>
            </w:r>
          </w:p>
        </w:tc>
      </w:tr>
      <w:tr w:rsidR="00501161" w14:paraId="4390248B" w14:textId="77777777">
        <w:trPr>
          <w:jc w:val="center"/>
        </w:trPr>
        <w:tc>
          <w:tcPr>
            <w:tcW w:w="2441" w:type="dxa"/>
          </w:tcPr>
          <w:p w14:paraId="039324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Status Resist</w:t>
            </w:r>
          </w:p>
        </w:tc>
        <w:tc>
          <w:tcPr>
            <w:tcW w:w="6573" w:type="dxa"/>
          </w:tcPr>
          <w:p w14:paraId="3EE71E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50% + Duration </w:t>
            </w:r>
            <w:r>
              <w:rPr>
                <w:sz w:val="28"/>
                <w:szCs w:val="28"/>
              </w:rPr>
              <w:t>สั้นลง (Section 5.6)</w:t>
            </w:r>
          </w:p>
        </w:tc>
      </w:tr>
      <w:tr w:rsidR="00501161" w14:paraId="5B54DA9C" w14:textId="77777777">
        <w:trPr>
          <w:jc w:val="center"/>
        </w:trPr>
        <w:tc>
          <w:tcPr>
            <w:tcW w:w="2441" w:type="dxa"/>
          </w:tcPr>
          <w:p w14:paraId="0BD6B8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 / Gold</w:t>
            </w:r>
          </w:p>
        </w:tc>
        <w:tc>
          <w:tcPr>
            <w:tcW w:w="6573" w:type="dxa"/>
          </w:tcPr>
          <w:p w14:paraId="47747F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×8 / ×10</w:t>
            </w:r>
          </w:p>
        </w:tc>
      </w:tr>
      <w:tr w:rsidR="00501161" w14:paraId="326B0CC9" w14:textId="77777777">
        <w:trPr>
          <w:jc w:val="center"/>
        </w:trPr>
        <w:tc>
          <w:tcPr>
            <w:tcW w:w="2441" w:type="dxa"/>
          </w:tcPr>
          <w:p w14:paraId="61537C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หนี</w:t>
            </w:r>
          </w:p>
        </w:tc>
        <w:tc>
          <w:tcPr>
            <w:tcW w:w="6573" w:type="dxa"/>
          </w:tcPr>
          <w:p w14:paraId="5AEC32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ไม่ได้</w:t>
            </w:r>
          </w:p>
        </w:tc>
      </w:tr>
    </w:tbl>
    <w:p w14:paraId="4FD64E90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3"/>
      </w:tblGrid>
      <w:tr w:rsidR="00501161" w14:paraId="237D54F6" w14:textId="77777777">
        <w:trPr>
          <w:tblHeader/>
          <w:jc w:val="center"/>
        </w:trPr>
        <w:tc>
          <w:tcPr>
            <w:tcW w:w="1803" w:type="dxa"/>
            <w:shd w:val="clear" w:color="auto" w:fill="F2F2F2"/>
          </w:tcPr>
          <w:p w14:paraId="6B90D87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Ch</w:t>
            </w:r>
          </w:p>
        </w:tc>
        <w:tc>
          <w:tcPr>
            <w:tcW w:w="1803" w:type="dxa"/>
            <w:shd w:val="clear" w:color="auto" w:fill="F2F2F2"/>
          </w:tcPr>
          <w:p w14:paraId="2ECCDAC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Lv </w:t>
            </w:r>
            <w:r>
              <w:rPr>
                <w:b/>
                <w:bCs/>
                <w:sz w:val="28"/>
                <w:szCs w:val="28"/>
              </w:rPr>
              <w:t>บอส</w:t>
            </w:r>
          </w:p>
        </w:tc>
        <w:tc>
          <w:tcPr>
            <w:tcW w:w="1803" w:type="dxa"/>
            <w:shd w:val="clear" w:color="auto" w:fill="F2F2F2"/>
          </w:tcPr>
          <w:p w14:paraId="03F272F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HP</w:t>
            </w:r>
          </w:p>
        </w:tc>
        <w:tc>
          <w:tcPr>
            <w:tcW w:w="1803" w:type="dxa"/>
            <w:shd w:val="clear" w:color="auto" w:fill="F2F2F2"/>
          </w:tcPr>
          <w:p w14:paraId="07304F3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ATK</w:t>
            </w:r>
          </w:p>
        </w:tc>
        <w:tc>
          <w:tcPr>
            <w:tcW w:w="1803" w:type="dxa"/>
            <w:shd w:val="clear" w:color="auto" w:fill="F2F2F2"/>
          </w:tcPr>
          <w:p w14:paraId="635A8A6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EXP</w:t>
            </w:r>
          </w:p>
        </w:tc>
      </w:tr>
      <w:tr w:rsidR="00501161" w14:paraId="1D3A4372" w14:textId="77777777">
        <w:trPr>
          <w:jc w:val="center"/>
        </w:trPr>
        <w:tc>
          <w:tcPr>
            <w:tcW w:w="1803" w:type="dxa"/>
          </w:tcPr>
          <w:p w14:paraId="1A3121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03" w:type="dxa"/>
          </w:tcPr>
          <w:p w14:paraId="69D69E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803" w:type="dxa"/>
          </w:tcPr>
          <w:p w14:paraId="69920C5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2,880</w:t>
            </w:r>
          </w:p>
        </w:tc>
        <w:tc>
          <w:tcPr>
            <w:tcW w:w="1803" w:type="dxa"/>
          </w:tcPr>
          <w:p w14:paraId="22EF65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1803" w:type="dxa"/>
          </w:tcPr>
          <w:p w14:paraId="5514E2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337</w:t>
            </w:r>
          </w:p>
        </w:tc>
      </w:tr>
      <w:tr w:rsidR="00501161" w14:paraId="21AD9950" w14:textId="77777777">
        <w:trPr>
          <w:jc w:val="center"/>
        </w:trPr>
        <w:tc>
          <w:tcPr>
            <w:tcW w:w="1803" w:type="dxa"/>
          </w:tcPr>
          <w:p w14:paraId="5F3A2A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03" w:type="dxa"/>
          </w:tcPr>
          <w:p w14:paraId="558FAC5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803" w:type="dxa"/>
          </w:tcPr>
          <w:p w14:paraId="03D422B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5,040</w:t>
            </w:r>
          </w:p>
        </w:tc>
        <w:tc>
          <w:tcPr>
            <w:tcW w:w="1803" w:type="dxa"/>
          </w:tcPr>
          <w:p w14:paraId="7C4459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146</w:t>
            </w:r>
          </w:p>
        </w:tc>
        <w:tc>
          <w:tcPr>
            <w:tcW w:w="1803" w:type="dxa"/>
          </w:tcPr>
          <w:p w14:paraId="651996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1,124</w:t>
            </w:r>
          </w:p>
        </w:tc>
      </w:tr>
      <w:tr w:rsidR="00501161" w14:paraId="20F5DE91" w14:textId="77777777">
        <w:trPr>
          <w:jc w:val="center"/>
        </w:trPr>
        <w:tc>
          <w:tcPr>
            <w:tcW w:w="1803" w:type="dxa"/>
          </w:tcPr>
          <w:p w14:paraId="1BDF5C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03" w:type="dxa"/>
          </w:tcPr>
          <w:p w14:paraId="62E289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803" w:type="dxa"/>
          </w:tcPr>
          <w:p w14:paraId="27C65D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7,200</w:t>
            </w:r>
          </w:p>
        </w:tc>
        <w:tc>
          <w:tcPr>
            <w:tcW w:w="1803" w:type="dxa"/>
          </w:tcPr>
          <w:p w14:paraId="7FEE54B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207</w:t>
            </w:r>
          </w:p>
        </w:tc>
        <w:tc>
          <w:tcPr>
            <w:tcW w:w="1803" w:type="dxa"/>
          </w:tcPr>
          <w:p w14:paraId="7535832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2,372</w:t>
            </w:r>
          </w:p>
        </w:tc>
      </w:tr>
      <w:tr w:rsidR="00501161" w14:paraId="235340A5" w14:textId="77777777">
        <w:trPr>
          <w:jc w:val="center"/>
        </w:trPr>
        <w:tc>
          <w:tcPr>
            <w:tcW w:w="1803" w:type="dxa"/>
          </w:tcPr>
          <w:p w14:paraId="136821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03" w:type="dxa"/>
          </w:tcPr>
          <w:p w14:paraId="1CD3D7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803" w:type="dxa"/>
          </w:tcPr>
          <w:p w14:paraId="05EEF7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9,360</w:t>
            </w:r>
          </w:p>
        </w:tc>
        <w:tc>
          <w:tcPr>
            <w:tcW w:w="1803" w:type="dxa"/>
          </w:tcPr>
          <w:p w14:paraId="3B903C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269</w:t>
            </w:r>
          </w:p>
        </w:tc>
        <w:tc>
          <w:tcPr>
            <w:tcW w:w="1803" w:type="dxa"/>
          </w:tcPr>
          <w:p w14:paraId="275C84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4,081</w:t>
            </w:r>
          </w:p>
        </w:tc>
      </w:tr>
      <w:tr w:rsidR="00501161" w14:paraId="597D6396" w14:textId="77777777">
        <w:trPr>
          <w:jc w:val="center"/>
        </w:trPr>
        <w:tc>
          <w:tcPr>
            <w:tcW w:w="1803" w:type="dxa"/>
          </w:tcPr>
          <w:p w14:paraId="4BE3CB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03" w:type="dxa"/>
          </w:tcPr>
          <w:p w14:paraId="7CF8C0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803" w:type="dxa"/>
          </w:tcPr>
          <w:p w14:paraId="6DED55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11,880</w:t>
            </w:r>
          </w:p>
        </w:tc>
        <w:tc>
          <w:tcPr>
            <w:tcW w:w="1803" w:type="dxa"/>
          </w:tcPr>
          <w:p w14:paraId="44F0E7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340</w:t>
            </w:r>
          </w:p>
        </w:tc>
        <w:tc>
          <w:tcPr>
            <w:tcW w:w="1803" w:type="dxa"/>
          </w:tcPr>
          <w:p w14:paraId="68ECA4D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6,657</w:t>
            </w:r>
          </w:p>
        </w:tc>
      </w:tr>
      <w:tr w:rsidR="00501161" w14:paraId="0AFC0DB4" w14:textId="77777777">
        <w:trPr>
          <w:jc w:val="center"/>
        </w:trPr>
        <w:tc>
          <w:tcPr>
            <w:tcW w:w="1803" w:type="dxa"/>
          </w:tcPr>
          <w:p w14:paraId="3A625F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03" w:type="dxa"/>
          </w:tcPr>
          <w:p w14:paraId="6AED6B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1803" w:type="dxa"/>
          </w:tcPr>
          <w:p w14:paraId="31347A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14,400</w:t>
            </w:r>
          </w:p>
        </w:tc>
        <w:tc>
          <w:tcPr>
            <w:tcW w:w="1803" w:type="dxa"/>
          </w:tcPr>
          <w:p w14:paraId="454D724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412</w:t>
            </w:r>
          </w:p>
        </w:tc>
        <w:tc>
          <w:tcPr>
            <w:tcW w:w="1803" w:type="dxa"/>
          </w:tcPr>
          <w:p w14:paraId="4725AA1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9,860</w:t>
            </w:r>
          </w:p>
        </w:tc>
      </w:tr>
      <w:tr w:rsidR="00501161" w14:paraId="2AB29656" w14:textId="77777777">
        <w:trPr>
          <w:jc w:val="center"/>
        </w:trPr>
        <w:tc>
          <w:tcPr>
            <w:tcW w:w="1803" w:type="dxa"/>
          </w:tcPr>
          <w:p w14:paraId="02A66C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03" w:type="dxa"/>
          </w:tcPr>
          <w:p w14:paraId="45AA1B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1803" w:type="dxa"/>
          </w:tcPr>
          <w:p w14:paraId="29E5E6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17,280</w:t>
            </w:r>
          </w:p>
        </w:tc>
        <w:tc>
          <w:tcPr>
            <w:tcW w:w="1803" w:type="dxa"/>
          </w:tcPr>
          <w:p w14:paraId="73B5E2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494</w:t>
            </w:r>
          </w:p>
        </w:tc>
        <w:tc>
          <w:tcPr>
            <w:tcW w:w="1803" w:type="dxa"/>
          </w:tcPr>
          <w:p w14:paraId="23CA80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14,289</w:t>
            </w:r>
          </w:p>
        </w:tc>
      </w:tr>
    </w:tbl>
    <w:p w14:paraId="203E3769" w14:textId="77777777" w:rsidR="00501161" w:rsidRDefault="00501161">
      <w:pPr>
        <w:spacing w:after="40"/>
      </w:pPr>
    </w:p>
    <w:p w14:paraId="0DE08CA4" w14:textId="77777777" w:rsidR="00501161" w:rsidRDefault="00C637DA">
      <w:pPr>
        <w:pStyle w:val="Heading2"/>
      </w:pPr>
      <w:bookmarkStart w:id="84" w:name="_Toc243336754"/>
      <w:r>
        <w:t>14.1 Boss Template</w:t>
      </w:r>
      <w:bookmarkEnd w:id="84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3"/>
        <w:gridCol w:w="7542"/>
      </w:tblGrid>
      <w:tr w:rsidR="00501161" w14:paraId="1D3EC4D7" w14:textId="77777777">
        <w:trPr>
          <w:tblHeader/>
          <w:jc w:val="center"/>
        </w:trPr>
        <w:tc>
          <w:tcPr>
            <w:tcW w:w="1473" w:type="dxa"/>
            <w:shd w:val="clear" w:color="auto" w:fill="F2F2F2"/>
          </w:tcPr>
          <w:p w14:paraId="7A802CB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542" w:type="dxa"/>
            <w:shd w:val="clear" w:color="auto" w:fill="F2F2F2"/>
          </w:tcPr>
          <w:p w14:paraId="2240711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สิ่งที่ต้องกำหนด</w:t>
            </w:r>
          </w:p>
        </w:tc>
      </w:tr>
      <w:tr w:rsidR="00501161" w14:paraId="4012B819" w14:textId="77777777">
        <w:trPr>
          <w:jc w:val="center"/>
        </w:trPr>
        <w:tc>
          <w:tcPr>
            <w:tcW w:w="1473" w:type="dxa"/>
          </w:tcPr>
          <w:p w14:paraId="0C1224E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ตัวตนตามตำนาน</w:t>
            </w:r>
          </w:p>
        </w:tc>
        <w:tc>
          <w:tcPr>
            <w:tcW w:w="7542" w:type="dxa"/>
          </w:tcPr>
          <w:p w14:paraId="2F1E7F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ลักษณะ ที่มา และเหตุผลที่อยู่ในชั้นนี้</w:t>
            </w:r>
          </w:p>
        </w:tc>
      </w:tr>
      <w:tr w:rsidR="00501161" w14:paraId="39F72C4E" w14:textId="77777777">
        <w:trPr>
          <w:jc w:val="center"/>
        </w:trPr>
        <w:tc>
          <w:tcPr>
            <w:tcW w:w="1473" w:type="dxa"/>
          </w:tcPr>
          <w:p w14:paraId="292D7FE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Phase</w:t>
            </w:r>
          </w:p>
        </w:tc>
        <w:tc>
          <w:tcPr>
            <w:tcW w:w="7542" w:type="dxa"/>
          </w:tcPr>
          <w:p w14:paraId="5190C5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2–3 Phase </w:t>
            </w:r>
            <w:r>
              <w:rPr>
                <w:sz w:val="28"/>
                <w:szCs w:val="28"/>
              </w:rPr>
              <w:t xml:space="preserve">เปลี่ยนที่ HP 60% / 30% </w:t>
            </w:r>
            <w:r>
              <w:rPr>
                <w:sz w:val="28"/>
                <w:szCs w:val="28"/>
              </w:rPr>
              <w:t>แต่ละ Phase เปลี่ยนท่าหรือจุดอ่อน</w:t>
            </w:r>
          </w:p>
        </w:tc>
      </w:tr>
      <w:tr w:rsidR="00501161" w14:paraId="17A714C8" w14:textId="77777777">
        <w:trPr>
          <w:jc w:val="center"/>
        </w:trPr>
        <w:tc>
          <w:tcPr>
            <w:tcW w:w="1473" w:type="dxa"/>
          </w:tcPr>
          <w:p w14:paraId="5A6B78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Gimmick</w:t>
            </w:r>
          </w:p>
        </w:tc>
        <w:tc>
          <w:tcPr>
            <w:tcW w:w="7542" w:type="dxa"/>
          </w:tcPr>
          <w:p w14:paraId="6804B52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ต้องผูกกับ Gimmick ของ Chapter เช่น บอส Ch5 ดับแสงในฉาก</w:t>
            </w:r>
          </w:p>
        </w:tc>
      </w:tr>
      <w:tr w:rsidR="00501161" w14:paraId="0985706A" w14:textId="77777777">
        <w:trPr>
          <w:jc w:val="center"/>
        </w:trPr>
        <w:tc>
          <w:tcPr>
            <w:tcW w:w="1473" w:type="dxa"/>
          </w:tcPr>
          <w:p w14:paraId="7FD4EE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จุดอ่อน</w:t>
            </w:r>
          </w:p>
        </w:tc>
        <w:tc>
          <w:tcPr>
            <w:tcW w:w="7542" w:type="dxa"/>
          </w:tcPr>
          <w:p w14:paraId="26C25D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อย่างน้อย 1 ธาตุ มีคำใบ้ระหว่าง Chapter (บทสนทนา / สมุดสัตว์)</w:t>
            </w:r>
          </w:p>
        </w:tc>
      </w:tr>
      <w:tr w:rsidR="00501161" w14:paraId="149070EB" w14:textId="77777777">
        <w:trPr>
          <w:jc w:val="center"/>
        </w:trPr>
        <w:tc>
          <w:tcPr>
            <w:tcW w:w="1473" w:type="dxa"/>
          </w:tcPr>
          <w:p w14:paraId="5F3656F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สัญญาณเตือน</w:t>
            </w:r>
          </w:p>
        </w:tc>
        <w:tc>
          <w:tcPr>
            <w:tcW w:w="7542" w:type="dxa"/>
          </w:tcPr>
          <w:p w14:paraId="42B428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ท่าที่ทำดาเมจ ≥ 200% ต้องมีเทิร์นชาร์จพร้อมข้อความเตือน 1 เทิร์น</w:t>
            </w:r>
          </w:p>
        </w:tc>
      </w:tr>
      <w:tr w:rsidR="00501161" w14:paraId="1DF52311" w14:textId="77777777">
        <w:trPr>
          <w:jc w:val="center"/>
        </w:trPr>
        <w:tc>
          <w:tcPr>
            <w:tcW w:w="1473" w:type="dxa"/>
          </w:tcPr>
          <w:p w14:paraId="044897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ความยาก</w:t>
            </w:r>
          </w:p>
        </w:tc>
        <w:tc>
          <w:tcPr>
            <w:tcW w:w="7542" w:type="dxa"/>
          </w:tcPr>
          <w:p w14:paraId="6FEACE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ปาร์ตี้ Lv เป้า (Section 6.4) ชนะใน 10–15 เทิร์น</w:t>
            </w:r>
          </w:p>
        </w:tc>
      </w:tr>
      <w:tr w:rsidR="00501161" w14:paraId="7B7B95E7" w14:textId="77777777">
        <w:trPr>
          <w:jc w:val="center"/>
        </w:trPr>
        <w:tc>
          <w:tcPr>
            <w:tcW w:w="1473" w:type="dxa"/>
          </w:tcPr>
          <w:p w14:paraId="604F00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รางวัล</w:t>
            </w:r>
          </w:p>
        </w:tc>
        <w:tc>
          <w:tcPr>
            <w:tcW w:w="7542" w:type="dxa"/>
          </w:tcPr>
          <w:p w14:paraId="51E5E4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วัตถุดิบบอส → เครื่องรางระดับ Chapter ถัดไป</w:t>
            </w:r>
          </w:p>
        </w:tc>
      </w:tr>
    </w:tbl>
    <w:p w14:paraId="4F32C0D8" w14:textId="77777777" w:rsidR="00501161" w:rsidRDefault="00501161">
      <w:pPr>
        <w:spacing w:after="40"/>
      </w:pPr>
    </w:p>
    <w:p w14:paraId="691CF71B" w14:textId="77777777" w:rsidR="00501161" w:rsidRDefault="00C637DA">
      <w:pPr>
        <w:pStyle w:val="ListBullet"/>
        <w:ind w:left="720"/>
      </w:pPr>
      <w:r>
        <w:rPr>
          <w:b/>
          <w:bCs/>
        </w:rPr>
        <w:lastRenderedPageBreak/>
        <w:t>Design Note:</w:t>
      </w:r>
      <w:r>
        <w:t xml:space="preserve"> </w:t>
      </w:r>
      <w:r>
        <w:t>ทุกท่าแรงต้องมีเทิร์นเตือน เพราะเกมนี้ Game Over แล้วต้องโหลดเซฟ ความตายต้องเกิดจากการตัดสินใจผิดของผู้เล่น ไม่ใช่การสุ่ม</w:t>
      </w:r>
    </w:p>
    <w:p w14:paraId="1740C271" w14:textId="77777777" w:rsidR="00501161" w:rsidRDefault="00C637DA">
      <w:pPr>
        <w:pStyle w:val="Heading1"/>
        <w:pageBreakBefore/>
      </w:pPr>
      <w:bookmarkStart w:id="85" w:name="_Toc243336755"/>
      <w:r>
        <w:lastRenderedPageBreak/>
        <w:t>15. Story &amp; Narra</w:t>
      </w:r>
      <w:r>
        <w:t>tive</w:t>
      </w:r>
      <w:bookmarkEnd w:id="85"/>
    </w:p>
    <w:p w14:paraId="2A7037A7" w14:textId="77777777" w:rsidR="00501161" w:rsidRDefault="00C637DA">
      <w:pPr>
        <w:pStyle w:val="Heading2"/>
      </w:pPr>
      <w:bookmarkStart w:id="86" w:name="_Toc243336756"/>
      <w:r>
        <w:t>15.1 Story</w:t>
      </w:r>
      <w:bookmarkEnd w:id="86"/>
    </w:p>
    <w:p w14:paraId="2E13C9E6" w14:textId="77777777" w:rsidR="00501161" w:rsidRDefault="00C637DA">
      <w:pPr>
        <w:pStyle w:val="Heading3"/>
      </w:pPr>
      <w:r>
        <w:t>15.1.1 Premise</w:t>
      </w:r>
    </w:p>
    <w:p w14:paraId="48355A4A" w14:textId="77777777" w:rsidR="00501161" w:rsidRDefault="00C637DA">
      <w:pPr>
        <w:ind w:firstLine="720"/>
      </w:pPr>
      <w:r>
        <w:t xml:space="preserve">ผู้เล่นรับบทเป็น </w:t>
      </w:r>
      <w:r>
        <w:rPr>
          <w:b/>
          <w:bCs/>
        </w:rPr>
        <w:t>หัวหน้าหน่วยคุ้มกัน</w:t>
      </w:r>
      <w:r>
        <w:t xml:space="preserve"> </w:t>
      </w:r>
      <w:r>
        <w:t>ของคณะทูตอโยธยา ที่ถูกส่งไปเจริญสัมพันธไมตรีกับต่างแดน และเรียนรู้วัฒนธรรมของกันและกัน หน้าที่ของผู้เล่นคือคัดเลือกคนมาคุ้มกันคณะ และพาทุกคนไปถึงจุดหมายอย่างปลอดภัย ระหว่างเดินทางทางเรือ สำเภาของคณะแล่นผ่านม่านหมอกหนาทึบ แล้วจู่ๆ ก็ไปโผล่กลางป่าหิมพานต์ เ</w:t>
      </w:r>
      <w:r>
        <w:t>รือเกยอยู่บนพื้นดินกลางป่า เดินเรือต่อไม่ได้ และเหล่าสัตว์หิมพานต์ก็เริ่มไล่ล่าและกินคนในคณะ ผู้เล่นต้องหาทางพาคณะออกจากป่าแห่งนี้ให้ได้</w:t>
      </w:r>
    </w:p>
    <w:p w14:paraId="41D5ABA3" w14:textId="77777777" w:rsidR="00501161" w:rsidRDefault="00C637DA">
      <w:pPr>
        <w:ind w:firstLine="720"/>
      </w:pPr>
      <w:r>
        <w:rPr>
          <w:b/>
          <w:bCs/>
        </w:rPr>
        <w:t>Logline:</w:t>
      </w:r>
      <w:r>
        <w:t xml:space="preserve"> </w:t>
      </w:r>
      <w:r>
        <w:t>ทางกลับอยู่ข้างหลัง แต่หันหลังกลับไม่ได้อีกแล้ว หน่วยคุ้มกันต้องพาคณะทูตฝ่าลึกเข้าไปในป่าหิมพานต์ เพราะทางออกเ</w:t>
      </w:r>
      <w:r>
        <w:t>ดียวที่เหลืออยู่ อยู่ที่ใจกลางป่า</w:t>
      </w:r>
    </w:p>
    <w:p w14:paraId="3D26757D" w14:textId="77777777" w:rsidR="00501161" w:rsidRDefault="00C637DA">
      <w:pPr>
        <w:pStyle w:val="Heading3"/>
      </w:pPr>
      <w:r>
        <w:t>15.1.2 Setting &amp; Era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5"/>
        <w:gridCol w:w="7649"/>
      </w:tblGrid>
      <w:tr w:rsidR="00501161" w14:paraId="749AB3A4" w14:textId="77777777">
        <w:trPr>
          <w:tblHeader/>
          <w:jc w:val="center"/>
        </w:trPr>
        <w:tc>
          <w:tcPr>
            <w:tcW w:w="1365" w:type="dxa"/>
            <w:shd w:val="clear" w:color="auto" w:fill="F2F2F2"/>
          </w:tcPr>
          <w:p w14:paraId="07761E1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49" w:type="dxa"/>
            <w:shd w:val="clear" w:color="auto" w:fill="F2F2F2"/>
          </w:tcPr>
          <w:p w14:paraId="596E395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0F79DF61" w14:textId="77777777">
        <w:trPr>
          <w:jc w:val="center"/>
        </w:trPr>
        <w:tc>
          <w:tcPr>
            <w:tcW w:w="1365" w:type="dxa"/>
          </w:tcPr>
          <w:p w14:paraId="6DEA90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ยุคสมัย</w:t>
            </w:r>
          </w:p>
        </w:tc>
        <w:tc>
          <w:tcPr>
            <w:tcW w:w="7649" w:type="dxa"/>
          </w:tcPr>
          <w:p w14:paraId="5AA88E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กรุงศรีอยุธยาตอนปลาย ยุคที่อยุธยาเป็นเมืองท่านานาชาติ (ไม่ระบุรัชกาลจริง เป็นโลกแฟนตาซีที่ได้แรงบันดาลใจจากประวัติศาสตร์)</w:t>
            </w:r>
          </w:p>
        </w:tc>
      </w:tr>
      <w:tr w:rsidR="00501161" w14:paraId="465C2B05" w14:textId="77777777">
        <w:trPr>
          <w:jc w:val="center"/>
        </w:trPr>
        <w:tc>
          <w:tcPr>
            <w:tcW w:w="1365" w:type="dxa"/>
          </w:tcPr>
          <w:p w14:paraId="517B4E7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คณะทูต</w:t>
            </w:r>
          </w:p>
        </w:tc>
        <w:tc>
          <w:tcPr>
            <w:tcW w:w="7649" w:type="dxa"/>
          </w:tcPr>
          <w:p w14:paraId="027E67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คณะทูตอโยธยาเดินทางด้วย "สำเภาศรีอโยธยา" พร้</w:t>
            </w:r>
            <w:r>
              <w:rPr>
                <w:sz w:val="28"/>
                <w:szCs w:val="28"/>
              </w:rPr>
              <w:t>อมราชสาส์นและเครื่องราชบรรณาการ ไปยังเมืองต่างแดนทางตะวันตก</w:t>
            </w:r>
          </w:p>
        </w:tc>
      </w:tr>
      <w:tr w:rsidR="00501161" w14:paraId="4EC64A4A" w14:textId="77777777">
        <w:trPr>
          <w:jc w:val="center"/>
        </w:trPr>
        <w:tc>
          <w:tcPr>
            <w:tcW w:w="1365" w:type="dxa"/>
          </w:tcPr>
          <w:p w14:paraId="58EB2A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สมาชิกคณะ</w:t>
            </w:r>
          </w:p>
        </w:tc>
        <w:tc>
          <w:tcPr>
            <w:tcW w:w="7649" w:type="dxa"/>
          </w:tcPr>
          <w:p w14:paraId="50BBC6C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ราชทูต อุปทูต (เสียชีวิตตอนเกยตื้น) ตรีทูต หมอหลวง ช่าง พ่อค้า ลูกเรือ พระ ทหารคุ้มกัน และชาวต่างชาติที่ร่วมเดินทาง รวมประมาณ 80 คนก่อนเกยตื้น</w:t>
            </w:r>
          </w:p>
        </w:tc>
      </w:tr>
      <w:tr w:rsidR="00501161" w14:paraId="2C4E5AF8" w14:textId="77777777">
        <w:trPr>
          <w:jc w:val="center"/>
        </w:trPr>
        <w:tc>
          <w:tcPr>
            <w:tcW w:w="1365" w:type="dxa"/>
          </w:tcPr>
          <w:p w14:paraId="281CCBF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ป่าหิมพานต์</w:t>
            </w:r>
          </w:p>
        </w:tc>
        <w:tc>
          <w:tcPr>
            <w:tcW w:w="7649" w:type="dxa"/>
          </w:tcPr>
          <w:p w14:paraId="73CA20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ดินแดนในไตรภูมิที่อยู่ระหว่างโลกมนุษย์กับแดนทิพย์ มีชั้นจากชายป่าไปจนถึงสระอโนดาตที่ใจกลาง (Section 6.2) มนุษย์ธรรมดาเข้ามาไม่ได้ ยกเว้นผ่านม่านหมอก</w:t>
            </w:r>
          </w:p>
        </w:tc>
      </w:tr>
      <w:tr w:rsidR="00501161" w14:paraId="57DBCA96" w14:textId="77777777">
        <w:trPr>
          <w:jc w:val="center"/>
        </w:trPr>
        <w:tc>
          <w:tcPr>
            <w:tcW w:w="1365" w:type="dxa"/>
          </w:tcPr>
          <w:p w14:paraId="5504AF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ม่านหมอก</w:t>
            </w:r>
          </w:p>
        </w:tc>
        <w:tc>
          <w:tcPr>
            <w:tcW w:w="7649" w:type="dxa"/>
          </w:tcPr>
          <w:p w14:paraId="2FBBEF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หมอกที่เชื่อมป่าหิมพานต์กับโลกภายนอก ลงมาทุกๆ 31 วัน (คืนจันทร์ดับ) และเมื่อหมอกลง เจ้าแห่งชั้นนั</w:t>
            </w:r>
            <w:r>
              <w:rPr>
                <w:sz w:val="28"/>
                <w:szCs w:val="28"/>
              </w:rPr>
              <w:t>้นจะออกล่า (เหตุผลในเรื่องของบอสวันที่ 31)</w:t>
            </w:r>
          </w:p>
        </w:tc>
      </w:tr>
    </w:tbl>
    <w:p w14:paraId="25F7AE9E" w14:textId="77777777" w:rsidR="00501161" w:rsidRDefault="00501161">
      <w:pPr>
        <w:spacing w:after="40"/>
      </w:pPr>
    </w:p>
    <w:p w14:paraId="29F299DF" w14:textId="77777777" w:rsidR="00501161" w:rsidRDefault="00C637DA">
      <w:pPr>
        <w:pStyle w:val="Heading3"/>
      </w:pPr>
      <w:r>
        <w:t>15.1.3 Main Cast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98"/>
        <w:gridCol w:w="7116"/>
      </w:tblGrid>
      <w:tr w:rsidR="00501161" w14:paraId="0C55B617" w14:textId="77777777">
        <w:trPr>
          <w:tblHeader/>
          <w:jc w:val="center"/>
        </w:trPr>
        <w:tc>
          <w:tcPr>
            <w:tcW w:w="1898" w:type="dxa"/>
            <w:shd w:val="clear" w:color="auto" w:fill="F2F2F2"/>
          </w:tcPr>
          <w:p w14:paraId="5B05DBD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ตัวละคร</w:t>
            </w:r>
          </w:p>
        </w:tc>
        <w:tc>
          <w:tcPr>
            <w:tcW w:w="7116" w:type="dxa"/>
            <w:shd w:val="clear" w:color="auto" w:fill="F2F2F2"/>
          </w:tcPr>
          <w:p w14:paraId="0AD0EE6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บทบาทในเรื่อง</w:t>
            </w:r>
          </w:p>
        </w:tc>
      </w:tr>
      <w:tr w:rsidR="00501161" w14:paraId="7CB7CA4C" w14:textId="77777777">
        <w:trPr>
          <w:jc w:val="center"/>
        </w:trPr>
        <w:tc>
          <w:tcPr>
            <w:tcW w:w="1898" w:type="dxa"/>
          </w:tcPr>
          <w:p w14:paraId="4F3742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หัวหน้าหน่วยคุ้มกัน (ผู้เล่น)</w:t>
            </w:r>
          </w:p>
        </w:tc>
        <w:tc>
          <w:tcPr>
            <w:tcW w:w="7116" w:type="dxa"/>
          </w:tcPr>
          <w:p w14:paraId="15F896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ตัวเอกเงียบ ผู้เล่นตั้งชื่อเอง ไม่ใช่ตัวละครในปาร์ตี้ แต่เป็นผู้บัญชาการที่สั่งการหน่วยคุ้มกัน (ตรงกับระบบที่ผู้เล่นบริหาร ไม่ใช่สวมบทตัวละคร</w:t>
            </w:r>
            <w:r>
              <w:rPr>
                <w:sz w:val="28"/>
                <w:szCs w:val="28"/>
              </w:rPr>
              <w:t>ตัวเดียว — Section 4.1)</w:t>
            </w:r>
          </w:p>
        </w:tc>
      </w:tr>
      <w:tr w:rsidR="00501161" w14:paraId="511EF311" w14:textId="77777777">
        <w:trPr>
          <w:jc w:val="center"/>
        </w:trPr>
        <w:tc>
          <w:tcPr>
            <w:tcW w:w="1898" w:type="dxa"/>
          </w:tcPr>
          <w:p w14:paraId="31D8B2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พระยาศรีธรรมทูต</w:t>
            </w:r>
          </w:p>
        </w:tc>
        <w:tc>
          <w:tcPr>
            <w:tcW w:w="7116" w:type="dxa"/>
          </w:tcPr>
          <w:p w14:paraId="614C8F3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ราชทูต ผู้ถือผอบนิลรัตน์และราชโองการลับ แกนของความลับในเรื่อง</w:t>
            </w:r>
          </w:p>
        </w:tc>
      </w:tr>
      <w:tr w:rsidR="00501161" w14:paraId="59D3316C" w14:textId="77777777">
        <w:trPr>
          <w:jc w:val="center"/>
        </w:trPr>
        <w:tc>
          <w:tcPr>
            <w:tcW w:w="1898" w:type="dxa"/>
          </w:tcPr>
          <w:p w14:paraId="2B5FB4F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ขุนวรวาที</w:t>
            </w:r>
          </w:p>
        </w:tc>
        <w:tc>
          <w:tcPr>
            <w:tcW w:w="7116" w:type="dxa"/>
          </w:tcPr>
          <w:p w14:paraId="11ADF6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ตรีทูต อาลักษณ์ ผู้บันทึกและสั่งให้วาดแผนที่ </w:t>
            </w:r>
            <w:r>
              <w:rPr>
                <w:sz w:val="28"/>
                <w:szCs w:val="28"/>
              </w:rPr>
              <w:lastRenderedPageBreak/>
              <w:t>เป็นผู้ค้นพบความจริงจากตำราและศิลาจารึกทีละชิ้น</w:t>
            </w:r>
          </w:p>
        </w:tc>
      </w:tr>
      <w:tr w:rsidR="00501161" w14:paraId="5F0DC5CA" w14:textId="77777777">
        <w:trPr>
          <w:jc w:val="center"/>
        </w:trPr>
        <w:tc>
          <w:tcPr>
            <w:tcW w:w="1898" w:type="dxa"/>
          </w:tcPr>
          <w:p w14:paraId="161BF2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หลวงตาทอง</w:t>
            </w:r>
          </w:p>
        </w:tc>
        <w:tc>
          <w:tcPr>
            <w:tcW w:w="7116" w:type="dxa"/>
          </w:tcPr>
          <w:p w14:paraId="492658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พระผู้ไม่กลัวป่า </w:t>
            </w:r>
            <w:r>
              <w:rPr>
                <w:sz w:val="28"/>
                <w:szCs w:val="28"/>
              </w:rPr>
              <w:t>มองป่าตามตำราไตรภูมิ และเป็นคนแรกที่บอกว่าทางออกอยู่ที่ต้นน้ำ ไม่ใช่ข้างหลัง</w:t>
            </w:r>
          </w:p>
        </w:tc>
      </w:tr>
      <w:tr w:rsidR="00501161" w14:paraId="280D1A83" w14:textId="77777777">
        <w:trPr>
          <w:jc w:val="center"/>
        </w:trPr>
        <w:tc>
          <w:tcPr>
            <w:tcW w:w="1898" w:type="dxa"/>
          </w:tcPr>
          <w:p w14:paraId="2E69BE0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NPC </w:t>
            </w:r>
            <w:r>
              <w:rPr>
                <w:sz w:val="28"/>
                <w:szCs w:val="28"/>
              </w:rPr>
              <w:t>ในค่ายคนอื่น</w:t>
            </w:r>
          </w:p>
        </w:tc>
        <w:tc>
          <w:tcPr>
            <w:tcW w:w="7116" w:type="dxa"/>
          </w:tcPr>
          <w:p w14:paraId="29AB349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นายทองอิน, หมอหลวงพุ่ม, จันทร์, นายช่างมั่น, จิโร่, เถ้าแก่ฮง, ยายเนียม (Section 10.3) แต่ละคนมีมุมมองต่อป่าต่างกัน และมีเรื่องส่วนตัวที่ Game Designer เล่าต่อใน</w:t>
            </w:r>
            <w:r>
              <w:rPr>
                <w:sz w:val="28"/>
                <w:szCs w:val="28"/>
              </w:rPr>
              <w:t>แต่ละ Chapter ได้</w:t>
            </w:r>
          </w:p>
        </w:tc>
      </w:tr>
      <w:tr w:rsidR="00501161" w14:paraId="3BDC0C8F" w14:textId="77777777">
        <w:trPr>
          <w:jc w:val="center"/>
        </w:trPr>
        <w:tc>
          <w:tcPr>
            <w:tcW w:w="1898" w:type="dxa"/>
          </w:tcPr>
          <w:p w14:paraId="19BEDA0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สัตว์หิมพานต์ตัวแรกที่สื่อสารได้</w:t>
            </w:r>
          </w:p>
        </w:tc>
        <w:tc>
          <w:tcPr>
            <w:tcW w:w="7116" w:type="dxa"/>
          </w:tcPr>
          <w:p w14:paraId="49BEE8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สัตว์ที่ผู้เล่นพบช่วงกลางเรื่อง เป็นคนแรกที่บอกความจริงเรื่องผอบ และยอมร่วมทางเพราะต้องการให้ของกลับคืนสู่อโนดาตเหมือนกัน เป็นเหตุผลที่ปลดล็อกอาชีพสัตว์อสูร (ตัวตนให้ Game Designer เลือก)</w:t>
            </w:r>
          </w:p>
        </w:tc>
      </w:tr>
    </w:tbl>
    <w:p w14:paraId="03DAAA3C" w14:textId="77777777" w:rsidR="00501161" w:rsidRDefault="00501161">
      <w:pPr>
        <w:spacing w:after="40"/>
      </w:pPr>
    </w:p>
    <w:p w14:paraId="76C182EE" w14:textId="77777777" w:rsidR="00501161" w:rsidRDefault="00C637DA">
      <w:pPr>
        <w:pStyle w:val="Heading3"/>
      </w:pPr>
      <w:r>
        <w:t>15.1.4 Prologu</w:t>
      </w:r>
      <w:r>
        <w:t xml:space="preserve">e — </w:t>
      </w:r>
      <w:r>
        <w:t>ก่อนเข้าป่า (ละเอียด)</w:t>
      </w:r>
    </w:p>
    <w:p w14:paraId="78C8DB12" w14:textId="77777777" w:rsidR="00501161" w:rsidRDefault="00C637DA">
      <w:pPr>
        <w:ind w:firstLine="720"/>
      </w:pPr>
      <w:r>
        <w:t xml:space="preserve">Prologue </w:t>
      </w:r>
      <w:r>
        <w:t>เล่นต่อเนื่องจนจบ Tutorial ประมาณ 30–45 นาที แต่ละฉากผูกกับระบบที่สอนใน Game Flow (Section 2.1)</w:t>
      </w:r>
    </w:p>
    <w:p w14:paraId="4C89300F" w14:textId="77777777" w:rsidR="00501161" w:rsidRDefault="00C637DA">
      <w:pPr>
        <w:pStyle w:val="Heading4"/>
      </w:pPr>
      <w:r>
        <w:t>ฉาก 0: ท่าน้ำหน้าพระนคร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09"/>
        <w:gridCol w:w="7605"/>
      </w:tblGrid>
      <w:tr w:rsidR="00501161" w14:paraId="0BBE6E5A" w14:textId="77777777">
        <w:trPr>
          <w:tblHeader/>
          <w:jc w:val="center"/>
        </w:trPr>
        <w:tc>
          <w:tcPr>
            <w:tcW w:w="1409" w:type="dxa"/>
            <w:shd w:val="clear" w:color="auto" w:fill="F2F2F2"/>
          </w:tcPr>
          <w:p w14:paraId="4605864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05" w:type="dxa"/>
            <w:shd w:val="clear" w:color="auto" w:fill="F2F2F2"/>
          </w:tcPr>
          <w:p w14:paraId="5CFDB2B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0B9FF242" w14:textId="77777777">
        <w:trPr>
          <w:jc w:val="center"/>
        </w:trPr>
        <w:tc>
          <w:tcPr>
            <w:tcW w:w="1409" w:type="dxa"/>
          </w:tcPr>
          <w:p w14:paraId="239C31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05" w:type="dxa"/>
          </w:tcPr>
          <w:p w14:paraId="3A34835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ท่าเรือกรุงศรีอยุธยา ยามเช้า </w:t>
            </w:r>
            <w:r>
              <w:rPr>
                <w:sz w:val="28"/>
                <w:szCs w:val="28"/>
              </w:rPr>
              <w:t>ขบวนเรือพระราชพิธีส่งคณะทูต</w:t>
            </w:r>
          </w:p>
        </w:tc>
      </w:tr>
      <w:tr w:rsidR="00501161" w14:paraId="0592A40E" w14:textId="77777777">
        <w:trPr>
          <w:jc w:val="center"/>
        </w:trPr>
        <w:tc>
          <w:tcPr>
            <w:tcW w:w="1409" w:type="dxa"/>
          </w:tcPr>
          <w:p w14:paraId="121D8A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สิ่งที่เกิดขึ้น</w:t>
            </w:r>
          </w:p>
        </w:tc>
        <w:tc>
          <w:tcPr>
            <w:tcW w:w="7605" w:type="dxa"/>
          </w:tcPr>
          <w:p w14:paraId="124F41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ภาพเปิดกรุงศรีที่รุ่งเรือง สำเภาจีน เรือฝรั่ง เรือญี่ปุ่นจอดเต็มท่า ราชทูตรับราชสาส์นและผอบนิลรัตน์ในพิธี ผู้เล่นได้รับแต่งตั้งเป็นหัวหน้าหน่วยคุ้มกัน นายทองอินพามาคัดคนจากกองทหาร ผู้เล่นตั้งชื่อตัวเองและเลือกคน</w:t>
            </w:r>
            <w:r>
              <w:rPr>
                <w:sz w:val="28"/>
                <w:szCs w:val="28"/>
              </w:rPr>
              <w:t>คุ้มกัน 3 คนแรก</w:t>
            </w:r>
          </w:p>
        </w:tc>
      </w:tr>
      <w:tr w:rsidR="00501161" w14:paraId="1DB8D45C" w14:textId="77777777">
        <w:trPr>
          <w:jc w:val="center"/>
        </w:trPr>
        <w:tc>
          <w:tcPr>
            <w:tcW w:w="1409" w:type="dxa"/>
          </w:tcPr>
          <w:p w14:paraId="65AC5AC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ระบบที่สอน / ผูก</w:t>
            </w:r>
          </w:p>
        </w:tc>
        <w:tc>
          <w:tcPr>
            <w:tcW w:w="7605" w:type="dxa"/>
          </w:tcPr>
          <w:p w14:paraId="2023EFF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ตั้งชื่อผู้เล่น · เลือกคนเข้าปาร์ตี้ 3 คน (ขั้นตอนที่ 1 ของ Game Flow)</w:t>
            </w:r>
          </w:p>
        </w:tc>
      </w:tr>
    </w:tbl>
    <w:p w14:paraId="56B77ECC" w14:textId="77777777" w:rsidR="00501161" w:rsidRDefault="00501161">
      <w:pPr>
        <w:spacing w:after="40"/>
      </w:pPr>
    </w:p>
    <w:p w14:paraId="58884CD9" w14:textId="77777777" w:rsidR="00501161" w:rsidRDefault="00C637DA">
      <w:pPr>
        <w:pStyle w:val="Heading4"/>
      </w:pPr>
      <w:r>
        <w:t>ฉาก 1: กลางทะเล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09"/>
        <w:gridCol w:w="7605"/>
      </w:tblGrid>
      <w:tr w:rsidR="00501161" w14:paraId="27298624" w14:textId="77777777">
        <w:trPr>
          <w:tblHeader/>
          <w:jc w:val="center"/>
        </w:trPr>
        <w:tc>
          <w:tcPr>
            <w:tcW w:w="1409" w:type="dxa"/>
            <w:shd w:val="clear" w:color="auto" w:fill="F2F2F2"/>
          </w:tcPr>
          <w:p w14:paraId="7FF8FA8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05" w:type="dxa"/>
            <w:shd w:val="clear" w:color="auto" w:fill="F2F2F2"/>
          </w:tcPr>
          <w:p w14:paraId="0DAFAA6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2B0DD081" w14:textId="77777777">
        <w:trPr>
          <w:jc w:val="center"/>
        </w:trPr>
        <w:tc>
          <w:tcPr>
            <w:tcW w:w="1409" w:type="dxa"/>
          </w:tcPr>
          <w:p w14:paraId="7F0BE08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05" w:type="dxa"/>
          </w:tcPr>
          <w:p w14:paraId="05B27A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บนสำเภาศรีอโยธยา ระหว่างเดินทางหลายสัปดาห์ (ตัดต่อเป็นภาพนิ่งสั้นๆ)</w:t>
            </w:r>
          </w:p>
        </w:tc>
      </w:tr>
      <w:tr w:rsidR="00501161" w14:paraId="49800F34" w14:textId="77777777">
        <w:trPr>
          <w:jc w:val="center"/>
        </w:trPr>
        <w:tc>
          <w:tcPr>
            <w:tcW w:w="1409" w:type="dxa"/>
          </w:tcPr>
          <w:p w14:paraId="4C04A29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สิ่งที่เกิดขึ้น</w:t>
            </w:r>
          </w:p>
        </w:tc>
        <w:tc>
          <w:tcPr>
            <w:tcW w:w="7605" w:type="dxa"/>
          </w:tcPr>
          <w:p w14:paraId="68DEE18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ผู้เล่นได้รู้จักคนในคณะผ่านบทสนทนาสั้นๆ: เถ้าแก่ฮงต่อรองราคากับลูกเรือ นายช่างมั่นกับจิโร่เถียงกันเรื่องดาบ ยายเนียมแจกข้าว ขุนวรวาทีจดทุกอย่าง หลวงตาสวดมนต์เย็น ฉากสุดท้าย ผู้เล่นเห็นราชทูตนั่งเฝ้าผอบนิลรัตน์ทั้งคืน และไม่ยอมให้ใครแตะ</w:t>
            </w:r>
          </w:p>
        </w:tc>
      </w:tr>
      <w:tr w:rsidR="00501161" w14:paraId="7E58AFBA" w14:textId="77777777">
        <w:trPr>
          <w:jc w:val="center"/>
        </w:trPr>
        <w:tc>
          <w:tcPr>
            <w:tcW w:w="1409" w:type="dxa"/>
          </w:tcPr>
          <w:p w14:paraId="50D4191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ระบบที่สอน / ผูก</w:t>
            </w:r>
          </w:p>
        </w:tc>
        <w:tc>
          <w:tcPr>
            <w:tcW w:w="7605" w:type="dxa"/>
          </w:tcPr>
          <w:p w14:paraId="73D2F04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แน</w:t>
            </w:r>
            <w:r>
              <w:rPr>
                <w:sz w:val="28"/>
                <w:szCs w:val="28"/>
              </w:rPr>
              <w:t>ะนำ NPC ประจำค่ายทุกคนก่อนเกิดเหตุ ผู้เล่นจะได้รู้ว่ากำลังปกป้องใคร</w:t>
            </w:r>
          </w:p>
        </w:tc>
      </w:tr>
    </w:tbl>
    <w:p w14:paraId="2B5A6DFB" w14:textId="77777777" w:rsidR="00501161" w:rsidRDefault="00501161">
      <w:pPr>
        <w:spacing w:after="40"/>
      </w:pPr>
    </w:p>
    <w:p w14:paraId="4739EFF4" w14:textId="77777777" w:rsidR="00501161" w:rsidRDefault="00C637DA">
      <w:pPr>
        <w:pStyle w:val="Heading4"/>
      </w:pPr>
      <w:r>
        <w:t>ฉาก 2: ม่านหมอก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09"/>
        <w:gridCol w:w="7605"/>
      </w:tblGrid>
      <w:tr w:rsidR="00501161" w14:paraId="103024F0" w14:textId="77777777">
        <w:trPr>
          <w:tblHeader/>
          <w:jc w:val="center"/>
        </w:trPr>
        <w:tc>
          <w:tcPr>
            <w:tcW w:w="1409" w:type="dxa"/>
            <w:shd w:val="clear" w:color="auto" w:fill="F2F2F2"/>
          </w:tcPr>
          <w:p w14:paraId="14B73F3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lastRenderedPageBreak/>
              <w:t>หัวข้อ</w:t>
            </w:r>
          </w:p>
        </w:tc>
        <w:tc>
          <w:tcPr>
            <w:tcW w:w="7605" w:type="dxa"/>
            <w:shd w:val="clear" w:color="auto" w:fill="F2F2F2"/>
          </w:tcPr>
          <w:p w14:paraId="5500866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21F036BA" w14:textId="77777777">
        <w:trPr>
          <w:jc w:val="center"/>
        </w:trPr>
        <w:tc>
          <w:tcPr>
            <w:tcW w:w="1409" w:type="dxa"/>
          </w:tcPr>
          <w:p w14:paraId="2205BB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05" w:type="dxa"/>
          </w:tcPr>
          <w:p w14:paraId="50FD56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กลางทะเลยามดึก</w:t>
            </w:r>
          </w:p>
        </w:tc>
      </w:tr>
      <w:tr w:rsidR="00501161" w14:paraId="0643DC22" w14:textId="77777777">
        <w:trPr>
          <w:jc w:val="center"/>
        </w:trPr>
        <w:tc>
          <w:tcPr>
            <w:tcW w:w="1409" w:type="dxa"/>
          </w:tcPr>
          <w:p w14:paraId="17703C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สิ่งที่เกิดขึ้น</w:t>
            </w:r>
          </w:p>
        </w:tc>
        <w:tc>
          <w:tcPr>
            <w:tcW w:w="7605" w:type="dxa"/>
          </w:tcPr>
          <w:p w14:paraId="47D9B6B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หมอกขาวหนาทึบลงมาโดยไม่มีลม เข็มทิศหมุนไม่หยุด เสียงระฆังและเสียงขับร้องดังมาจากที่ไกล ลูกเรือบางคนเห็นเงาปีกให</w:t>
            </w:r>
            <w:r>
              <w:rPr>
                <w:sz w:val="28"/>
                <w:szCs w:val="28"/>
              </w:rPr>
              <w:t>ญ่ในหมอก ผอบนิลรัตน์เรืองแสงจางๆ (มีแค่ผู้เล่นกับราชทูตที่เห็น) แล้วเรือก็กระแทกอย่างรุนแรง ทุกอย่างมืดลง</w:t>
            </w:r>
          </w:p>
        </w:tc>
      </w:tr>
      <w:tr w:rsidR="00501161" w14:paraId="3D1D356D" w14:textId="77777777">
        <w:trPr>
          <w:jc w:val="center"/>
        </w:trPr>
        <w:tc>
          <w:tcPr>
            <w:tcW w:w="1409" w:type="dxa"/>
          </w:tcPr>
          <w:p w14:paraId="7460C0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ระบบที่สอน / ผูก</w:t>
            </w:r>
          </w:p>
        </w:tc>
        <w:tc>
          <w:tcPr>
            <w:tcW w:w="7605" w:type="dxa"/>
          </w:tcPr>
          <w:p w14:paraId="3ECC42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ปูความลับ: ผอบเรืองแสงตอบหมอก · ภาพเงาสัตว์ปีกปูเรื่องสัตว์ชั้นสูง</w:t>
            </w:r>
          </w:p>
        </w:tc>
      </w:tr>
    </w:tbl>
    <w:p w14:paraId="24976AAB" w14:textId="77777777" w:rsidR="00501161" w:rsidRDefault="00501161">
      <w:pPr>
        <w:spacing w:after="40"/>
      </w:pPr>
    </w:p>
    <w:p w14:paraId="5FE3F451" w14:textId="77777777" w:rsidR="00501161" w:rsidRDefault="00C637DA">
      <w:pPr>
        <w:pStyle w:val="Heading4"/>
      </w:pPr>
      <w:r>
        <w:t>ฉาก 3: ตื่นกลางป่า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09"/>
        <w:gridCol w:w="7605"/>
      </w:tblGrid>
      <w:tr w:rsidR="00501161" w14:paraId="35D362B9" w14:textId="77777777">
        <w:trPr>
          <w:tblHeader/>
          <w:jc w:val="center"/>
        </w:trPr>
        <w:tc>
          <w:tcPr>
            <w:tcW w:w="1409" w:type="dxa"/>
            <w:shd w:val="clear" w:color="auto" w:fill="F2F2F2"/>
          </w:tcPr>
          <w:p w14:paraId="4720AB3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05" w:type="dxa"/>
            <w:shd w:val="clear" w:color="auto" w:fill="F2F2F2"/>
          </w:tcPr>
          <w:p w14:paraId="4B55CE2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2A57F384" w14:textId="77777777">
        <w:trPr>
          <w:jc w:val="center"/>
        </w:trPr>
        <w:tc>
          <w:tcPr>
            <w:tcW w:w="1409" w:type="dxa"/>
          </w:tcPr>
          <w:p w14:paraId="097F2CE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05" w:type="dxa"/>
          </w:tcPr>
          <w:p w14:paraId="6EEA374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ซากสำเภาเกยอยู่ระหว่างต้นไม้ยักษ์ (ชายป่าหิมพานต์ ชั้น 1)</w:t>
            </w:r>
          </w:p>
        </w:tc>
      </w:tr>
      <w:tr w:rsidR="00501161" w14:paraId="14CF5D32" w14:textId="77777777">
        <w:trPr>
          <w:jc w:val="center"/>
        </w:trPr>
        <w:tc>
          <w:tcPr>
            <w:tcW w:w="1409" w:type="dxa"/>
          </w:tcPr>
          <w:p w14:paraId="0B25DC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สิ่งที่เกิดขึ้น</w:t>
            </w:r>
          </w:p>
        </w:tc>
        <w:tc>
          <w:tcPr>
            <w:tcW w:w="7605" w:type="dxa"/>
          </w:tcPr>
          <w:p w14:paraId="46891A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ผู้เล่นฟื้นขึ้นมา เรือเอียงอยู่บนพื้นดิน ไม่มีทะเลให้เห็นเลย รอบตัวคือป่าที่ต้นไม้สูงกว่าเสากระโดง อุปทูตเสียชีวิตจากการกระแทก คนหายไปหลายสิบคน เสียงกรีดร้องดังจากชายป่า ฝูงกิหมีลาก</w:t>
            </w:r>
            <w:r>
              <w:rPr>
                <w:sz w:val="28"/>
                <w:szCs w:val="28"/>
              </w:rPr>
              <w:t>ลูกเรือคนหนึ่งหายเข้าไปในพุ่มไม้ ผู้เล่นกับคนคุ้มกัน 3 คนต้องสู้เพื่อป้องกันเรือ</w:t>
            </w:r>
          </w:p>
        </w:tc>
      </w:tr>
      <w:tr w:rsidR="00501161" w14:paraId="69E0B05B" w14:textId="77777777">
        <w:trPr>
          <w:jc w:val="center"/>
        </w:trPr>
        <w:tc>
          <w:tcPr>
            <w:tcW w:w="1409" w:type="dxa"/>
          </w:tcPr>
          <w:p w14:paraId="7236FE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ระบบที่สอน / ผูก</w:t>
            </w:r>
          </w:p>
        </w:tc>
        <w:tc>
          <w:tcPr>
            <w:tcW w:w="7605" w:type="dxa"/>
          </w:tcPr>
          <w:p w14:paraId="42C710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ไฟต์ Tutorial แรก (Fight, Skill, Defense) · แสดงว่าสัตว์ในป่า "กินคน" ตั้งแต่นาทีแรก</w:t>
            </w:r>
          </w:p>
        </w:tc>
      </w:tr>
    </w:tbl>
    <w:p w14:paraId="6BDA7A9B" w14:textId="77777777" w:rsidR="00501161" w:rsidRDefault="00501161">
      <w:pPr>
        <w:spacing w:after="40"/>
      </w:pPr>
    </w:p>
    <w:p w14:paraId="379E8D90" w14:textId="77777777" w:rsidR="00501161" w:rsidRDefault="00C637DA">
      <w:pPr>
        <w:pStyle w:val="Heading4"/>
      </w:pPr>
      <w:r>
        <w:t>ฉาก 4: ตั้งค่าย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09"/>
        <w:gridCol w:w="7605"/>
      </w:tblGrid>
      <w:tr w:rsidR="00501161" w14:paraId="5A781EE3" w14:textId="77777777">
        <w:trPr>
          <w:tblHeader/>
          <w:jc w:val="center"/>
        </w:trPr>
        <w:tc>
          <w:tcPr>
            <w:tcW w:w="1409" w:type="dxa"/>
            <w:shd w:val="clear" w:color="auto" w:fill="F2F2F2"/>
          </w:tcPr>
          <w:p w14:paraId="58A98D86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05" w:type="dxa"/>
            <w:shd w:val="clear" w:color="auto" w:fill="F2F2F2"/>
          </w:tcPr>
          <w:p w14:paraId="7BA7411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42576000" w14:textId="77777777">
        <w:trPr>
          <w:jc w:val="center"/>
        </w:trPr>
        <w:tc>
          <w:tcPr>
            <w:tcW w:w="1409" w:type="dxa"/>
          </w:tcPr>
          <w:p w14:paraId="4D45D21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05" w:type="dxa"/>
          </w:tcPr>
          <w:p w14:paraId="0A999E3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ซากสำเภา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กลายเป็นค่าย)</w:t>
            </w:r>
          </w:p>
        </w:tc>
      </w:tr>
      <w:tr w:rsidR="00501161" w14:paraId="67A01000" w14:textId="77777777">
        <w:trPr>
          <w:jc w:val="center"/>
        </w:trPr>
        <w:tc>
          <w:tcPr>
            <w:tcW w:w="1409" w:type="dxa"/>
          </w:tcPr>
          <w:p w14:paraId="2D0AA6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สิ่งที่เกิดขึ้น</w:t>
            </w:r>
          </w:p>
        </w:tc>
        <w:tc>
          <w:tcPr>
            <w:tcW w:w="7605" w:type="dxa"/>
          </w:tcPr>
          <w:p w14:paraId="0C9FC04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ราชทูตสั่งให้ตั้งค่ายรอบเรือ NPC แต่ละคนรับหน้าที่ของตัวเอง ผู้เล่นเดินไปแต่ละจุด: ทำเนียบอาสา (นายทองอินจดชื่อผู้รอด), เรือนหมอหลวง (รักษาคนเจ็บ), โรงตีเหล็ก (นายช่างมั่นก่อเตาจากหินถ่วงเรือ), ห้างเถ้าแก่ฮง (แจกของจากระวาง)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ครัวไฟ (ยายเนียมทำข้าวมื้อแรก), ศาลาพระ (หลวงตาสวดให้ผู้ตาย และบอกให้ทุกคนพัก) คืนนั้นขุนวรวาทีบอกว่า "ถ้าเราจะออกจากที่นี่ เราต้องรู้ก่อนว่าที่นี่คือที่ไหน" และมอบสมุดไทยเปล่าให้ผู้เล่นใช้วาดแผนที่</w:t>
            </w:r>
          </w:p>
        </w:tc>
      </w:tr>
      <w:tr w:rsidR="00501161" w14:paraId="18703449" w14:textId="77777777">
        <w:trPr>
          <w:jc w:val="center"/>
        </w:trPr>
        <w:tc>
          <w:tcPr>
            <w:tcW w:w="1409" w:type="dxa"/>
          </w:tcPr>
          <w:p w14:paraId="0292B0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ระบบที่สอน / ผูก</w:t>
            </w:r>
          </w:p>
        </w:tc>
        <w:tc>
          <w:tcPr>
            <w:tcW w:w="7605" w:type="dxa"/>
          </w:tcPr>
          <w:p w14:paraId="5081A3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Tutorial </w:t>
            </w:r>
            <w:r>
              <w:rPr>
                <w:sz w:val="28"/>
                <w:szCs w:val="28"/>
              </w:rPr>
              <w:t xml:space="preserve">ค่ายทุกบริการ (ขั้นตอนที่ 2 </w:t>
            </w:r>
            <w:r>
              <w:rPr>
                <w:sz w:val="28"/>
                <w:szCs w:val="28"/>
              </w:rPr>
              <w:t>ของ Game Flow) · มอบระบบวาดแผนที่ (เหตุผลในเรื่อง)</w:t>
            </w:r>
          </w:p>
        </w:tc>
      </w:tr>
    </w:tbl>
    <w:p w14:paraId="23928D3E" w14:textId="77777777" w:rsidR="00501161" w:rsidRDefault="00501161">
      <w:pPr>
        <w:spacing w:after="40"/>
      </w:pPr>
    </w:p>
    <w:p w14:paraId="48414A41" w14:textId="77777777" w:rsidR="00501161" w:rsidRDefault="00C637DA">
      <w:pPr>
        <w:pStyle w:val="Heading4"/>
      </w:pPr>
      <w:r>
        <w:t>ฉาก 5: เข้าป่าครั้งแรก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09"/>
        <w:gridCol w:w="7605"/>
      </w:tblGrid>
      <w:tr w:rsidR="00501161" w14:paraId="5707D2B6" w14:textId="77777777">
        <w:trPr>
          <w:tblHeader/>
          <w:jc w:val="center"/>
        </w:trPr>
        <w:tc>
          <w:tcPr>
            <w:tcW w:w="1409" w:type="dxa"/>
            <w:shd w:val="clear" w:color="auto" w:fill="F2F2F2"/>
          </w:tcPr>
          <w:p w14:paraId="0BCA8B7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05" w:type="dxa"/>
            <w:shd w:val="clear" w:color="auto" w:fill="F2F2F2"/>
          </w:tcPr>
          <w:p w14:paraId="745409C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47FCB8D5" w14:textId="77777777">
        <w:trPr>
          <w:jc w:val="center"/>
        </w:trPr>
        <w:tc>
          <w:tcPr>
            <w:tcW w:w="1409" w:type="dxa"/>
          </w:tcPr>
          <w:p w14:paraId="622B6B9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05" w:type="dxa"/>
          </w:tcPr>
          <w:p w14:paraId="36CBEAD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ชายป่าหิมพานต์ ชั้น 1</w:t>
            </w:r>
          </w:p>
        </w:tc>
      </w:tr>
      <w:tr w:rsidR="00501161" w14:paraId="13ACB8C4" w14:textId="77777777">
        <w:trPr>
          <w:jc w:val="center"/>
        </w:trPr>
        <w:tc>
          <w:tcPr>
            <w:tcW w:w="1409" w:type="dxa"/>
          </w:tcPr>
          <w:p w14:paraId="454B99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สิ่งที่เกิดขึ้น</w:t>
            </w:r>
          </w:p>
        </w:tc>
        <w:tc>
          <w:tcPr>
            <w:tcW w:w="7605" w:type="dxa"/>
          </w:tcPr>
          <w:p w14:paraId="0059E4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ภารกิจหลักแรก "ทางออกที่ไม่มีอยู่จริง": เดินตามลำน้ำไปหาทะเล ผู้เล่นได้เรียนการเดิน Hunger วันเวลา </w:t>
            </w:r>
            <w:r>
              <w:rPr>
                <w:sz w:val="28"/>
                <w:szCs w:val="28"/>
              </w:rPr>
              <w:t xml:space="preserve">และการวาดแผนที่ ปลายลำน้ำคือกำแพงหมอกสีขาวที่เดินเข้าไปเท่าไรก็วนกลับมาที่เดิม </w:t>
            </w:r>
            <w:r>
              <w:rPr>
                <w:sz w:val="28"/>
                <w:szCs w:val="28"/>
              </w:rPr>
              <w:lastRenderedPageBreak/>
              <w:t>ข้างกำแพงหมอกมีศิลาจารึกโบราณ ขุนวรวาทีอ่านได้ครึ่งเดียว: "สิ่งใดมาจากอโนดาต ย่อมคืนสู่อโนดาต"</w:t>
            </w:r>
          </w:p>
        </w:tc>
      </w:tr>
      <w:tr w:rsidR="00501161" w14:paraId="680F0E47" w14:textId="77777777">
        <w:trPr>
          <w:jc w:val="center"/>
        </w:trPr>
        <w:tc>
          <w:tcPr>
            <w:tcW w:w="1409" w:type="dxa"/>
          </w:tcPr>
          <w:p w14:paraId="6438F49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ระบบที่สอน / ผูก</w:t>
            </w:r>
          </w:p>
        </w:tc>
        <w:tc>
          <w:tcPr>
            <w:tcW w:w="7605" w:type="dxa"/>
          </w:tcPr>
          <w:p w14:paraId="780B64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การเดิน, Hunger, Day Light Cycle, Mini Map (ขั้นตอนที่ 3) · ศิลา</w:t>
            </w:r>
            <w:r>
              <w:rPr>
                <w:sz w:val="28"/>
                <w:szCs w:val="28"/>
              </w:rPr>
              <w:t>จารึก = จุดลัดชั้น · ตั้งเป้าหมายใหญ่: ทางออกไม่ได้อยู่ข้างนอก แต่อยู่ข้างใน</w:t>
            </w:r>
          </w:p>
        </w:tc>
      </w:tr>
    </w:tbl>
    <w:p w14:paraId="24A3A46B" w14:textId="77777777" w:rsidR="00501161" w:rsidRDefault="00501161">
      <w:pPr>
        <w:spacing w:after="40"/>
      </w:pPr>
    </w:p>
    <w:p w14:paraId="34E7628E" w14:textId="77777777" w:rsidR="00501161" w:rsidRDefault="00C637DA">
      <w:pPr>
        <w:pStyle w:val="Heading4"/>
      </w:pPr>
      <w:r>
        <w:t>ฉาก 6: คืนแรกที่ครัวไฟ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09"/>
        <w:gridCol w:w="7605"/>
      </w:tblGrid>
      <w:tr w:rsidR="00501161" w14:paraId="1C42769D" w14:textId="77777777">
        <w:trPr>
          <w:tblHeader/>
          <w:jc w:val="center"/>
        </w:trPr>
        <w:tc>
          <w:tcPr>
            <w:tcW w:w="1409" w:type="dxa"/>
            <w:shd w:val="clear" w:color="auto" w:fill="F2F2F2"/>
          </w:tcPr>
          <w:p w14:paraId="2BBCB89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หัวข้อ</w:t>
            </w:r>
          </w:p>
        </w:tc>
        <w:tc>
          <w:tcPr>
            <w:tcW w:w="7605" w:type="dxa"/>
            <w:shd w:val="clear" w:color="auto" w:fill="F2F2F2"/>
          </w:tcPr>
          <w:p w14:paraId="0201DB3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4A140EC4" w14:textId="77777777">
        <w:trPr>
          <w:jc w:val="center"/>
        </w:trPr>
        <w:tc>
          <w:tcPr>
            <w:tcW w:w="1409" w:type="dxa"/>
          </w:tcPr>
          <w:p w14:paraId="3CCD25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สถานที่</w:t>
            </w:r>
          </w:p>
        </w:tc>
        <w:tc>
          <w:tcPr>
            <w:tcW w:w="7605" w:type="dxa"/>
          </w:tcPr>
          <w:p w14:paraId="25124CA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ครัวไฟ</w:t>
            </w:r>
          </w:p>
        </w:tc>
      </w:tr>
      <w:tr w:rsidR="00501161" w14:paraId="5EDDC603" w14:textId="77777777">
        <w:trPr>
          <w:jc w:val="center"/>
        </w:trPr>
        <w:tc>
          <w:tcPr>
            <w:tcW w:w="1409" w:type="dxa"/>
          </w:tcPr>
          <w:p w14:paraId="7E875C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สิ่งที่เกิดขึ้น</w:t>
            </w:r>
          </w:p>
        </w:tc>
        <w:tc>
          <w:tcPr>
            <w:tcW w:w="7605" w:type="dxa"/>
          </w:tcPr>
          <w:p w14:paraId="29F2B38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ทุกคนรวมตัวกินข้าว ขุนวรวาทีเปิดตำราไตรภูมิ </w:t>
            </w:r>
            <w:r>
              <w:rPr>
                <w:sz w:val="28"/>
                <w:szCs w:val="28"/>
              </w:rPr>
              <w:t>อธิบายว่าแม่น้ำในป่านี้ไหลออกมาจากสระอโนดาตที่ใจกลาง ถ้าหมอกพาเรามา ทางกลับก็น่าจะอยู่ที่ต้นน้ำ หลวงตาเล่าว่าคนเฒ่าคนแก่เคยพูดถึงหมอกที่ลงทุกคืนจันทร์ดับ และ "เจ้าป่า" ที่ออกล่าในคืนนั้น ราชทูตประกาศว่าคณะจะเดินทางเข้าไปหาต้นน้ำ ภาพจบที่ปฏิทินในหอบันทึก: เ</w:t>
            </w:r>
            <w:r>
              <w:rPr>
                <w:sz w:val="28"/>
                <w:szCs w:val="28"/>
              </w:rPr>
              <w:t>หลืออีก 30 วันก่อนหมอกจะลงครั้งต่อไป</w:t>
            </w:r>
          </w:p>
        </w:tc>
      </w:tr>
      <w:tr w:rsidR="00501161" w14:paraId="05F34EB9" w14:textId="77777777">
        <w:trPr>
          <w:jc w:val="center"/>
        </w:trPr>
        <w:tc>
          <w:tcPr>
            <w:tcW w:w="1409" w:type="dxa"/>
          </w:tcPr>
          <w:p w14:paraId="7D0252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ระบบที่สอน / ผูก</w:t>
            </w:r>
          </w:p>
        </w:tc>
        <w:tc>
          <w:tcPr>
            <w:tcW w:w="7605" w:type="dxa"/>
          </w:tcPr>
          <w:p w14:paraId="5D36449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อธิบายเหตุผลของเส้นตาย 31 วันในโลกของเกม · เปิด Chapter 1 อย่างเป็นทางการ (จบ Tutorial)</w:t>
            </w:r>
          </w:p>
        </w:tc>
      </w:tr>
    </w:tbl>
    <w:p w14:paraId="621FC335" w14:textId="77777777" w:rsidR="00501161" w:rsidRDefault="00501161">
      <w:pPr>
        <w:spacing w:after="40"/>
      </w:pPr>
    </w:p>
    <w:p w14:paraId="7790A456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Prologue </w:t>
      </w:r>
      <w:r>
        <w:t>สอนระบบทุกอย่างผ่านเหตุการณ์ในเรื่อง ไม่ใช้กล่องข้อความสอน ทุกระบบหลักมีเหตุผลในโลกของเกม</w:t>
      </w:r>
      <w:r>
        <w:t xml:space="preserve">: </w:t>
      </w:r>
      <w:r>
        <w:t>วาดแผนที่เพราะขุนวรวาทีสั่ง, 31 วันเพราะหมอก, เข้าไปลึกขึ้นเพราะทางออกอยู่ที่ต้นน้ำ ผู้เล่นจะได้ไม่รู้สึกว่ากำลังเล่นตามกฎของเกม</w:t>
      </w:r>
    </w:p>
    <w:p w14:paraId="02FD8084" w14:textId="77777777" w:rsidR="00501161" w:rsidRDefault="00C637DA">
      <w:pPr>
        <w:pStyle w:val="Heading3"/>
      </w:pPr>
      <w:r>
        <w:t>15.1.5 Central Mystery (</w:t>
      </w:r>
      <w:r>
        <w:t>ความจริงสำหรับทีมพัฒนา)</w:t>
      </w:r>
    </w:p>
    <w:p w14:paraId="5237F270" w14:textId="77777777" w:rsidR="00501161" w:rsidRDefault="00C637DA">
      <w:r>
        <w:rPr>
          <w:color w:val="555555"/>
          <w:sz w:val="26"/>
          <w:szCs w:val="26"/>
        </w:rPr>
        <w:t>ส่วนนี้คือความจริงเบื้องหลังที่ทีมต้องรู้ ผู้เล่นจะค่อยๆ ค้นพบตลอดเกม ห้ามเปิ</w:t>
      </w:r>
      <w:r>
        <w:rPr>
          <w:color w:val="555555"/>
          <w:sz w:val="26"/>
          <w:szCs w:val="26"/>
        </w:rPr>
        <w:t>ดเผยตรงๆ ใน Chapter แรกๆ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0"/>
        <w:gridCol w:w="7544"/>
      </w:tblGrid>
      <w:tr w:rsidR="00501161" w14:paraId="0909F4B8" w14:textId="77777777">
        <w:trPr>
          <w:tblHeader/>
          <w:jc w:val="center"/>
        </w:trPr>
        <w:tc>
          <w:tcPr>
            <w:tcW w:w="1470" w:type="dxa"/>
            <w:shd w:val="clear" w:color="auto" w:fill="F2F2F2"/>
          </w:tcPr>
          <w:p w14:paraId="475C8C2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คำถามในเรื่อง</w:t>
            </w:r>
          </w:p>
        </w:tc>
        <w:tc>
          <w:tcPr>
            <w:tcW w:w="7544" w:type="dxa"/>
            <w:shd w:val="clear" w:color="auto" w:fill="F2F2F2"/>
          </w:tcPr>
          <w:p w14:paraId="4479A05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คำตอบ (ความจริง)</w:t>
            </w:r>
          </w:p>
        </w:tc>
      </w:tr>
      <w:tr w:rsidR="00501161" w14:paraId="38E229BC" w14:textId="77777777">
        <w:trPr>
          <w:jc w:val="center"/>
        </w:trPr>
        <w:tc>
          <w:tcPr>
            <w:tcW w:w="1470" w:type="dxa"/>
          </w:tcPr>
          <w:p w14:paraId="5DFDDD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ทำไมหมอกพาคณะมาที่นี่?</w:t>
            </w:r>
          </w:p>
        </w:tc>
        <w:tc>
          <w:tcPr>
            <w:tcW w:w="7544" w:type="dxa"/>
          </w:tcPr>
          <w:p w14:paraId="6F2D53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ผอบนิลรัตน์บรรจุ "หยดน้ำอโนดาต" ที่ถูกนำออกจากป่าหิมพานต์เมื่อหลายร้อยปีก่อน และถูกเก็บเป็นของล้ำค่าในราชสำนัก ป่าเรียกสิ่งของที่เป็นของมันกลับ </w:t>
            </w:r>
            <w:r>
              <w:rPr>
                <w:sz w:val="28"/>
                <w:szCs w:val="28"/>
              </w:rPr>
              <w:t>หมอกจึงดึงเรือที่ถือผอบเข้ามา</w:t>
            </w:r>
          </w:p>
        </w:tc>
      </w:tr>
      <w:tr w:rsidR="00501161" w14:paraId="23BBEFBB" w14:textId="77777777">
        <w:trPr>
          <w:jc w:val="center"/>
        </w:trPr>
        <w:tc>
          <w:tcPr>
            <w:tcW w:w="1470" w:type="dxa"/>
          </w:tcPr>
          <w:p w14:paraId="5767EC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ทำไมสัตว์ไล่ล่าคณะ?</w:t>
            </w:r>
          </w:p>
        </w:tc>
        <w:tc>
          <w:tcPr>
            <w:tcW w:w="7544" w:type="dxa"/>
          </w:tcPr>
          <w:p w14:paraId="48F96C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สัตว์หิมพานต์ได้กลิ่นน้ำทิพย์ในผอบ และมองคณะเป็นขโมย สัตว์ชั้นต่ำล่าเพราะหิว สัตว์ชั้นสูงล่าเพราะต้องการเอาของคืน (ตรงกับ GDD เดิม: "การมาเยือนเพื่อนำบางสิ่งบางอย่างกลับไป")</w:t>
            </w:r>
          </w:p>
        </w:tc>
      </w:tr>
      <w:tr w:rsidR="00501161" w14:paraId="179E9E3D" w14:textId="77777777">
        <w:trPr>
          <w:jc w:val="center"/>
        </w:trPr>
        <w:tc>
          <w:tcPr>
            <w:tcW w:w="1470" w:type="dxa"/>
          </w:tcPr>
          <w:p w14:paraId="7BE8B0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ราชโองการลับคืออะไร?</w:t>
            </w:r>
          </w:p>
        </w:tc>
        <w:tc>
          <w:tcPr>
            <w:tcW w:w="7544" w:type="dxa"/>
          </w:tcPr>
          <w:p w14:paraId="28BA8C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ราชทูตได้</w:t>
            </w:r>
            <w:r>
              <w:rPr>
                <w:sz w:val="28"/>
                <w:szCs w:val="28"/>
              </w:rPr>
              <w:t>รับคำสั่งลับว่าผอบนี้ไม่ใช่ของกำนัล แต่คือ "น้ำอมฤต" ที่ต้องนำไปแลกกับพันธมิตรต่างแดน (เชื่อมกับแนวคิดน้ำอมฤตใน GDD ฉบับแรก) ราชทูตต้องเลือกระหว่างหน้าที่ต่อแผ่นดินกับชีวิตของคณะ</w:t>
            </w:r>
          </w:p>
        </w:tc>
      </w:tr>
      <w:tr w:rsidR="00501161" w14:paraId="5CF808C9" w14:textId="77777777">
        <w:trPr>
          <w:jc w:val="center"/>
        </w:trPr>
        <w:tc>
          <w:tcPr>
            <w:tcW w:w="1470" w:type="dxa"/>
          </w:tcPr>
          <w:p w14:paraId="3B2952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ทางกลับบ้านอยู่ที่ไหน?</w:t>
            </w:r>
          </w:p>
        </w:tc>
        <w:tc>
          <w:tcPr>
            <w:tcW w:w="7544" w:type="dxa"/>
          </w:tcPr>
          <w:p w14:paraId="3B44E4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ที่สระอโนดาต เมื่อนำหยดน้ำคืนสู่ต้นน้ำ หมอกจะเปิดทางก</w:t>
            </w:r>
            <w:r>
              <w:rPr>
                <w:sz w:val="28"/>
                <w:szCs w:val="28"/>
              </w:rPr>
              <w:t>ลับ แต่นั่นหมายถึงราชทูตต้องขัดราชโองการ</w:t>
            </w:r>
          </w:p>
        </w:tc>
      </w:tr>
      <w:tr w:rsidR="00501161" w14:paraId="7971982D" w14:textId="77777777">
        <w:trPr>
          <w:jc w:val="center"/>
        </w:trPr>
        <w:tc>
          <w:tcPr>
            <w:tcW w:w="1470" w:type="dxa"/>
          </w:tcPr>
          <w:p w14:paraId="3275EF8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คณะสำรวจรุ่นก่อนคือใคร?</w:t>
            </w:r>
          </w:p>
        </w:tc>
        <w:tc>
          <w:tcPr>
            <w:tcW w:w="7544" w:type="dxa"/>
          </w:tcPr>
          <w:p w14:paraId="717390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คณะที่นำหยดน้ำออกไปเมื่อหลายร้อยปีก่อน บางส่วนไม่ได้กลับออกไป ร่องรอยของพวกเขา (กระดูก ของพัง ศิลาจารึก) คือเส้นทางเล่าเรื่องผ่านสภาพแวดล้อม (Section 6.3)</w:t>
            </w:r>
          </w:p>
        </w:tc>
      </w:tr>
    </w:tbl>
    <w:p w14:paraId="15E7E7B8" w14:textId="77777777" w:rsidR="00501161" w:rsidRDefault="00501161">
      <w:pPr>
        <w:spacing w:after="40"/>
      </w:pPr>
    </w:p>
    <w:p w14:paraId="7CB12A93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ความลับนี้ทำให้ทุกระ</w:t>
      </w:r>
      <w:r>
        <w:t>บบมีความหมายทางเรื่องราว: สัตว์ชั้นสูงไล่ล่าผู้เล่นเพราะผอบ, บอสวันที่ 31 คือ "เจ้าป่า" ที่ออกมาเอาของคืน, และอาชีพสัตว์อสูรเกิดได้เพราะสัตว์บางตัวมีเป้าหมายเดียวกับคณะ คือให้ผอบไปถึงใจกลางป่า</w:t>
      </w:r>
    </w:p>
    <w:p w14:paraId="33BB341A" w14:textId="77777777" w:rsidR="00501161" w:rsidRDefault="00C637DA">
      <w:pPr>
        <w:pStyle w:val="Heading3"/>
      </w:pPr>
      <w:r>
        <w:t xml:space="preserve">15.1.6 Overall Arc — </w:t>
      </w:r>
      <w:r>
        <w:t>โครงเรื่อง 3 องก์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2"/>
        <w:gridCol w:w="892"/>
        <w:gridCol w:w="892"/>
        <w:gridCol w:w="4297"/>
        <w:gridCol w:w="2041"/>
      </w:tblGrid>
      <w:tr w:rsidR="00501161" w14:paraId="2A2EBC0E" w14:textId="77777777">
        <w:trPr>
          <w:tblHeader/>
          <w:jc w:val="center"/>
        </w:trPr>
        <w:tc>
          <w:tcPr>
            <w:tcW w:w="892" w:type="dxa"/>
            <w:shd w:val="clear" w:color="auto" w:fill="F2F2F2"/>
          </w:tcPr>
          <w:p w14:paraId="2FCA961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องก์</w:t>
            </w:r>
          </w:p>
        </w:tc>
        <w:tc>
          <w:tcPr>
            <w:tcW w:w="892" w:type="dxa"/>
            <w:shd w:val="clear" w:color="auto" w:fill="F2F2F2"/>
          </w:tcPr>
          <w:p w14:paraId="09ED0FF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Chapter</w:t>
            </w:r>
          </w:p>
        </w:tc>
        <w:tc>
          <w:tcPr>
            <w:tcW w:w="892" w:type="dxa"/>
            <w:shd w:val="clear" w:color="auto" w:fill="F2F2F2"/>
          </w:tcPr>
          <w:p w14:paraId="6689D96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ธีม</w:t>
            </w:r>
          </w:p>
        </w:tc>
        <w:tc>
          <w:tcPr>
            <w:tcW w:w="4297" w:type="dxa"/>
            <w:shd w:val="clear" w:color="auto" w:fill="F2F2F2"/>
          </w:tcPr>
          <w:p w14:paraId="5167505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เหตุการ</w:t>
            </w:r>
            <w:r>
              <w:rPr>
                <w:b/>
                <w:bCs/>
                <w:sz w:val="28"/>
                <w:szCs w:val="28"/>
              </w:rPr>
              <w:t>ณ์ใหญ่ (โครง)</w:t>
            </w:r>
          </w:p>
        </w:tc>
        <w:tc>
          <w:tcPr>
            <w:tcW w:w="2041" w:type="dxa"/>
            <w:shd w:val="clear" w:color="auto" w:fill="F2F2F2"/>
          </w:tcPr>
          <w:p w14:paraId="0381EB5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แรงผลักให้ไปต่อ</w:t>
            </w:r>
          </w:p>
        </w:tc>
      </w:tr>
      <w:tr w:rsidR="00501161" w14:paraId="0E1C6011" w14:textId="77777777">
        <w:trPr>
          <w:jc w:val="center"/>
        </w:trPr>
        <w:tc>
          <w:tcPr>
            <w:tcW w:w="892" w:type="dxa"/>
          </w:tcPr>
          <w:p w14:paraId="5DF12F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องก์ 1: เอาชีวิตรอด</w:t>
            </w:r>
          </w:p>
        </w:tc>
        <w:tc>
          <w:tcPr>
            <w:tcW w:w="892" w:type="dxa"/>
          </w:tcPr>
          <w:p w14:paraId="08AC36E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1–2</w:t>
            </w:r>
          </w:p>
        </w:tc>
        <w:tc>
          <w:tcPr>
            <w:tcW w:w="892" w:type="dxa"/>
          </w:tcPr>
          <w:p w14:paraId="51C410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หนี</w:t>
            </w:r>
          </w:p>
        </w:tc>
        <w:tc>
          <w:tcPr>
            <w:tcW w:w="4297" w:type="dxa"/>
          </w:tcPr>
          <w:p w14:paraId="69C9D3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ตั้งค่าย หาคนที่หลง รู้ว่าทางออกอยู่ที่ต้นน้ำ เริ่มเห็นว่าสัตว์สนใจผอบเป็นพิเศษ ปลายองก์: ผอบเรืองแสงทุกครั้งที่สัตว์ชั้นสูงอยู่ใกล้</w:t>
            </w:r>
          </w:p>
        </w:tc>
        <w:tc>
          <w:tcPr>
            <w:tcW w:w="2041" w:type="dxa"/>
          </w:tcPr>
          <w:p w14:paraId="7EC95D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ข้างหลังคือกำแพงหมอก ทางเดียวคือไปข้างหน้า</w:t>
            </w:r>
          </w:p>
        </w:tc>
      </w:tr>
      <w:tr w:rsidR="00501161" w14:paraId="6EB71E62" w14:textId="77777777">
        <w:trPr>
          <w:jc w:val="center"/>
        </w:trPr>
        <w:tc>
          <w:tcPr>
            <w:tcW w:w="892" w:type="dxa"/>
          </w:tcPr>
          <w:p w14:paraId="719E1CF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องก์ 2: </w:t>
            </w:r>
            <w:r>
              <w:rPr>
                <w:sz w:val="28"/>
                <w:szCs w:val="28"/>
              </w:rPr>
              <w:t>ความจริงของป่า</w:t>
            </w:r>
          </w:p>
        </w:tc>
        <w:tc>
          <w:tcPr>
            <w:tcW w:w="892" w:type="dxa"/>
          </w:tcPr>
          <w:p w14:paraId="59C99F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3–4</w:t>
            </w:r>
          </w:p>
        </w:tc>
        <w:tc>
          <w:tcPr>
            <w:tcW w:w="892" w:type="dxa"/>
          </w:tcPr>
          <w:p w14:paraId="270BCE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รู้ความจริง</w:t>
            </w:r>
          </w:p>
        </w:tc>
        <w:tc>
          <w:tcPr>
            <w:tcW w:w="4297" w:type="dxa"/>
          </w:tcPr>
          <w:p w14:paraId="0AEDCA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พบสัตว์ตัวแรกที่สื่อสารได้ รู้ว่าสัตว์มองคณะเป็นขโมย ปลดล็อกสัตว์อสูร (หลังจบ Chapter 3) ราชโองการลับถูกเปิดเผย ความขัดแย้งในค่าย: คืนของ หรือทำตามราชโองการ</w:t>
            </w:r>
          </w:p>
        </w:tc>
        <w:tc>
          <w:tcPr>
            <w:tcW w:w="2041" w:type="dxa"/>
          </w:tcPr>
          <w:p w14:paraId="5F76E18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รู้แล้วว่าทำไมถูกล่า และรู้ว่าต้องเอาผอบไปถึงใจกลางให้ได้</w:t>
            </w:r>
          </w:p>
        </w:tc>
      </w:tr>
      <w:tr w:rsidR="00501161" w14:paraId="41AAE788" w14:textId="77777777">
        <w:trPr>
          <w:jc w:val="center"/>
        </w:trPr>
        <w:tc>
          <w:tcPr>
            <w:tcW w:w="892" w:type="dxa"/>
          </w:tcPr>
          <w:p w14:paraId="021578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องก์ 3: ใ</w:t>
            </w:r>
            <w:r>
              <w:rPr>
                <w:sz w:val="28"/>
                <w:szCs w:val="28"/>
              </w:rPr>
              <w:t>จกลางป่า</w:t>
            </w:r>
          </w:p>
        </w:tc>
        <w:tc>
          <w:tcPr>
            <w:tcW w:w="892" w:type="dxa"/>
          </w:tcPr>
          <w:p w14:paraId="0CC583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5–7</w:t>
            </w:r>
          </w:p>
        </w:tc>
        <w:tc>
          <w:tcPr>
            <w:tcW w:w="892" w:type="dxa"/>
          </w:tcPr>
          <w:p w14:paraId="105CA3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ฝ่าไปให้ถึง</w:t>
            </w:r>
          </w:p>
        </w:tc>
        <w:tc>
          <w:tcPr>
            <w:tcW w:w="4297" w:type="dxa"/>
          </w:tcPr>
          <w:p w14:paraId="4D090AD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ลงถ้ำมโนศิลา ขึ้นผาวายุ ไปถึงสระอโนดาต พบร่องรอยคณะสำรวจรุ่นก่อนที่ไม่ได้กลับ ราชทูตต้องตัดสินใจ และผู้เล่นมีส่วนในการตัดสินใจนั้น</w:t>
            </w:r>
          </w:p>
        </w:tc>
        <w:tc>
          <w:tcPr>
            <w:tcW w:w="2041" w:type="dxa"/>
          </w:tcPr>
          <w:p w14:paraId="6EF17F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ทางออกอยู่ตรงหน้า แต่ต้องเลือกว่าจะจ่ายอะไรเพื่อออกไป</w:t>
            </w:r>
          </w:p>
        </w:tc>
      </w:tr>
    </w:tbl>
    <w:p w14:paraId="548111DD" w14:textId="77777777" w:rsidR="00501161" w:rsidRDefault="00501161">
      <w:pPr>
        <w:spacing w:after="40"/>
      </w:pPr>
    </w:p>
    <w:p w14:paraId="769733BB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เป้าหมายหลักของเรื่องคงที่ตั้งแต่ต้นจนจบ: มุ่งหน้าไปใจกลางป่าเพื่อหาทางออก เพราะหันหลังกลับไม่ได้ ตรงกับ Gameplay ที่ผู้เล่นต้องลงลึกขึ้นทุก Chapter (Section 6) สิ่งที่เปลี่ยนในแต่ละองก์คือ "เหตุผล" ที่ทำให้ต้องไปต่อ จากหนีตาย เป็นรู้ความจริง เป็นการเลือก</w:t>
      </w:r>
      <w:r>
        <w:t>ราคาของทางออก</w:t>
      </w:r>
    </w:p>
    <w:p w14:paraId="21A89515" w14:textId="77777777" w:rsidR="00501161" w:rsidRDefault="00C637DA">
      <w:pPr>
        <w:pStyle w:val="Heading3"/>
      </w:pPr>
      <w:r>
        <w:t>15.1.7 Chapter Story Function</w:t>
      </w:r>
    </w:p>
    <w:p w14:paraId="5B6BFBC0" w14:textId="77777777" w:rsidR="00501161" w:rsidRDefault="00C637DA">
      <w:pPr>
        <w:ind w:firstLine="720"/>
      </w:pPr>
      <w:r>
        <w:t>ตารางนี้กำหนดเฉพาะ "หน้าที่" ของแต่ละ Chapter ในโครงเรื่องใหญ่ เนื้อเรื่องจริงของแต่ละ Chapter ให้ Game Designer เป็นผู้เขียน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79"/>
        <w:gridCol w:w="1829"/>
        <w:gridCol w:w="4295"/>
        <w:gridCol w:w="1511"/>
      </w:tblGrid>
      <w:tr w:rsidR="00501161" w14:paraId="5E27D3AF" w14:textId="77777777">
        <w:trPr>
          <w:tblHeader/>
          <w:jc w:val="center"/>
        </w:trPr>
        <w:tc>
          <w:tcPr>
            <w:tcW w:w="1379" w:type="dxa"/>
            <w:shd w:val="clear" w:color="auto" w:fill="F2F2F2"/>
          </w:tcPr>
          <w:p w14:paraId="58A5ECA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Ch</w:t>
            </w:r>
          </w:p>
        </w:tc>
        <w:tc>
          <w:tcPr>
            <w:tcW w:w="1829" w:type="dxa"/>
            <w:shd w:val="clear" w:color="auto" w:fill="F2F2F2"/>
          </w:tcPr>
          <w:p w14:paraId="7073F4A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พื้นที่</w:t>
            </w:r>
          </w:p>
        </w:tc>
        <w:tc>
          <w:tcPr>
            <w:tcW w:w="4295" w:type="dxa"/>
            <w:shd w:val="clear" w:color="auto" w:fill="F2F2F2"/>
          </w:tcPr>
          <w:p w14:paraId="2B7E1A97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หน้าที่ในโครงเรื่อง</w:t>
            </w:r>
          </w:p>
        </w:tc>
        <w:tc>
          <w:tcPr>
            <w:tcW w:w="1511" w:type="dxa"/>
            <w:shd w:val="clear" w:color="auto" w:fill="F2F2F2"/>
          </w:tcPr>
          <w:p w14:paraId="1FCEDE0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เนื้อเรื่อง Chapter</w:t>
            </w:r>
          </w:p>
        </w:tc>
      </w:tr>
      <w:tr w:rsidR="00501161" w14:paraId="7BEFA75A" w14:textId="77777777">
        <w:trPr>
          <w:jc w:val="center"/>
        </w:trPr>
        <w:tc>
          <w:tcPr>
            <w:tcW w:w="1379" w:type="dxa"/>
          </w:tcPr>
          <w:p w14:paraId="38F0BC1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9" w:type="dxa"/>
          </w:tcPr>
          <w:p w14:paraId="066B835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ชายป่าหิมพานต์</w:t>
            </w:r>
          </w:p>
        </w:tc>
        <w:tc>
          <w:tcPr>
            <w:tcW w:w="4295" w:type="dxa"/>
          </w:tcPr>
          <w:p w14:paraId="659A45B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ตั้งค่าย </w:t>
            </w:r>
            <w:r>
              <w:rPr>
                <w:sz w:val="28"/>
                <w:szCs w:val="28"/>
              </w:rPr>
              <w:t>สอนระบบ รู้ว่าทางออกอยู่ข้างใน</w:t>
            </w:r>
          </w:p>
        </w:tc>
        <w:tc>
          <w:tcPr>
            <w:tcW w:w="1511" w:type="dxa"/>
          </w:tcPr>
          <w:p w14:paraId="6A7094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[</w:t>
            </w:r>
            <w:r>
              <w:rPr>
                <w:sz w:val="28"/>
                <w:szCs w:val="28"/>
              </w:rPr>
              <w:t>รอ Game Designer]</w:t>
            </w:r>
          </w:p>
        </w:tc>
      </w:tr>
      <w:tr w:rsidR="00501161" w14:paraId="6B49DCF7" w14:textId="77777777">
        <w:trPr>
          <w:jc w:val="center"/>
        </w:trPr>
        <w:tc>
          <w:tcPr>
            <w:tcW w:w="1379" w:type="dxa"/>
          </w:tcPr>
          <w:p w14:paraId="33F4211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29" w:type="dxa"/>
          </w:tcPr>
          <w:p w14:paraId="37A5DF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ลุ่มน้ำปัญจมหานที</w:t>
            </w:r>
          </w:p>
        </w:tc>
        <w:tc>
          <w:tcPr>
            <w:tcW w:w="4295" w:type="dxa"/>
          </w:tcPr>
          <w:p w14:paraId="718F0A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ตามแม่น้ำเข้าหาต้นน้ำ </w:t>
            </w:r>
            <w:r>
              <w:rPr>
                <w:sz w:val="28"/>
                <w:szCs w:val="28"/>
              </w:rPr>
              <w:lastRenderedPageBreak/>
              <w:t>พบร่องรอยคณะรุ่นก่อนครั้งแรก</w:t>
            </w:r>
          </w:p>
        </w:tc>
        <w:tc>
          <w:tcPr>
            <w:tcW w:w="1511" w:type="dxa"/>
          </w:tcPr>
          <w:p w14:paraId="178F30A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[</w:t>
            </w:r>
            <w:r>
              <w:rPr>
                <w:sz w:val="28"/>
                <w:szCs w:val="28"/>
              </w:rPr>
              <w:t xml:space="preserve">รอ Game </w:t>
            </w:r>
            <w:r>
              <w:rPr>
                <w:sz w:val="28"/>
                <w:szCs w:val="28"/>
              </w:rPr>
              <w:lastRenderedPageBreak/>
              <w:t>Designer]</w:t>
            </w:r>
          </w:p>
        </w:tc>
      </w:tr>
      <w:tr w:rsidR="00501161" w14:paraId="66ACF39F" w14:textId="77777777">
        <w:trPr>
          <w:jc w:val="center"/>
        </w:trPr>
        <w:tc>
          <w:tcPr>
            <w:tcW w:w="1379" w:type="dxa"/>
          </w:tcPr>
          <w:p w14:paraId="0BAEE4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829" w:type="dxa"/>
          </w:tcPr>
          <w:p w14:paraId="4F79E9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ทุ่งราชสีห์และผาหินแดง</w:t>
            </w:r>
          </w:p>
        </w:tc>
        <w:tc>
          <w:tcPr>
            <w:tcW w:w="4295" w:type="dxa"/>
          </w:tcPr>
          <w:p w14:paraId="130145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พบสัตว์ที่สื่อสารได้ รู้ว่าทำไมถูกล่า ปลดล็อกสัตว์อสูร</w:t>
            </w:r>
          </w:p>
        </w:tc>
        <w:tc>
          <w:tcPr>
            <w:tcW w:w="1511" w:type="dxa"/>
          </w:tcPr>
          <w:p w14:paraId="32D313D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[</w:t>
            </w:r>
            <w:r>
              <w:rPr>
                <w:sz w:val="28"/>
                <w:szCs w:val="28"/>
              </w:rPr>
              <w:t>รอ Game Designer]</w:t>
            </w:r>
          </w:p>
        </w:tc>
      </w:tr>
      <w:tr w:rsidR="00501161" w14:paraId="046F96B1" w14:textId="77777777">
        <w:trPr>
          <w:jc w:val="center"/>
        </w:trPr>
        <w:tc>
          <w:tcPr>
            <w:tcW w:w="1379" w:type="dxa"/>
          </w:tcPr>
          <w:p w14:paraId="140B16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29" w:type="dxa"/>
          </w:tcPr>
          <w:p w14:paraId="08754EA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ดงคชสาร รอบสระฉัททันต์</w:t>
            </w:r>
          </w:p>
        </w:tc>
        <w:tc>
          <w:tcPr>
            <w:tcW w:w="4295" w:type="dxa"/>
          </w:tcPr>
          <w:p w14:paraId="1756E9E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ราชโองการลับถูกเปิดเผย ความขัดแย้งในคณะ</w:t>
            </w:r>
          </w:p>
        </w:tc>
        <w:tc>
          <w:tcPr>
            <w:tcW w:w="1511" w:type="dxa"/>
          </w:tcPr>
          <w:p w14:paraId="7C592F1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[</w:t>
            </w:r>
            <w:r>
              <w:rPr>
                <w:sz w:val="28"/>
                <w:szCs w:val="28"/>
              </w:rPr>
              <w:t>รอ Game Designer]</w:t>
            </w:r>
          </w:p>
        </w:tc>
      </w:tr>
      <w:tr w:rsidR="00501161" w14:paraId="1EF64408" w14:textId="77777777">
        <w:trPr>
          <w:jc w:val="center"/>
        </w:trPr>
        <w:tc>
          <w:tcPr>
            <w:tcW w:w="1379" w:type="dxa"/>
          </w:tcPr>
          <w:p w14:paraId="47F4AC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29" w:type="dxa"/>
          </w:tcPr>
          <w:p w14:paraId="109D31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ถ้ำมโนศิลาและทางลงบาดาล</w:t>
            </w:r>
          </w:p>
        </w:tc>
        <w:tc>
          <w:tcPr>
            <w:tcW w:w="4295" w:type="dxa"/>
          </w:tcPr>
          <w:p w14:paraId="798432D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ความมืดและความจริงของคณะรุ่นก่อน</w:t>
            </w:r>
          </w:p>
        </w:tc>
        <w:tc>
          <w:tcPr>
            <w:tcW w:w="1511" w:type="dxa"/>
          </w:tcPr>
          <w:p w14:paraId="5FA02D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[</w:t>
            </w:r>
            <w:r>
              <w:rPr>
                <w:sz w:val="28"/>
                <w:szCs w:val="28"/>
              </w:rPr>
              <w:t>รอ Game Designer]</w:t>
            </w:r>
          </w:p>
        </w:tc>
      </w:tr>
      <w:tr w:rsidR="00501161" w14:paraId="7BE43462" w14:textId="77777777">
        <w:trPr>
          <w:jc w:val="center"/>
        </w:trPr>
        <w:tc>
          <w:tcPr>
            <w:tcW w:w="1379" w:type="dxa"/>
          </w:tcPr>
          <w:p w14:paraId="689C99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29" w:type="dxa"/>
          </w:tcPr>
          <w:p w14:paraId="5AC1947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ผาวายุและยอดไม้สิมพลี</w:t>
            </w:r>
          </w:p>
        </w:tc>
        <w:tc>
          <w:tcPr>
            <w:tcW w:w="4295" w:type="dxa"/>
          </w:tcPr>
          <w:p w14:paraId="4F6864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ความเสียสละก่อนถึงใจกลาง</w:t>
            </w:r>
          </w:p>
        </w:tc>
        <w:tc>
          <w:tcPr>
            <w:tcW w:w="1511" w:type="dxa"/>
          </w:tcPr>
          <w:p w14:paraId="72EFFD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[</w:t>
            </w:r>
            <w:r>
              <w:rPr>
                <w:sz w:val="28"/>
                <w:szCs w:val="28"/>
              </w:rPr>
              <w:t>รอ Game Designer]</w:t>
            </w:r>
          </w:p>
        </w:tc>
      </w:tr>
      <w:tr w:rsidR="00501161" w14:paraId="38101F15" w14:textId="77777777">
        <w:trPr>
          <w:jc w:val="center"/>
        </w:trPr>
        <w:tc>
          <w:tcPr>
            <w:tcW w:w="1379" w:type="dxa"/>
          </w:tcPr>
          <w:p w14:paraId="7CBA7FB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29" w:type="dxa"/>
          </w:tcPr>
          <w:p w14:paraId="19C2BA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สระอโนดาตและเขาทั้งห้า</w:t>
            </w:r>
          </w:p>
        </w:tc>
        <w:tc>
          <w:tcPr>
            <w:tcW w:w="4295" w:type="dxa"/>
          </w:tcPr>
          <w:p w14:paraId="5E6FB4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การตัดสินใจสุดท้าย และฉากจบ</w:t>
            </w:r>
          </w:p>
        </w:tc>
        <w:tc>
          <w:tcPr>
            <w:tcW w:w="1511" w:type="dxa"/>
          </w:tcPr>
          <w:p w14:paraId="7E7A620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[</w:t>
            </w:r>
            <w:r>
              <w:rPr>
                <w:sz w:val="28"/>
                <w:szCs w:val="28"/>
              </w:rPr>
              <w:t>รอ Game Designer]</w:t>
            </w:r>
          </w:p>
        </w:tc>
      </w:tr>
    </w:tbl>
    <w:p w14:paraId="5D852F6F" w14:textId="77777777" w:rsidR="00501161" w:rsidRDefault="00501161">
      <w:pPr>
        <w:spacing w:after="40"/>
      </w:pPr>
    </w:p>
    <w:p w14:paraId="5979A81D" w14:textId="77777777" w:rsidR="00501161" w:rsidRDefault="00C637DA">
      <w:pPr>
        <w:pStyle w:val="Heading3"/>
      </w:pPr>
      <w:r>
        <w:t>15.1.8 Endings</w:t>
      </w:r>
    </w:p>
    <w:p w14:paraId="2B3344DE" w14:textId="77777777" w:rsidR="00501161" w:rsidRDefault="00C637DA">
      <w:pPr>
        <w:ind w:firstLine="720"/>
      </w:pPr>
      <w:r>
        <w:t>เกมมีฉากจบหลายแบบ (Section 2.3) ตัดสินจากการเลือกในบทสุดท้ายและสิ่งที่ผู้เล่นทำมาตลอดเกม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94"/>
        <w:gridCol w:w="4117"/>
        <w:gridCol w:w="3503"/>
      </w:tblGrid>
      <w:tr w:rsidR="00501161" w14:paraId="1D995EBC" w14:textId="77777777">
        <w:trPr>
          <w:tblHeader/>
          <w:jc w:val="center"/>
        </w:trPr>
        <w:tc>
          <w:tcPr>
            <w:tcW w:w="1394" w:type="dxa"/>
            <w:shd w:val="clear" w:color="auto" w:fill="F2F2F2"/>
          </w:tcPr>
          <w:p w14:paraId="68E5B47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ฉากจบ</w:t>
            </w:r>
          </w:p>
        </w:tc>
        <w:tc>
          <w:tcPr>
            <w:tcW w:w="4117" w:type="dxa"/>
            <w:shd w:val="clear" w:color="auto" w:fill="F2F2F2"/>
          </w:tcPr>
          <w:p w14:paraId="4F482AF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เงื่อนไข</w:t>
            </w:r>
          </w:p>
        </w:tc>
        <w:tc>
          <w:tcPr>
            <w:tcW w:w="3503" w:type="dxa"/>
            <w:shd w:val="clear" w:color="auto" w:fill="F2F2F2"/>
          </w:tcPr>
          <w:p w14:paraId="1EA43BD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สรุป</w:t>
            </w:r>
          </w:p>
        </w:tc>
      </w:tr>
      <w:tr w:rsidR="00501161" w14:paraId="10B12680" w14:textId="77777777">
        <w:trPr>
          <w:jc w:val="center"/>
        </w:trPr>
        <w:tc>
          <w:tcPr>
            <w:tcW w:w="1394" w:type="dxa"/>
          </w:tcPr>
          <w:p w14:paraId="1FD416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คืนสู่ต้นน้ำ (Normal)</w:t>
            </w:r>
          </w:p>
        </w:tc>
        <w:tc>
          <w:tcPr>
            <w:tcW w:w="4117" w:type="dxa"/>
          </w:tcPr>
          <w:p w14:paraId="267AD13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เลือกคืนหยดน้ำที่สระอโนดาต</w:t>
            </w:r>
          </w:p>
        </w:tc>
        <w:tc>
          <w:tcPr>
            <w:tcW w:w="3503" w:type="dxa"/>
          </w:tcPr>
          <w:p w14:paraId="50BA288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หมอกเปิดทาง </w:t>
            </w:r>
            <w:r>
              <w:rPr>
                <w:sz w:val="28"/>
                <w:szCs w:val="28"/>
              </w:rPr>
              <w:t>คณะได้กลับบ้าน ราชทูตกลับไปรับผิดชอบที่ขัดราชโองการ</w:t>
            </w:r>
          </w:p>
        </w:tc>
      </w:tr>
      <w:tr w:rsidR="00501161" w14:paraId="0C05F624" w14:textId="77777777">
        <w:trPr>
          <w:jc w:val="center"/>
        </w:trPr>
        <w:tc>
          <w:tcPr>
            <w:tcW w:w="1394" w:type="dxa"/>
          </w:tcPr>
          <w:p w14:paraId="771EA81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น้ำอมฤต (Bad)</w:t>
            </w:r>
          </w:p>
        </w:tc>
        <w:tc>
          <w:tcPr>
            <w:tcW w:w="4117" w:type="dxa"/>
          </w:tcPr>
          <w:p w14:paraId="6E2409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เลือกนำหยดน้ำกลับไปตามราชโองการ</w:t>
            </w:r>
          </w:p>
        </w:tc>
        <w:tc>
          <w:tcPr>
            <w:tcW w:w="3503" w:type="dxa"/>
          </w:tcPr>
          <w:p w14:paraId="777CDB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หมอกไม่เปิด คณะติดอยู่ในป่าตลอดไป และค่อยๆ กลายเป็นส่วนหนึ่งของป่า เหมือนคณะสำรวจรุ่นก่อน</w:t>
            </w:r>
          </w:p>
        </w:tc>
      </w:tr>
      <w:tr w:rsidR="00501161" w14:paraId="27A84078" w14:textId="77777777">
        <w:trPr>
          <w:jc w:val="center"/>
        </w:trPr>
        <w:tc>
          <w:tcPr>
            <w:tcW w:w="1394" w:type="dxa"/>
          </w:tcPr>
          <w:p w14:paraId="5BC083E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กลับบ้านพร้อมทุกคน (True)</w:t>
            </w:r>
          </w:p>
        </w:tc>
        <w:tc>
          <w:tcPr>
            <w:tcW w:w="4117" w:type="dxa"/>
          </w:tcPr>
          <w:p w14:paraId="0390A0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เลือกคืนหยดน้ำ + เงื่อนไขพิเศษ (เสนอ: ช่</w:t>
            </w:r>
            <w:r>
              <w:rPr>
                <w:sz w:val="28"/>
                <w:szCs w:val="28"/>
              </w:rPr>
              <w:t>วยผู้หลงป่ากลับค่ายครบตามเกณฑ์ และพบร่องรอยคณะสำรวจรุ่นก่อนครบทุก Chapter)</w:t>
            </w:r>
          </w:p>
        </w:tc>
        <w:tc>
          <w:tcPr>
            <w:tcW w:w="3503" w:type="dxa"/>
          </w:tcPr>
          <w:p w14:paraId="5E6018E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หมอกเปิดทาง คณะออกจากป่าได้ครบทุกคนที่ยังมีชีวิต และนำเถ้ากระดูกของคณะสำรวจรุ่นก่อนกลับบ้านไปด้วย</w:t>
            </w:r>
          </w:p>
        </w:tc>
      </w:tr>
    </w:tbl>
    <w:p w14:paraId="7CBDFA4E" w14:textId="77777777" w:rsidR="00501161" w:rsidRDefault="00501161">
      <w:pPr>
        <w:spacing w:after="40"/>
      </w:pPr>
    </w:p>
    <w:p w14:paraId="1F3883D0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เงื่อนไข True Ending ผูกกับการช่วยคนและการสำรวจ เพื่อให้รางวัลกับผู้เล่นที่ "ไม่ทิ้งใคร" ตรงกับหน้าที่ของหัวหน้าหน่วยคุ้มกันที่ต้องพาทุกคนออกไปให้ได้ เงื่อนไขละเอียดให้ Game Designer ปรับตามเนื้อเรื่องของแต่ละ Chapter</w:t>
      </w:r>
    </w:p>
    <w:p w14:paraId="5625979B" w14:textId="77777777" w:rsidR="00501161" w:rsidRDefault="00C637DA">
      <w:pPr>
        <w:pStyle w:val="Heading3"/>
      </w:pPr>
      <w:r>
        <w:t>15.1.9 Story ↔ Gameplay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05"/>
        <w:gridCol w:w="6110"/>
      </w:tblGrid>
      <w:tr w:rsidR="00501161" w14:paraId="50EAB4B6" w14:textId="77777777">
        <w:trPr>
          <w:tblHeader/>
          <w:jc w:val="center"/>
        </w:trPr>
        <w:tc>
          <w:tcPr>
            <w:tcW w:w="2905" w:type="dxa"/>
            <w:shd w:val="clear" w:color="auto" w:fill="F2F2F2"/>
          </w:tcPr>
          <w:p w14:paraId="7B35F55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ระบบ</w:t>
            </w:r>
          </w:p>
        </w:tc>
        <w:tc>
          <w:tcPr>
            <w:tcW w:w="6110" w:type="dxa"/>
            <w:shd w:val="clear" w:color="auto" w:fill="F2F2F2"/>
          </w:tcPr>
          <w:p w14:paraId="6012EBB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เหตุผลใน</w:t>
            </w:r>
            <w:r>
              <w:rPr>
                <w:b/>
                <w:bCs/>
                <w:sz w:val="28"/>
                <w:szCs w:val="28"/>
              </w:rPr>
              <w:t>เรื่อง</w:t>
            </w:r>
          </w:p>
        </w:tc>
      </w:tr>
      <w:tr w:rsidR="00501161" w14:paraId="3832449F" w14:textId="77777777">
        <w:trPr>
          <w:jc w:val="center"/>
        </w:trPr>
        <w:tc>
          <w:tcPr>
            <w:tcW w:w="2905" w:type="dxa"/>
          </w:tcPr>
          <w:p w14:paraId="572378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ผู้เล่นไม่ใช่ตัวละครในปาร์ตี้</w:t>
            </w:r>
          </w:p>
        </w:tc>
        <w:tc>
          <w:tcPr>
            <w:tcW w:w="6110" w:type="dxa"/>
          </w:tcPr>
          <w:p w14:paraId="06C114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ผู้เล่นคือหัวหน้าหน่วยคุ้มกันที่สั่งการ ไม่ได้ลงไปสู้เอง</w:t>
            </w:r>
          </w:p>
        </w:tc>
      </w:tr>
      <w:tr w:rsidR="00501161" w14:paraId="0C277CB3" w14:textId="77777777">
        <w:trPr>
          <w:jc w:val="center"/>
        </w:trPr>
        <w:tc>
          <w:tcPr>
            <w:tcW w:w="2905" w:type="dxa"/>
          </w:tcPr>
          <w:p w14:paraId="7B7F672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วาดแผนที่เอง</w:t>
            </w:r>
          </w:p>
        </w:tc>
        <w:tc>
          <w:tcPr>
            <w:tcW w:w="6110" w:type="dxa"/>
          </w:tcPr>
          <w:p w14:paraId="61A4D9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ขุนวรวาทีสั่งให้บันทึกทุกก้าว ป่าหิมพานต์ไม่มีแผนที่ใดในโลก</w:t>
            </w:r>
          </w:p>
        </w:tc>
      </w:tr>
      <w:tr w:rsidR="00501161" w14:paraId="1C31BFA7" w14:textId="77777777">
        <w:trPr>
          <w:jc w:val="center"/>
        </w:trPr>
        <w:tc>
          <w:tcPr>
            <w:tcW w:w="2905" w:type="dxa"/>
          </w:tcPr>
          <w:p w14:paraId="61E7A29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เส้นตาย 31 วัน / บอส</w:t>
            </w:r>
          </w:p>
        </w:tc>
        <w:tc>
          <w:tcPr>
            <w:tcW w:w="6110" w:type="dxa"/>
          </w:tcPr>
          <w:p w14:paraId="0E5634B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หมอกลงทุกคืนจันทร์ดับ </w:t>
            </w:r>
            <w:r>
              <w:rPr>
                <w:sz w:val="28"/>
                <w:szCs w:val="28"/>
              </w:rPr>
              <w:t>และเจ้าแห่งชั้นนั้นออกล่าเพื่อเอาผอบคืน</w:t>
            </w:r>
          </w:p>
        </w:tc>
      </w:tr>
      <w:tr w:rsidR="00501161" w14:paraId="32E58351" w14:textId="77777777">
        <w:trPr>
          <w:jc w:val="center"/>
        </w:trPr>
        <w:tc>
          <w:tcPr>
            <w:tcW w:w="2905" w:type="dxa"/>
          </w:tcPr>
          <w:p w14:paraId="3B923B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เข้าไปลึกขึ้นเรื่อยๆ</w:t>
            </w:r>
          </w:p>
        </w:tc>
        <w:tc>
          <w:tcPr>
            <w:tcW w:w="6110" w:type="dxa"/>
          </w:tcPr>
          <w:p w14:paraId="7409B1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ทางกลับอยู่ที่ต้นน้ำ (สระอโนดาต)</w:t>
            </w:r>
          </w:p>
        </w:tc>
      </w:tr>
      <w:tr w:rsidR="00501161" w14:paraId="566F27FA" w14:textId="77777777">
        <w:trPr>
          <w:jc w:val="center"/>
        </w:trPr>
        <w:tc>
          <w:tcPr>
            <w:tcW w:w="2905" w:type="dxa"/>
          </w:tcPr>
          <w:p w14:paraId="29EB882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ค่ายย้ายตาม</w:t>
            </w:r>
          </w:p>
        </w:tc>
        <w:tc>
          <w:tcPr>
            <w:tcW w:w="6110" w:type="dxa"/>
          </w:tcPr>
          <w:p w14:paraId="4BD21B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คณะทั้งหมดต้องเดินทางไปด้วยกัน ทิ้งใครไว้ไม่ได้</w:t>
            </w:r>
          </w:p>
        </w:tc>
      </w:tr>
      <w:tr w:rsidR="00501161" w14:paraId="66D7D11D" w14:textId="77777777">
        <w:trPr>
          <w:jc w:val="center"/>
        </w:trPr>
        <w:tc>
          <w:tcPr>
            <w:tcW w:w="2905" w:type="dxa"/>
          </w:tcPr>
          <w:p w14:paraId="015D801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Hunger</w:t>
            </w:r>
          </w:p>
        </w:tc>
        <w:tc>
          <w:tcPr>
            <w:tcW w:w="6110" w:type="dxa"/>
          </w:tcPr>
          <w:p w14:paraId="7B076C6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เสบียงจากเรือมีจำกัด ต้องหาอาหารจากป่า</w:t>
            </w:r>
          </w:p>
        </w:tc>
      </w:tr>
      <w:tr w:rsidR="00501161" w14:paraId="4382AB1B" w14:textId="77777777">
        <w:trPr>
          <w:jc w:val="center"/>
        </w:trPr>
        <w:tc>
          <w:tcPr>
            <w:tcW w:w="2905" w:type="dxa"/>
          </w:tcPr>
          <w:p w14:paraId="007E35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จ้างคนใหม่</w:t>
            </w:r>
          </w:p>
        </w:tc>
        <w:tc>
          <w:tcPr>
            <w:tcW w:w="6110" w:type="dxa"/>
          </w:tcPr>
          <w:p w14:paraId="04D391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ผู้รอดชีวิตที่หลงในป่า และคนในคณะที่ยังสู</w:t>
            </w:r>
            <w:r>
              <w:rPr>
                <w:sz w:val="28"/>
                <w:szCs w:val="28"/>
              </w:rPr>
              <w:t>้ได้</w:t>
            </w:r>
          </w:p>
        </w:tc>
      </w:tr>
      <w:tr w:rsidR="00501161" w14:paraId="622F54EE" w14:textId="77777777">
        <w:trPr>
          <w:jc w:val="center"/>
        </w:trPr>
        <w:tc>
          <w:tcPr>
            <w:tcW w:w="2905" w:type="dxa"/>
          </w:tcPr>
          <w:p w14:paraId="06EAFF9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</w:t>
            </w:r>
          </w:p>
        </w:tc>
        <w:tc>
          <w:tcPr>
            <w:tcW w:w="6110" w:type="dxa"/>
          </w:tcPr>
          <w:p w14:paraId="005BF0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สัตว์ที่ต้องการให้ผอบกลับสู่อโนดาตเหมือนคณะ จึงยอมร่วมทาง</w:t>
            </w:r>
          </w:p>
        </w:tc>
      </w:tr>
      <w:tr w:rsidR="00501161" w14:paraId="33EA4CCB" w14:textId="77777777">
        <w:trPr>
          <w:jc w:val="center"/>
        </w:trPr>
        <w:tc>
          <w:tcPr>
            <w:tcW w:w="2905" w:type="dxa"/>
          </w:tcPr>
          <w:p w14:paraId="4CDA193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Save </w:t>
            </w:r>
            <w:r>
              <w:rPr>
                <w:sz w:val="28"/>
                <w:szCs w:val="28"/>
              </w:rPr>
              <w:t>ที่ศาลาพระเท่านั้น</w:t>
            </w:r>
          </w:p>
        </w:tc>
        <w:tc>
          <w:tcPr>
            <w:tcW w:w="6110" w:type="dxa"/>
          </w:tcPr>
          <w:p w14:paraId="6606F4C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ที่เดียวที่ปลอดภัยพอจะหลับได้</w:t>
            </w:r>
          </w:p>
        </w:tc>
      </w:tr>
      <w:tr w:rsidR="00501161" w14:paraId="358CC7FE" w14:textId="77777777">
        <w:trPr>
          <w:jc w:val="center"/>
        </w:trPr>
        <w:tc>
          <w:tcPr>
            <w:tcW w:w="2905" w:type="dxa"/>
          </w:tcPr>
          <w:p w14:paraId="3E90C5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สัตว์ชั้นสูงไล่ตาม</w:t>
            </w:r>
          </w:p>
        </w:tc>
        <w:tc>
          <w:tcPr>
            <w:tcW w:w="6110" w:type="dxa"/>
          </w:tcPr>
          <w:p w14:paraId="530658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ได้กลิ่นน้ำทิพย์ในผอบ</w:t>
            </w:r>
          </w:p>
        </w:tc>
      </w:tr>
    </w:tbl>
    <w:p w14:paraId="74E138B5" w14:textId="77777777" w:rsidR="00501161" w:rsidRDefault="00501161">
      <w:pPr>
        <w:spacing w:after="40"/>
      </w:pPr>
    </w:p>
    <w:p w14:paraId="7F4964FF" w14:textId="77777777" w:rsidR="00501161" w:rsidRDefault="00C637DA">
      <w:pPr>
        <w:pStyle w:val="Heading3"/>
      </w:pPr>
      <w:r>
        <w:t>15.1.10 Tone &amp; Writing Guide</w:t>
      </w:r>
    </w:p>
    <w:p w14:paraId="3DB4848C" w14:textId="77777777" w:rsidR="00501161" w:rsidRDefault="00C637DA">
      <w:pPr>
        <w:pStyle w:val="ListBullet"/>
        <w:ind w:left="720"/>
      </w:pPr>
      <w:r>
        <w:rPr>
          <w:b/>
          <w:bCs/>
        </w:rPr>
        <w:t>โทน</w:t>
      </w:r>
      <w:r>
        <w:t xml:space="preserve">: </w:t>
      </w:r>
      <w:r>
        <w:t>ผจญภัยแฟนตาซีที่มืดได้แต่ไม่สิ้นหวัง ความตายในป่าเป็นเรื่องจริงจัง แต่ค่ายคือที่ที่มีเสียงหัวเราะ</w:t>
      </w:r>
    </w:p>
    <w:p w14:paraId="514DB6B7" w14:textId="77777777" w:rsidR="00501161" w:rsidRDefault="00C637DA">
      <w:pPr>
        <w:pStyle w:val="ListBullet"/>
        <w:ind w:left="720"/>
      </w:pPr>
      <w:r>
        <w:rPr>
          <w:b/>
          <w:bCs/>
        </w:rPr>
        <w:t>ภาษา</w:t>
      </w:r>
      <w:r>
        <w:t xml:space="preserve">: </w:t>
      </w:r>
      <w:r>
        <w:t>ใช้ภาษาไทยที่มีกลิ่นอายโบราณแต่ผู้เล่นอ่านเข้าใจทันที ใช้ ข้า/เจ้า/ท่าน/ขอรับ/เถิด ราชาศัพท์ใช้เฉพาะเมื่อพูดถึงกษัตริย์ ไม่ใช้ศัพท์โบราณที่ต้องเปิดพจนาน</w:t>
      </w:r>
      <w:r>
        <w:t>ุกรม</w:t>
      </w:r>
    </w:p>
    <w:p w14:paraId="2D676BBD" w14:textId="77777777" w:rsidR="00501161" w:rsidRDefault="00C637DA">
      <w:pPr>
        <w:pStyle w:val="ListBullet"/>
        <w:ind w:left="720"/>
      </w:pPr>
      <w:r>
        <w:rPr>
          <w:b/>
          <w:bCs/>
        </w:rPr>
        <w:t>สัตว์หิมพานต์</w:t>
      </w:r>
      <w:r>
        <w:t xml:space="preserve">: </w:t>
      </w:r>
      <w:r>
        <w:t>บรรยายด้วยความเกรงขาม ไม่ใช่สัตว์ประหลาดไร้สมอง สัตว์ชั้นสูงมีเหตุผลของตัวเองเสมอ</w:t>
      </w:r>
    </w:p>
    <w:p w14:paraId="739D02A8" w14:textId="77777777" w:rsidR="00501161" w:rsidRDefault="00C637DA">
      <w:pPr>
        <w:pStyle w:val="ListBullet"/>
        <w:ind w:left="720"/>
      </w:pPr>
      <w:r>
        <w:rPr>
          <w:b/>
          <w:bCs/>
        </w:rPr>
        <w:t>คนต่างชาติในคณะ</w:t>
      </w:r>
      <w:r>
        <w:t xml:space="preserve">: </w:t>
      </w:r>
      <w:r>
        <w:t>เขียนด้วยความเคารพ ไม่ใช้สำเนียงเป็นมุกตลก (จิโร่พูดไทยไม่ชัดได้ แต่ไม่ใช่ตัวตลก)</w:t>
      </w:r>
    </w:p>
    <w:p w14:paraId="697BCE6E" w14:textId="77777777" w:rsidR="00501161" w:rsidRDefault="00C637DA">
      <w:pPr>
        <w:pStyle w:val="ListBullet"/>
        <w:ind w:left="720"/>
      </w:pPr>
      <w:r>
        <w:rPr>
          <w:b/>
          <w:bCs/>
        </w:rPr>
        <w:t>ความยาวบทสนทนา</w:t>
      </w:r>
      <w:r>
        <w:t xml:space="preserve">: Party Talk 2–4 </w:t>
      </w:r>
      <w:r>
        <w:t>ประโยค, Camp Talk 1–3 ปร</w:t>
      </w:r>
      <w:r>
        <w:t>ะโยค, Story Scene ไม่เกิน 3 นาทีต่อฉาก</w:t>
      </w:r>
    </w:p>
    <w:p w14:paraId="4DAB4546" w14:textId="77777777" w:rsidR="00501161" w:rsidRDefault="00C637DA">
      <w:pPr>
        <w:pStyle w:val="Heading2"/>
      </w:pPr>
      <w:bookmarkStart w:id="87" w:name="_Toc243336757"/>
      <w:r>
        <w:t>15.2 Narrative Delivery</w:t>
      </w:r>
      <w:bookmarkEnd w:id="87"/>
    </w:p>
    <w:p w14:paraId="3E8D7D2D" w14:textId="77777777" w:rsidR="00501161" w:rsidRDefault="00C637DA">
      <w:r>
        <w:rPr>
          <w:color w:val="555555"/>
          <w:sz w:val="26"/>
          <w:szCs w:val="26"/>
        </w:rPr>
        <w:t>หัวข้อนี้กำหนดเฉพาะวิธีเล่าเรื่อง ไม่ได้กำหนดเนื้อเรื่อง</w:t>
      </w:r>
    </w:p>
    <w:p w14:paraId="5507ECA8" w14:textId="77777777" w:rsidR="00501161" w:rsidRDefault="00C637DA">
      <w:pPr>
        <w:ind w:firstLine="720"/>
      </w:pPr>
      <w:r>
        <w:t>เกมเล่าเรื่องผ่านบทสนทนาของตัวละครเป็นหลัก แสดงเป็นกล่องข้อความพร้อมภาพตัวละคร 2D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3"/>
        <w:gridCol w:w="2849"/>
        <w:gridCol w:w="4802"/>
      </w:tblGrid>
      <w:tr w:rsidR="00501161" w14:paraId="6A3113C7" w14:textId="77777777">
        <w:trPr>
          <w:tblHeader/>
          <w:jc w:val="center"/>
        </w:trPr>
        <w:tc>
          <w:tcPr>
            <w:tcW w:w="1363" w:type="dxa"/>
            <w:shd w:val="clear" w:color="auto" w:fill="F2F2F2"/>
          </w:tcPr>
          <w:p w14:paraId="2C0EC38C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ช่องทาง</w:t>
            </w:r>
          </w:p>
        </w:tc>
        <w:tc>
          <w:tcPr>
            <w:tcW w:w="2849" w:type="dxa"/>
            <w:shd w:val="clear" w:color="auto" w:fill="F2F2F2"/>
          </w:tcPr>
          <w:p w14:paraId="4D70958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เกิดเมื่อ</w:t>
            </w:r>
          </w:p>
        </w:tc>
        <w:tc>
          <w:tcPr>
            <w:tcW w:w="4802" w:type="dxa"/>
            <w:shd w:val="clear" w:color="auto" w:fill="F2F2F2"/>
          </w:tcPr>
          <w:p w14:paraId="7324E9F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52A25F35" w14:textId="77777777">
        <w:trPr>
          <w:jc w:val="center"/>
        </w:trPr>
        <w:tc>
          <w:tcPr>
            <w:tcW w:w="1363" w:type="dxa"/>
          </w:tcPr>
          <w:p w14:paraId="77D0B22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Story Scene</w:t>
            </w:r>
          </w:p>
        </w:tc>
        <w:tc>
          <w:tcPr>
            <w:tcW w:w="2849" w:type="dxa"/>
          </w:tcPr>
          <w:p w14:paraId="1C4F5B7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เริ่ม/จบ Chapter, ภารกิจหลัก</w:t>
            </w:r>
          </w:p>
        </w:tc>
        <w:tc>
          <w:tcPr>
            <w:tcW w:w="4802" w:type="dxa"/>
          </w:tcPr>
          <w:p w14:paraId="2B756B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บทสนทนายาว มีภาพตัวละครเต็มตัว ข้ามได้</w:t>
            </w:r>
          </w:p>
        </w:tc>
      </w:tr>
      <w:tr w:rsidR="00501161" w14:paraId="71CD635B" w14:textId="77777777">
        <w:trPr>
          <w:jc w:val="center"/>
        </w:trPr>
        <w:tc>
          <w:tcPr>
            <w:tcW w:w="1363" w:type="dxa"/>
          </w:tcPr>
          <w:p w14:paraId="3A2B663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Camp Talk</w:t>
            </w:r>
          </w:p>
        </w:tc>
        <w:tc>
          <w:tcPr>
            <w:tcW w:w="2849" w:type="dxa"/>
          </w:tcPr>
          <w:p w14:paraId="2DFD56C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เข้าค่ายแต่ละวัน</w:t>
            </w:r>
          </w:p>
        </w:tc>
        <w:tc>
          <w:tcPr>
            <w:tcW w:w="4802" w:type="dxa"/>
          </w:tcPr>
          <w:p w14:paraId="6AF5C68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NPC </w:t>
            </w:r>
            <w:r>
              <w:rPr>
                <w:sz w:val="28"/>
                <w:szCs w:val="28"/>
              </w:rPr>
              <w:t>ในค่ายพูดเรื่องใหม่ตามวันและความคืบหน้า กดคุยได้ ไม่เสียเวลา</w:t>
            </w:r>
          </w:p>
        </w:tc>
      </w:tr>
      <w:tr w:rsidR="00501161" w14:paraId="3F3068C8" w14:textId="77777777">
        <w:trPr>
          <w:jc w:val="center"/>
        </w:trPr>
        <w:tc>
          <w:tcPr>
            <w:tcW w:w="1363" w:type="dxa"/>
          </w:tcPr>
          <w:p w14:paraId="6F699D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Party Talk</w:t>
            </w:r>
          </w:p>
        </w:tc>
        <w:tc>
          <w:tcPr>
            <w:tcW w:w="2849" w:type="dxa"/>
          </w:tcPr>
          <w:p w14:paraId="41C2C8E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เข้าพื้นที่ใหม่, เจอสัตว์ใหม่ครั้งแรก, วันที่ 24/28/30</w:t>
            </w:r>
          </w:p>
        </w:tc>
        <w:tc>
          <w:tcPr>
            <w:tcW w:w="4802" w:type="dxa"/>
          </w:tcPr>
          <w:p w14:paraId="68A28E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ตัวละครในปาร์ตี้คุยกัน 2–4 ป</w:t>
            </w:r>
            <w:r>
              <w:rPr>
                <w:sz w:val="28"/>
                <w:szCs w:val="28"/>
              </w:rPr>
              <w:t>ระโยค เปลี่ยนตามอาชีพที่อยู่ในทีม</w:t>
            </w:r>
          </w:p>
        </w:tc>
      </w:tr>
      <w:tr w:rsidR="00501161" w14:paraId="6EA289E2" w14:textId="77777777">
        <w:trPr>
          <w:jc w:val="center"/>
        </w:trPr>
        <w:tc>
          <w:tcPr>
            <w:tcW w:w="1363" w:type="dxa"/>
          </w:tcPr>
          <w:p w14:paraId="3F3095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Event Tile</w:t>
            </w:r>
          </w:p>
        </w:tc>
        <w:tc>
          <w:tcPr>
            <w:tcW w:w="2849" w:type="dxa"/>
          </w:tcPr>
          <w:p w14:paraId="45DA94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เดินถึงช่องเหตุการณ์</w:t>
            </w:r>
          </w:p>
        </w:tc>
        <w:tc>
          <w:tcPr>
            <w:tcW w:w="4802" w:type="dxa"/>
          </w:tcPr>
          <w:p w14:paraId="6D8DA9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บทสนทนา + ตัวเลือก 2–3 ทาง ผลเป็นไอเทม ไฟต์ เสียเวลา หรือเสีย HP (แนวคิดจาก Etrian Odyssey)</w:t>
            </w:r>
          </w:p>
        </w:tc>
      </w:tr>
      <w:tr w:rsidR="00501161" w14:paraId="0DB2AC60" w14:textId="77777777">
        <w:trPr>
          <w:jc w:val="center"/>
        </w:trPr>
        <w:tc>
          <w:tcPr>
            <w:tcW w:w="1363" w:type="dxa"/>
          </w:tcPr>
          <w:p w14:paraId="6C90A5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Bestiary Lore</w:t>
            </w:r>
          </w:p>
        </w:tc>
        <w:tc>
          <w:tcPr>
            <w:tcW w:w="2849" w:type="dxa"/>
          </w:tcPr>
          <w:p w14:paraId="0431B4F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ล้มสัตว์ครบ 10 ครั้ง</w:t>
            </w:r>
          </w:p>
        </w:tc>
        <w:tc>
          <w:tcPr>
            <w:tcW w:w="4802" w:type="dxa"/>
          </w:tcPr>
          <w:p w14:paraId="01F7779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เรื่องเล่าตามตำนาน</w:t>
            </w:r>
          </w:p>
        </w:tc>
      </w:tr>
    </w:tbl>
    <w:p w14:paraId="1A8BA949" w14:textId="77777777" w:rsidR="00501161" w:rsidRDefault="00501161">
      <w:p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08"/>
        <w:gridCol w:w="6106"/>
      </w:tblGrid>
      <w:tr w:rsidR="00501161" w14:paraId="6D1441FC" w14:textId="77777777">
        <w:trPr>
          <w:tblHeader/>
          <w:jc w:val="center"/>
        </w:trPr>
        <w:tc>
          <w:tcPr>
            <w:tcW w:w="2908" w:type="dxa"/>
            <w:shd w:val="clear" w:color="auto" w:fill="F2F2F2"/>
          </w:tcPr>
          <w:p w14:paraId="7AEA07CB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Event Tile Parameter</w:t>
            </w:r>
          </w:p>
        </w:tc>
        <w:tc>
          <w:tcPr>
            <w:tcW w:w="6106" w:type="dxa"/>
            <w:shd w:val="clear" w:color="auto" w:fill="F2F2F2"/>
          </w:tcPr>
          <w:p w14:paraId="7F39F26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517148BE" w14:textId="77777777">
        <w:trPr>
          <w:jc w:val="center"/>
        </w:trPr>
        <w:tc>
          <w:tcPr>
            <w:tcW w:w="2908" w:type="dxa"/>
          </w:tcPr>
          <w:p w14:paraId="3D345D2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จำนวนต่อชั้น</w:t>
            </w:r>
          </w:p>
        </w:tc>
        <w:tc>
          <w:tcPr>
            <w:tcW w:w="6106" w:type="dxa"/>
          </w:tcPr>
          <w:p w14:paraId="1CE67DB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2–4 </w:t>
            </w:r>
            <w:r>
              <w:rPr>
                <w:sz w:val="28"/>
                <w:szCs w:val="28"/>
              </w:rPr>
              <w:t>จุด</w:t>
            </w:r>
          </w:p>
        </w:tc>
      </w:tr>
      <w:tr w:rsidR="00501161" w14:paraId="73DAD29D" w14:textId="77777777">
        <w:trPr>
          <w:jc w:val="center"/>
        </w:trPr>
        <w:tc>
          <w:tcPr>
            <w:tcW w:w="2908" w:type="dxa"/>
          </w:tcPr>
          <w:p w14:paraId="02007F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เกิดซ้ำ</w:t>
            </w:r>
          </w:p>
        </w:tc>
        <w:tc>
          <w:tcPr>
            <w:tcW w:w="6106" w:type="dxa"/>
          </w:tcPr>
          <w:p w14:paraId="682879F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ส่วนใหญ่ครั้งเดียว บางจุดเกิดใหม่ทุก 7 วัน</w:t>
            </w:r>
          </w:p>
        </w:tc>
      </w:tr>
      <w:tr w:rsidR="00501161" w14:paraId="7876101A" w14:textId="77777777">
        <w:trPr>
          <w:jc w:val="center"/>
        </w:trPr>
        <w:tc>
          <w:tcPr>
            <w:tcW w:w="2908" w:type="dxa"/>
          </w:tcPr>
          <w:p w14:paraId="2CCECD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ไอคอนบนแผนที่</w:t>
            </w:r>
          </w:p>
        </w:tc>
        <w:tc>
          <w:tcPr>
            <w:tcW w:w="6106" w:type="dxa"/>
          </w:tcPr>
          <w:p w14:paraId="14AE29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ปักอัตโนมัติถ้าเปิด Auto Event</w:t>
            </w:r>
          </w:p>
        </w:tc>
      </w:tr>
    </w:tbl>
    <w:p w14:paraId="6454B98B" w14:textId="77777777" w:rsidR="00501161" w:rsidRDefault="00501161">
      <w:pPr>
        <w:spacing w:after="40"/>
      </w:pPr>
    </w:p>
    <w:p w14:paraId="215EEC54" w14:textId="77777777" w:rsidR="00501161" w:rsidRDefault="00C637DA">
      <w:pPr>
        <w:pStyle w:val="Heading1"/>
        <w:pageBreakBefore/>
      </w:pPr>
      <w:bookmarkStart w:id="88" w:name="_Toc243336758"/>
      <w:r>
        <w:lastRenderedPageBreak/>
        <w:t>16. Save System</w:t>
      </w:r>
      <w:bookmarkEnd w:id="88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80"/>
        <w:gridCol w:w="7634"/>
      </w:tblGrid>
      <w:tr w:rsidR="00501161" w14:paraId="124A749D" w14:textId="77777777">
        <w:trPr>
          <w:tblHeader/>
          <w:jc w:val="center"/>
        </w:trPr>
        <w:tc>
          <w:tcPr>
            <w:tcW w:w="1380" w:type="dxa"/>
            <w:shd w:val="clear" w:color="auto" w:fill="F2F2F2"/>
          </w:tcPr>
          <w:p w14:paraId="519D1C6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Parameter</w:t>
            </w:r>
          </w:p>
        </w:tc>
        <w:tc>
          <w:tcPr>
            <w:tcW w:w="7634" w:type="dxa"/>
            <w:shd w:val="clear" w:color="auto" w:fill="F2F2F2"/>
          </w:tcPr>
          <w:p w14:paraId="13572C4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Value</w:t>
            </w:r>
          </w:p>
        </w:tc>
      </w:tr>
      <w:tr w:rsidR="00501161" w14:paraId="5C352E2D" w14:textId="77777777">
        <w:trPr>
          <w:jc w:val="center"/>
        </w:trPr>
        <w:tc>
          <w:tcPr>
            <w:tcW w:w="1380" w:type="dxa"/>
          </w:tcPr>
          <w:p w14:paraId="4D6876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เซฟได้ที่</w:t>
            </w:r>
          </w:p>
        </w:tc>
        <w:tc>
          <w:tcPr>
            <w:tcW w:w="7634" w:type="dxa"/>
          </w:tcPr>
          <w:p w14:paraId="3B8AF0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ศาลาพระในค่ายเท่านั้น (หลวงตาทอง)</w:t>
            </w:r>
          </w:p>
        </w:tc>
      </w:tr>
      <w:tr w:rsidR="00501161" w14:paraId="0AA83ECC" w14:textId="77777777">
        <w:trPr>
          <w:jc w:val="center"/>
        </w:trPr>
        <w:tc>
          <w:tcPr>
            <w:tcW w:w="1380" w:type="dxa"/>
          </w:tcPr>
          <w:p w14:paraId="7F396C3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Auto Save</w:t>
            </w:r>
          </w:p>
        </w:tc>
        <w:tc>
          <w:tcPr>
            <w:tcW w:w="7634" w:type="dxa"/>
          </w:tcPr>
          <w:p w14:paraId="58FA05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เริ่ม Chapter ใหม่, ก่อนไฟต์บอส </w:t>
            </w:r>
            <w:r>
              <w:rPr>
                <w:sz w:val="28"/>
                <w:szCs w:val="28"/>
              </w:rPr>
              <w:t xml:space="preserve">(Checkpoint </w:t>
            </w:r>
            <w:r>
              <w:rPr>
                <w:sz w:val="28"/>
                <w:szCs w:val="28"/>
              </w:rPr>
              <w:t>ชั่วคราว)</w:t>
            </w:r>
          </w:p>
        </w:tc>
      </w:tr>
      <w:tr w:rsidR="00501161" w14:paraId="7AEFB533" w14:textId="77777777">
        <w:trPr>
          <w:jc w:val="center"/>
        </w:trPr>
        <w:tc>
          <w:tcPr>
            <w:tcW w:w="1380" w:type="dxa"/>
          </w:tcPr>
          <w:p w14:paraId="737DC3B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Save Slot</w:t>
            </w:r>
          </w:p>
        </w:tc>
        <w:tc>
          <w:tcPr>
            <w:tcW w:w="7634" w:type="dxa"/>
          </w:tcPr>
          <w:p w14:paraId="3ACA38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  <w:t>ช่อง</w:t>
            </w:r>
          </w:p>
        </w:tc>
      </w:tr>
      <w:tr w:rsidR="00501161" w14:paraId="71A275E5" w14:textId="77777777">
        <w:trPr>
          <w:jc w:val="center"/>
        </w:trPr>
        <w:tc>
          <w:tcPr>
            <w:tcW w:w="1380" w:type="dxa"/>
          </w:tcPr>
          <w:p w14:paraId="590760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Game Over</w:t>
            </w:r>
          </w:p>
        </w:tc>
        <w:tc>
          <w:tcPr>
            <w:tcW w:w="7634" w:type="dxa"/>
          </w:tcPr>
          <w:p w14:paraId="0AFEF2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ปาร์ตี้ตายหมด → โหลดเซฟล่าสุด</w:t>
            </w:r>
          </w:p>
        </w:tc>
      </w:tr>
      <w:tr w:rsidR="00501161" w14:paraId="2211BD04" w14:textId="77777777">
        <w:trPr>
          <w:jc w:val="center"/>
        </w:trPr>
        <w:tc>
          <w:tcPr>
            <w:tcW w:w="1380" w:type="dxa"/>
          </w:tcPr>
          <w:p w14:paraId="0091D1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ข้อมูลที่เซฟ</w:t>
            </w:r>
          </w:p>
        </w:tc>
        <w:tc>
          <w:tcPr>
            <w:tcW w:w="7634" w:type="dxa"/>
          </w:tcPr>
          <w:p w14:paraId="750D80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สังกัด, Lv/Stat/Skill, ไอเทม, Gold, แผนที่ทุกชั้น, วันและเวลา, ภารกิจ, สถานะสัตว์ชั้นสูง, หีบที่เปิดแล้ว, Bestiary</w:t>
            </w:r>
          </w:p>
        </w:tc>
      </w:tr>
    </w:tbl>
    <w:p w14:paraId="1D8D115B" w14:textId="77777777" w:rsidR="00501161" w:rsidRDefault="00501161">
      <w:pPr>
        <w:spacing w:after="40"/>
      </w:pPr>
    </w:p>
    <w:p w14:paraId="47DF8DCD" w14:textId="77777777" w:rsidR="00501161" w:rsidRDefault="00C637DA">
      <w:pPr>
        <w:pStyle w:val="ListBullet"/>
        <w:ind w:left="720"/>
      </w:pPr>
      <w:r>
        <w:rPr>
          <w:b/>
          <w:bCs/>
        </w:rPr>
        <w:t>Design Note:</w:t>
      </w:r>
      <w:r>
        <w:t xml:space="preserve"> </w:t>
      </w:r>
      <w:r>
        <w:t>เซฟได้แค่ที่ค่ายทำให้การเข้าป่า</w:t>
      </w:r>
      <w:r>
        <w:t>ทุกครั้งมีความเสี่ยงจริง ตามแนว Survival และ Etrian Odyssey ส่วน Checkpoint ก่อนบอสกันการเสียเวลาเล่นซ้ำทั้งวันที่ 30–31</w:t>
      </w:r>
    </w:p>
    <w:p w14:paraId="664FBEB9" w14:textId="77777777" w:rsidR="00501161" w:rsidRDefault="00C637DA">
      <w:pPr>
        <w:pStyle w:val="Heading1"/>
        <w:pageBreakBefore/>
      </w:pPr>
      <w:bookmarkStart w:id="89" w:name="_Toc243336759"/>
      <w:r>
        <w:lastRenderedPageBreak/>
        <w:t>17. UI / UX &amp; Controls</w:t>
      </w:r>
      <w:bookmarkEnd w:id="89"/>
    </w:p>
    <w:p w14:paraId="1C54A377" w14:textId="77777777" w:rsidR="00501161" w:rsidRDefault="00C637DA">
      <w:pPr>
        <w:pStyle w:val="Heading2"/>
      </w:pPr>
      <w:bookmarkStart w:id="90" w:name="_Toc243336760"/>
      <w:r>
        <w:t>17.1 Exploration HUD</w:t>
      </w:r>
      <w:bookmarkEnd w:id="90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3"/>
        <w:gridCol w:w="1628"/>
        <w:gridCol w:w="5634"/>
      </w:tblGrid>
      <w:tr w:rsidR="00501161" w14:paraId="2BCE05C9" w14:textId="77777777">
        <w:trPr>
          <w:tblHeader/>
          <w:jc w:val="center"/>
        </w:trPr>
        <w:tc>
          <w:tcPr>
            <w:tcW w:w="1753" w:type="dxa"/>
            <w:shd w:val="clear" w:color="auto" w:fill="F2F2F2"/>
          </w:tcPr>
          <w:p w14:paraId="760FC10D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องค์ประกอบ</w:t>
            </w:r>
          </w:p>
        </w:tc>
        <w:tc>
          <w:tcPr>
            <w:tcW w:w="1628" w:type="dxa"/>
            <w:shd w:val="clear" w:color="auto" w:fill="F2F2F2"/>
          </w:tcPr>
          <w:p w14:paraId="556E121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ตำแหน่ง</w:t>
            </w:r>
          </w:p>
        </w:tc>
        <w:tc>
          <w:tcPr>
            <w:tcW w:w="5634" w:type="dxa"/>
            <w:shd w:val="clear" w:color="auto" w:fill="F2F2F2"/>
          </w:tcPr>
          <w:p w14:paraId="7AB9250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รายละเอียด</w:t>
            </w:r>
          </w:p>
        </w:tc>
      </w:tr>
      <w:tr w:rsidR="00501161" w14:paraId="0A968B47" w14:textId="77777777">
        <w:trPr>
          <w:jc w:val="center"/>
        </w:trPr>
        <w:tc>
          <w:tcPr>
            <w:tcW w:w="1753" w:type="dxa"/>
          </w:tcPr>
          <w:p w14:paraId="19C0C9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วัน / เวลา</w:t>
            </w:r>
          </w:p>
        </w:tc>
        <w:tc>
          <w:tcPr>
            <w:tcW w:w="1628" w:type="dxa"/>
          </w:tcPr>
          <w:p w14:paraId="13F5CFA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บนซ้าย</w:t>
            </w:r>
          </w:p>
        </w:tc>
        <w:tc>
          <w:tcPr>
            <w:tcW w:w="5634" w:type="dxa"/>
          </w:tcPr>
          <w:p w14:paraId="582B277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Day 12/31 · 14:30 · </w:t>
            </w:r>
            <w:r>
              <w:rPr>
                <w:sz w:val="28"/>
                <w:szCs w:val="28"/>
              </w:rPr>
              <w:t>ไอคอนดวงอาทิตย์/พระจันทร์</w:t>
            </w:r>
          </w:p>
        </w:tc>
      </w:tr>
      <w:tr w:rsidR="00501161" w14:paraId="468E3911" w14:textId="77777777">
        <w:trPr>
          <w:jc w:val="center"/>
        </w:trPr>
        <w:tc>
          <w:tcPr>
            <w:tcW w:w="1753" w:type="dxa"/>
          </w:tcPr>
          <w:p w14:paraId="4C69E4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Hunger</w:t>
            </w:r>
          </w:p>
        </w:tc>
        <w:tc>
          <w:tcPr>
            <w:tcW w:w="1628" w:type="dxa"/>
          </w:tcPr>
          <w:p w14:paraId="156A4E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บนซ้าย ใต้วัน</w:t>
            </w:r>
          </w:p>
        </w:tc>
        <w:tc>
          <w:tcPr>
            <w:tcW w:w="5634" w:type="dxa"/>
          </w:tcPr>
          <w:p w14:paraId="2A4F7D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แถบ 0–100 เปลี่ยนเป็นแดงเมื่อ &lt; 20</w:t>
            </w:r>
          </w:p>
        </w:tc>
      </w:tr>
      <w:tr w:rsidR="00501161" w14:paraId="16C1099D" w14:textId="77777777">
        <w:trPr>
          <w:jc w:val="center"/>
        </w:trPr>
        <w:tc>
          <w:tcPr>
            <w:tcW w:w="1753" w:type="dxa"/>
          </w:tcPr>
          <w:p w14:paraId="5930296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Mini Map</w:t>
            </w:r>
          </w:p>
        </w:tc>
        <w:tc>
          <w:tcPr>
            <w:tcW w:w="1628" w:type="dxa"/>
          </w:tcPr>
          <w:p w14:paraId="27B121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บนขวา</w:t>
            </w:r>
          </w:p>
        </w:tc>
        <w:tc>
          <w:tcPr>
            <w:tcW w:w="5634" w:type="dxa"/>
          </w:tcPr>
          <w:p w14:paraId="5157220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7×7 </w:t>
            </w:r>
            <w:r>
              <w:rPr>
                <w:sz w:val="28"/>
                <w:szCs w:val="28"/>
              </w:rPr>
              <w:t>วาดได้ (Section 8.2)</w:t>
            </w:r>
          </w:p>
        </w:tc>
      </w:tr>
      <w:tr w:rsidR="00501161" w14:paraId="74FA520B" w14:textId="77777777">
        <w:trPr>
          <w:jc w:val="center"/>
        </w:trPr>
        <w:tc>
          <w:tcPr>
            <w:tcW w:w="1753" w:type="dxa"/>
          </w:tcPr>
          <w:p w14:paraId="069A7FD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เข็มทิศ / ชั้น</w:t>
            </w:r>
          </w:p>
        </w:tc>
        <w:tc>
          <w:tcPr>
            <w:tcW w:w="1628" w:type="dxa"/>
          </w:tcPr>
          <w:p w14:paraId="702615B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ใต้ Mini Map</w:t>
            </w:r>
          </w:p>
        </w:tc>
        <w:tc>
          <w:tcPr>
            <w:tcW w:w="5634" w:type="dxa"/>
          </w:tcPr>
          <w:p w14:paraId="001D094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N/E/S/W + </w:t>
            </w:r>
            <w:r>
              <w:rPr>
                <w:sz w:val="28"/>
                <w:szCs w:val="28"/>
              </w:rPr>
              <w:t>ชื่อ Chapter และชั้น</w:t>
            </w:r>
          </w:p>
        </w:tc>
      </w:tr>
      <w:tr w:rsidR="00501161" w14:paraId="3625065F" w14:textId="77777777">
        <w:trPr>
          <w:jc w:val="center"/>
        </w:trPr>
        <w:tc>
          <w:tcPr>
            <w:tcW w:w="1753" w:type="dxa"/>
          </w:tcPr>
          <w:p w14:paraId="422A5AF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Danger Gauge</w:t>
            </w:r>
          </w:p>
        </w:tc>
        <w:tc>
          <w:tcPr>
            <w:tcW w:w="1628" w:type="dxa"/>
          </w:tcPr>
          <w:p w14:paraId="6DF1B92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ใต้เข็มทิศ</w:t>
            </w:r>
          </w:p>
        </w:tc>
        <w:tc>
          <w:tcPr>
            <w:tcW w:w="5634" w:type="dxa"/>
          </w:tcPr>
          <w:p w14:paraId="6D5A24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เขียว / เหลือง / แดง</w:t>
            </w:r>
          </w:p>
        </w:tc>
      </w:tr>
      <w:tr w:rsidR="00501161" w14:paraId="0A5511F4" w14:textId="77777777">
        <w:trPr>
          <w:jc w:val="center"/>
        </w:trPr>
        <w:tc>
          <w:tcPr>
            <w:tcW w:w="1753" w:type="dxa"/>
          </w:tcPr>
          <w:p w14:paraId="45723E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ปาร์ตี้</w:t>
            </w:r>
          </w:p>
        </w:tc>
        <w:tc>
          <w:tcPr>
            <w:tcW w:w="1628" w:type="dxa"/>
          </w:tcPr>
          <w:p w14:paraId="4ADA8C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ล่าง</w:t>
            </w:r>
          </w:p>
        </w:tc>
        <w:tc>
          <w:tcPr>
            <w:tcW w:w="5634" w:type="dxa"/>
          </w:tcPr>
          <w:p w14:paraId="3D4139D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ภาพ 2D, </w:t>
            </w:r>
            <w:r>
              <w:rPr>
                <w:sz w:val="28"/>
                <w:szCs w:val="28"/>
              </w:rPr>
              <w:t xml:space="preserve">HP, MP, </w:t>
            </w:r>
            <w:r>
              <w:rPr>
                <w:sz w:val="28"/>
                <w:szCs w:val="28"/>
              </w:rPr>
              <w:t>ไอคอนสถานะ</w:t>
            </w:r>
          </w:p>
        </w:tc>
      </w:tr>
    </w:tbl>
    <w:p w14:paraId="7C9E6221" w14:textId="77777777" w:rsidR="00501161" w:rsidRDefault="00501161">
      <w:pPr>
        <w:spacing w:after="40"/>
      </w:pPr>
    </w:p>
    <w:p w14:paraId="6327776F" w14:textId="77777777" w:rsidR="00501161" w:rsidRDefault="00C637DA">
      <w:pPr>
        <w:pStyle w:val="Heading2"/>
      </w:pPr>
      <w:bookmarkStart w:id="91" w:name="_Toc243336761"/>
      <w:r>
        <w:t>17.2 Controls</w:t>
      </w:r>
      <w:bookmarkEnd w:id="91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32"/>
        <w:gridCol w:w="1770"/>
        <w:gridCol w:w="4379"/>
        <w:gridCol w:w="1432"/>
      </w:tblGrid>
      <w:tr w:rsidR="00501161" w14:paraId="0162D7CF" w14:textId="77777777">
        <w:trPr>
          <w:tblHeader/>
          <w:jc w:val="center"/>
        </w:trPr>
        <w:tc>
          <w:tcPr>
            <w:tcW w:w="1432" w:type="dxa"/>
            <w:shd w:val="clear" w:color="auto" w:fill="F2F2F2"/>
          </w:tcPr>
          <w:p w14:paraId="7C1DC97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ปุ่ม</w:t>
            </w:r>
          </w:p>
        </w:tc>
        <w:tc>
          <w:tcPr>
            <w:tcW w:w="1770" w:type="dxa"/>
            <w:shd w:val="clear" w:color="auto" w:fill="F2F2F2"/>
          </w:tcPr>
          <w:p w14:paraId="1DC5F86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สำรวจ</w:t>
            </w:r>
          </w:p>
        </w:tc>
        <w:tc>
          <w:tcPr>
            <w:tcW w:w="4379" w:type="dxa"/>
            <w:shd w:val="clear" w:color="auto" w:fill="F2F2F2"/>
          </w:tcPr>
          <w:p w14:paraId="4ED64C52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แผนที่ (Full Map)</w:t>
            </w:r>
          </w:p>
        </w:tc>
        <w:tc>
          <w:tcPr>
            <w:tcW w:w="1432" w:type="dxa"/>
            <w:shd w:val="clear" w:color="auto" w:fill="F2F2F2"/>
          </w:tcPr>
          <w:p w14:paraId="0E3AD0A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ต่อสู้</w:t>
            </w:r>
          </w:p>
        </w:tc>
      </w:tr>
      <w:tr w:rsidR="00501161" w14:paraId="31661B2C" w14:textId="77777777">
        <w:trPr>
          <w:jc w:val="center"/>
        </w:trPr>
        <w:tc>
          <w:tcPr>
            <w:tcW w:w="1432" w:type="dxa"/>
          </w:tcPr>
          <w:p w14:paraId="47FDC47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W / S</w:t>
            </w:r>
          </w:p>
        </w:tc>
        <w:tc>
          <w:tcPr>
            <w:tcW w:w="1770" w:type="dxa"/>
          </w:tcPr>
          <w:p w14:paraId="6D66DF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เดินหน้า / ถอย</w:t>
            </w:r>
          </w:p>
        </w:tc>
        <w:tc>
          <w:tcPr>
            <w:tcW w:w="4379" w:type="dxa"/>
          </w:tcPr>
          <w:p w14:paraId="1EA38C5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เลื่อนแผนที่</w:t>
            </w:r>
          </w:p>
        </w:tc>
        <w:tc>
          <w:tcPr>
            <w:tcW w:w="1432" w:type="dxa"/>
          </w:tcPr>
          <w:p w14:paraId="034CB9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เลือกคำสั่ง</w:t>
            </w:r>
          </w:p>
        </w:tc>
      </w:tr>
      <w:tr w:rsidR="00501161" w14:paraId="46988B5B" w14:textId="77777777">
        <w:trPr>
          <w:jc w:val="center"/>
        </w:trPr>
        <w:tc>
          <w:tcPr>
            <w:tcW w:w="1432" w:type="dxa"/>
          </w:tcPr>
          <w:p w14:paraId="352D43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A / D</w:t>
            </w:r>
          </w:p>
        </w:tc>
        <w:tc>
          <w:tcPr>
            <w:tcW w:w="1770" w:type="dxa"/>
          </w:tcPr>
          <w:p w14:paraId="2473037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หมุนซ้าย / ขวา</w:t>
            </w:r>
          </w:p>
        </w:tc>
        <w:tc>
          <w:tcPr>
            <w:tcW w:w="4379" w:type="dxa"/>
          </w:tcPr>
          <w:p w14:paraId="6B581A8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เลื่อนแผนที่</w:t>
            </w:r>
          </w:p>
        </w:tc>
        <w:tc>
          <w:tcPr>
            <w:tcW w:w="1432" w:type="dxa"/>
          </w:tcPr>
          <w:p w14:paraId="2DFFBA3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เลือกเป้าหมาย</w:t>
            </w:r>
          </w:p>
        </w:tc>
      </w:tr>
      <w:tr w:rsidR="00501161" w14:paraId="199510CF" w14:textId="77777777">
        <w:trPr>
          <w:jc w:val="center"/>
        </w:trPr>
        <w:tc>
          <w:tcPr>
            <w:tcW w:w="1432" w:type="dxa"/>
          </w:tcPr>
          <w:p w14:paraId="6526E9B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Q / E</w:t>
            </w:r>
          </w:p>
        </w:tc>
        <w:tc>
          <w:tcPr>
            <w:tcW w:w="1770" w:type="dxa"/>
          </w:tcPr>
          <w:p w14:paraId="20DFF7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เดินข้าง</w:t>
            </w:r>
          </w:p>
        </w:tc>
        <w:tc>
          <w:tcPr>
            <w:tcW w:w="4379" w:type="dxa"/>
          </w:tcPr>
          <w:p w14:paraId="4B2C9F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เปลี่ยนชั้นที่ดู</w:t>
            </w:r>
          </w:p>
        </w:tc>
        <w:tc>
          <w:tcPr>
            <w:tcW w:w="1432" w:type="dxa"/>
          </w:tcPr>
          <w:p w14:paraId="09DDB5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2376CC75" w14:textId="77777777">
        <w:trPr>
          <w:jc w:val="center"/>
        </w:trPr>
        <w:tc>
          <w:tcPr>
            <w:tcW w:w="1432" w:type="dxa"/>
          </w:tcPr>
          <w:p w14:paraId="06B28E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</w:t>
            </w:r>
          </w:p>
        </w:tc>
        <w:tc>
          <w:tcPr>
            <w:tcW w:w="1770" w:type="dxa"/>
          </w:tcPr>
          <w:p w14:paraId="0B181C2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เปิด Full Map</w:t>
            </w:r>
          </w:p>
        </w:tc>
        <w:tc>
          <w:tcPr>
            <w:tcW w:w="4379" w:type="dxa"/>
          </w:tcPr>
          <w:p w14:paraId="36FDACF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ปิด</w:t>
            </w:r>
          </w:p>
        </w:tc>
        <w:tc>
          <w:tcPr>
            <w:tcW w:w="1432" w:type="dxa"/>
          </w:tcPr>
          <w:p w14:paraId="3CE11F3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0F50AF42" w14:textId="77777777">
        <w:trPr>
          <w:jc w:val="center"/>
        </w:trPr>
        <w:tc>
          <w:tcPr>
            <w:tcW w:w="1432" w:type="dxa"/>
          </w:tcPr>
          <w:p w14:paraId="1F8E71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เมาส์ซ้าย / ขวา</w:t>
            </w:r>
          </w:p>
        </w:tc>
        <w:tc>
          <w:tcPr>
            <w:tcW w:w="1770" w:type="dxa"/>
          </w:tcPr>
          <w:p w14:paraId="36ABFD7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วาด / ลบบน </w:t>
            </w:r>
            <w:r>
              <w:rPr>
                <w:sz w:val="28"/>
                <w:szCs w:val="28"/>
              </w:rPr>
              <w:t>Mini Map</w:t>
            </w:r>
          </w:p>
        </w:tc>
        <w:tc>
          <w:tcPr>
            <w:tcW w:w="4379" w:type="dxa"/>
          </w:tcPr>
          <w:p w14:paraId="7F28D07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วาด / ลบ</w:t>
            </w:r>
          </w:p>
        </w:tc>
        <w:tc>
          <w:tcPr>
            <w:tcW w:w="1432" w:type="dxa"/>
          </w:tcPr>
          <w:p w14:paraId="5BD181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เลือก</w:t>
            </w:r>
          </w:p>
        </w:tc>
      </w:tr>
      <w:tr w:rsidR="00501161" w14:paraId="15CA8C36" w14:textId="77777777">
        <w:trPr>
          <w:jc w:val="center"/>
        </w:trPr>
        <w:tc>
          <w:tcPr>
            <w:tcW w:w="1432" w:type="dxa"/>
          </w:tcPr>
          <w:p w14:paraId="256041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1–6</w:t>
            </w:r>
          </w:p>
        </w:tc>
        <w:tc>
          <w:tcPr>
            <w:tcW w:w="1770" w:type="dxa"/>
          </w:tcPr>
          <w:p w14:paraId="78B06EA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379" w:type="dxa"/>
          </w:tcPr>
          <w:p w14:paraId="2390DAD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เลือกเครื่องมือ (Floor/Wall/Icon/Memo/Erase/สี)</w:t>
            </w:r>
          </w:p>
        </w:tc>
        <w:tc>
          <w:tcPr>
            <w:tcW w:w="1432" w:type="dxa"/>
          </w:tcPr>
          <w:p w14:paraId="07279D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</w:tr>
      <w:tr w:rsidR="00501161" w14:paraId="766AF35D" w14:textId="77777777">
        <w:trPr>
          <w:jc w:val="center"/>
        </w:trPr>
        <w:tc>
          <w:tcPr>
            <w:tcW w:w="1432" w:type="dxa"/>
          </w:tcPr>
          <w:p w14:paraId="1671A30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Esc</w:t>
            </w:r>
          </w:p>
        </w:tc>
        <w:tc>
          <w:tcPr>
            <w:tcW w:w="1770" w:type="dxa"/>
          </w:tcPr>
          <w:p w14:paraId="2088DC6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เมนู</w:t>
            </w:r>
          </w:p>
        </w:tc>
        <w:tc>
          <w:tcPr>
            <w:tcW w:w="4379" w:type="dxa"/>
          </w:tcPr>
          <w:p w14:paraId="3D7B209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ปิด</w:t>
            </w:r>
          </w:p>
        </w:tc>
        <w:tc>
          <w:tcPr>
            <w:tcW w:w="1432" w:type="dxa"/>
          </w:tcPr>
          <w:p w14:paraId="379F541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ย้อนคำสั่ง</w:t>
            </w:r>
          </w:p>
        </w:tc>
      </w:tr>
      <w:tr w:rsidR="00501161" w14:paraId="6889322F" w14:textId="77777777">
        <w:trPr>
          <w:jc w:val="center"/>
        </w:trPr>
        <w:tc>
          <w:tcPr>
            <w:tcW w:w="1432" w:type="dxa"/>
          </w:tcPr>
          <w:p w14:paraId="0007294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Enter / Space</w:t>
            </w:r>
          </w:p>
        </w:tc>
        <w:tc>
          <w:tcPr>
            <w:tcW w:w="1770" w:type="dxa"/>
          </w:tcPr>
          <w:p w14:paraId="2DC7514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ยืนยัน / เก็บของ</w:t>
            </w:r>
          </w:p>
        </w:tc>
        <w:tc>
          <w:tcPr>
            <w:tcW w:w="4379" w:type="dxa"/>
          </w:tcPr>
          <w:p w14:paraId="5284D08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32" w:type="dxa"/>
          </w:tcPr>
          <w:p w14:paraId="4C40AF1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ยืนยัน</w:t>
            </w:r>
          </w:p>
        </w:tc>
      </w:tr>
    </w:tbl>
    <w:p w14:paraId="72571D72" w14:textId="77777777" w:rsidR="00501161" w:rsidRDefault="00501161">
      <w:pPr>
        <w:spacing w:after="40"/>
      </w:pPr>
    </w:p>
    <w:p w14:paraId="13119F98" w14:textId="77777777" w:rsidR="00501161" w:rsidRDefault="00C637DA">
      <w:pPr>
        <w:pStyle w:val="Heading2"/>
      </w:pPr>
      <w:bookmarkStart w:id="92" w:name="_Toc243336762"/>
      <w:r>
        <w:t>17.3 Combat UI</w:t>
      </w:r>
      <w:bookmarkEnd w:id="92"/>
    </w:p>
    <w:p w14:paraId="26244364" w14:textId="77777777" w:rsidR="00501161" w:rsidRDefault="00C637DA">
      <w:pPr>
        <w:pStyle w:val="ListBullet"/>
        <w:ind w:left="720"/>
      </w:pPr>
      <w:r>
        <w:t xml:space="preserve">ศัตรู 2D กลางจอ แถบ HP ใต้ตัว (ตัวเลข HP </w:t>
      </w:r>
      <w:r>
        <w:t>แสดงเมื่อเคยล้มตัวนั้นแล้ว)</w:t>
      </w:r>
    </w:p>
    <w:p w14:paraId="583A1D82" w14:textId="77777777" w:rsidR="00501161" w:rsidRDefault="00C637DA">
      <w:pPr>
        <w:pStyle w:val="ListBullet"/>
        <w:ind w:left="720"/>
      </w:pPr>
      <w:r>
        <w:t>แถบปาร์ตี้ด้านล่าง: ชื่อ HP MP ไอคอนสถานะ จังหวะปี่กลองของนักมวย</w:t>
      </w:r>
    </w:p>
    <w:p w14:paraId="488AD752" w14:textId="77777777" w:rsidR="00501161" w:rsidRDefault="00C637DA">
      <w:pPr>
        <w:pStyle w:val="ListBullet"/>
        <w:ind w:left="720"/>
      </w:pPr>
      <w:r>
        <w:t>ลำดับการลงมือแสดงเป็นแถบไอคอนด้านบน (หลังสั่งคำสั่งครบ)</w:t>
      </w:r>
    </w:p>
    <w:p w14:paraId="11734F7D" w14:textId="77777777" w:rsidR="00501161" w:rsidRDefault="00C637DA">
      <w:pPr>
        <w:pStyle w:val="ListBullet"/>
        <w:ind w:left="720"/>
      </w:pPr>
      <w:r>
        <w:t>ข้อความเตือนท่าชาร์จของศัตรู: "[ชื่อ] กำลังรวบรวมพลัง!"</w:t>
      </w:r>
    </w:p>
    <w:p w14:paraId="0FBD3B11" w14:textId="77777777" w:rsidR="00501161" w:rsidRDefault="00C637DA">
      <w:pPr>
        <w:pStyle w:val="ListBullet"/>
        <w:ind w:left="720"/>
      </w:pPr>
      <w:r>
        <w:t>เลข Damage: ขาว = ปกติ, เหลือง = คริติคอล, ฟ้า = We</w:t>
      </w:r>
      <w:r>
        <w:t xml:space="preserve">ak, </w:t>
      </w:r>
      <w:r>
        <w:t>เทา = Resist, เขียว = ฮีล</w:t>
      </w:r>
    </w:p>
    <w:p w14:paraId="698FA7AE" w14:textId="77777777" w:rsidR="00501161" w:rsidRDefault="00C637DA">
      <w:pPr>
        <w:pStyle w:val="ListBullet"/>
        <w:ind w:left="720"/>
      </w:pPr>
      <w:r>
        <w:t xml:space="preserve">Combat Log </w:t>
      </w:r>
      <w:r>
        <w:t>เลื่อนดูย้อนหลังได้</w:t>
      </w:r>
    </w:p>
    <w:p w14:paraId="4720BA5E" w14:textId="77777777" w:rsidR="00501161" w:rsidRDefault="00C637DA">
      <w:pPr>
        <w:pStyle w:val="Heading1"/>
        <w:pageBreakBefore/>
      </w:pPr>
      <w:bookmarkStart w:id="93" w:name="_Toc243336763"/>
      <w:r>
        <w:lastRenderedPageBreak/>
        <w:t>18. Prototype Scope &amp; Playtest</w:t>
      </w:r>
      <w:bookmarkEnd w:id="93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19"/>
        <w:gridCol w:w="2695"/>
      </w:tblGrid>
      <w:tr w:rsidR="00501161" w14:paraId="05D8D8BA" w14:textId="77777777">
        <w:trPr>
          <w:tblHeader/>
          <w:jc w:val="center"/>
        </w:trPr>
        <w:tc>
          <w:tcPr>
            <w:tcW w:w="6319" w:type="dxa"/>
            <w:shd w:val="clear" w:color="auto" w:fill="F2F2F2"/>
          </w:tcPr>
          <w:p w14:paraId="4D9A812A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อยู่ใน Prototype (Chapter 1)</w:t>
            </w:r>
          </w:p>
        </w:tc>
        <w:tc>
          <w:tcPr>
            <w:tcW w:w="2695" w:type="dxa"/>
            <w:shd w:val="clear" w:color="auto" w:fill="F2F2F2"/>
          </w:tcPr>
          <w:p w14:paraId="3B59FA01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ยังไม่ทำ</w:t>
            </w:r>
          </w:p>
        </w:tc>
      </w:tr>
      <w:tr w:rsidR="00501161" w14:paraId="276D3842" w14:textId="77777777">
        <w:trPr>
          <w:jc w:val="center"/>
        </w:trPr>
        <w:tc>
          <w:tcPr>
            <w:tcW w:w="6319" w:type="dxa"/>
          </w:tcPr>
          <w:p w14:paraId="6AFEFB4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แมพ Chapter 1 ขนาด 20×20 × 3 ชั้น</w:t>
            </w:r>
          </w:p>
        </w:tc>
        <w:tc>
          <w:tcPr>
            <w:tcW w:w="2695" w:type="dxa"/>
          </w:tcPr>
          <w:p w14:paraId="52FBF83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Chapter 2–7</w:t>
            </w:r>
          </w:p>
        </w:tc>
      </w:tr>
      <w:tr w:rsidR="00501161" w14:paraId="61DB1CC2" w14:textId="77777777">
        <w:trPr>
          <w:jc w:val="center"/>
        </w:trPr>
        <w:tc>
          <w:tcPr>
            <w:tcW w:w="6319" w:type="dxa"/>
          </w:tcPr>
          <w:p w14:paraId="2414084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5 </w:t>
            </w:r>
            <w:r>
              <w:rPr>
                <w:sz w:val="28"/>
                <w:szCs w:val="28"/>
              </w:rPr>
              <w:t>อาชีพแรก สกิล Tier 1–2</w:t>
            </w:r>
          </w:p>
        </w:tc>
        <w:tc>
          <w:tcPr>
            <w:tcW w:w="2695" w:type="dxa"/>
          </w:tcPr>
          <w:p w14:paraId="2F8D7C0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สัตว์อสูร, Tier 3, Ultimate</w:t>
            </w:r>
          </w:p>
        </w:tc>
      </w:tr>
      <w:tr w:rsidR="00501161" w14:paraId="38BA556E" w14:textId="77777777">
        <w:trPr>
          <w:jc w:val="center"/>
        </w:trPr>
        <w:tc>
          <w:tcPr>
            <w:tcW w:w="6319" w:type="dxa"/>
          </w:tcPr>
          <w:p w14:paraId="2DEB3B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ค่ายครบทุกสถานที่</w:t>
            </w:r>
          </w:p>
        </w:tc>
        <w:tc>
          <w:tcPr>
            <w:tcW w:w="2695" w:type="dxa"/>
          </w:tcPr>
          <w:p w14:paraId="3468EF8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ค่ายหน้า, Respec</w:t>
            </w:r>
          </w:p>
        </w:tc>
      </w:tr>
      <w:tr w:rsidR="00501161" w14:paraId="3C0F5B76" w14:textId="77777777">
        <w:trPr>
          <w:jc w:val="center"/>
        </w:trPr>
        <w:tc>
          <w:tcPr>
            <w:tcW w:w="6319" w:type="dxa"/>
          </w:tcPr>
          <w:p w14:paraId="5F6C1DB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Combat + </w:t>
            </w:r>
            <w:r>
              <w:rPr>
                <w:sz w:val="28"/>
                <w:szCs w:val="28"/>
              </w:rPr>
              <w:t>ธาตุ + สถานะ</w:t>
            </w:r>
          </w:p>
        </w:tc>
        <w:tc>
          <w:tcPr>
            <w:tcW w:w="2695" w:type="dxa"/>
          </w:tcPr>
          <w:p w14:paraId="51BC337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Conditional Drop, </w:t>
            </w:r>
            <w:r>
              <w:rPr>
                <w:sz w:val="28"/>
                <w:szCs w:val="28"/>
              </w:rPr>
              <w:t>ร่างกลางคืน</w:t>
            </w:r>
          </w:p>
        </w:tc>
      </w:tr>
      <w:tr w:rsidR="00501161" w14:paraId="3B4DAF22" w14:textId="77777777">
        <w:trPr>
          <w:jc w:val="center"/>
        </w:trPr>
        <w:tc>
          <w:tcPr>
            <w:tcW w:w="6319" w:type="dxa"/>
          </w:tcPr>
          <w:p w14:paraId="343481A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Hunger, </w:t>
            </w:r>
            <w:r>
              <w:rPr>
                <w:sz w:val="28"/>
                <w:szCs w:val="28"/>
              </w:rPr>
              <w:t>เวลาตาม Action, บอสวันที่ 31</w:t>
            </w:r>
          </w:p>
        </w:tc>
        <w:tc>
          <w:tcPr>
            <w:tcW w:w="2695" w:type="dxa"/>
          </w:tcPr>
          <w:p w14:paraId="5D5FB27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Event Tile</w:t>
            </w:r>
          </w:p>
        </w:tc>
      </w:tr>
      <w:tr w:rsidR="00501161" w14:paraId="3E0A7D14" w14:textId="77777777">
        <w:trPr>
          <w:jc w:val="center"/>
        </w:trPr>
        <w:tc>
          <w:tcPr>
            <w:tcW w:w="6319" w:type="dxa"/>
          </w:tcPr>
          <w:p w14:paraId="2E447E8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Cartography: Floor, Wall </w:t>
            </w:r>
            <w:r>
              <w:rPr>
                <w:sz w:val="28"/>
                <w:szCs w:val="28"/>
              </w:rPr>
              <w:t>ขอบช่อง, Icon พื้นฐาน, Auto Floor, Mini Map</w:t>
            </w:r>
          </w:p>
        </w:tc>
        <w:tc>
          <w:tcPr>
            <w:tcW w:w="2695" w:type="dxa"/>
          </w:tcPr>
          <w:p w14:paraId="14B6A5F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Memo, Completion Rewards</w:t>
            </w:r>
          </w:p>
        </w:tc>
      </w:tr>
      <w:tr w:rsidR="00501161" w14:paraId="515BFCB2" w14:textId="77777777">
        <w:trPr>
          <w:jc w:val="center"/>
        </w:trPr>
        <w:tc>
          <w:tcPr>
            <w:tcW w:w="6319" w:type="dxa"/>
          </w:tcPr>
          <w:p w14:paraId="336D3B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ศัตรู Ch1 ทั่วไป 5 + สั</w:t>
            </w:r>
            <w:r>
              <w:rPr>
                <w:sz w:val="28"/>
                <w:szCs w:val="28"/>
              </w:rPr>
              <w:t>ตว์ชั้นสูง 2 + บอส 1</w:t>
            </w:r>
          </w:p>
        </w:tc>
        <w:tc>
          <w:tcPr>
            <w:tcW w:w="2695" w:type="dxa"/>
          </w:tcPr>
          <w:p w14:paraId="0090E2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Bestiary Lore</w:t>
            </w:r>
          </w:p>
        </w:tc>
      </w:tr>
    </w:tbl>
    <w:p w14:paraId="50FA0C49" w14:textId="77777777" w:rsidR="00501161" w:rsidRDefault="00501161">
      <w:pPr>
        <w:spacing w:after="40"/>
      </w:pPr>
    </w:p>
    <w:p w14:paraId="23B626BC" w14:textId="77777777" w:rsidR="00501161" w:rsidRDefault="00C637DA">
      <w:pPr>
        <w:pStyle w:val="Heading2"/>
      </w:pPr>
      <w:bookmarkStart w:id="94" w:name="_Toc243336764"/>
      <w:r>
        <w:t>18.1 Playtest Metrics</w:t>
      </w:r>
      <w:bookmarkEnd w:id="94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91"/>
        <w:gridCol w:w="2894"/>
        <w:gridCol w:w="2729"/>
      </w:tblGrid>
      <w:tr w:rsidR="00501161" w14:paraId="4C1CD8BA" w14:textId="77777777">
        <w:trPr>
          <w:tblHeader/>
          <w:jc w:val="center"/>
        </w:trPr>
        <w:tc>
          <w:tcPr>
            <w:tcW w:w="3391" w:type="dxa"/>
            <w:shd w:val="clear" w:color="auto" w:fill="F2F2F2"/>
          </w:tcPr>
          <w:p w14:paraId="1DF8C873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Metric</w:t>
            </w:r>
          </w:p>
        </w:tc>
        <w:tc>
          <w:tcPr>
            <w:tcW w:w="2894" w:type="dxa"/>
            <w:shd w:val="clear" w:color="auto" w:fill="F2F2F2"/>
          </w:tcPr>
          <w:p w14:paraId="6C2EA88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เป้า</w:t>
            </w:r>
          </w:p>
        </w:tc>
        <w:tc>
          <w:tcPr>
            <w:tcW w:w="2729" w:type="dxa"/>
            <w:shd w:val="clear" w:color="auto" w:fill="F2F2F2"/>
          </w:tcPr>
          <w:p w14:paraId="55056C69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ถ้าไม่ถึงเป้า ปรับอะไร</w:t>
            </w:r>
          </w:p>
        </w:tc>
      </w:tr>
      <w:tr w:rsidR="00501161" w14:paraId="0E63D8A5" w14:textId="77777777">
        <w:trPr>
          <w:jc w:val="center"/>
        </w:trPr>
        <w:tc>
          <w:tcPr>
            <w:tcW w:w="3391" w:type="dxa"/>
          </w:tcPr>
          <w:p w14:paraId="09B3369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เวลาเล่น Chapter 1</w:t>
            </w:r>
          </w:p>
        </w:tc>
        <w:tc>
          <w:tcPr>
            <w:tcW w:w="2894" w:type="dxa"/>
          </w:tcPr>
          <w:p w14:paraId="3B41B1E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7–10 </w:t>
            </w:r>
            <w:r>
              <w:rPr>
                <w:sz w:val="28"/>
                <w:szCs w:val="28"/>
              </w:rPr>
              <w:t>ชม.</w:t>
            </w:r>
          </w:p>
        </w:tc>
        <w:tc>
          <w:tcPr>
            <w:tcW w:w="2729" w:type="dxa"/>
          </w:tcPr>
          <w:p w14:paraId="625267C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ขนาดแมพ / จำนวนชั้น</w:t>
            </w:r>
          </w:p>
        </w:tc>
      </w:tr>
      <w:tr w:rsidR="00501161" w14:paraId="329C3DB7" w14:textId="77777777">
        <w:trPr>
          <w:jc w:val="center"/>
        </w:trPr>
        <w:tc>
          <w:tcPr>
            <w:tcW w:w="3391" w:type="dxa"/>
          </w:tcPr>
          <w:p w14:paraId="277AF0E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จำนวนรอบเข้าป่าต่อ Chapter</w:t>
            </w:r>
          </w:p>
        </w:tc>
        <w:tc>
          <w:tcPr>
            <w:tcW w:w="2894" w:type="dxa"/>
          </w:tcPr>
          <w:p w14:paraId="3277D7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8–12 </w:t>
            </w:r>
            <w:r>
              <w:rPr>
                <w:sz w:val="28"/>
                <w:szCs w:val="28"/>
              </w:rPr>
              <w:t>รอบ</w:t>
            </w:r>
          </w:p>
        </w:tc>
        <w:tc>
          <w:tcPr>
            <w:tcW w:w="2729" w:type="dxa"/>
          </w:tcPr>
          <w:p w14:paraId="3A9CF6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Max Hunger / </w:t>
            </w:r>
            <w:r>
              <w:rPr>
                <w:sz w:val="28"/>
                <w:szCs w:val="28"/>
              </w:rPr>
              <w:t>ราคาอาหาร</w:t>
            </w:r>
          </w:p>
        </w:tc>
      </w:tr>
      <w:tr w:rsidR="00501161" w14:paraId="38AF5D6B" w14:textId="77777777">
        <w:trPr>
          <w:jc w:val="center"/>
        </w:trPr>
        <w:tc>
          <w:tcPr>
            <w:tcW w:w="3391" w:type="dxa"/>
          </w:tcPr>
          <w:p w14:paraId="2EF85F8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Lv </w:t>
            </w:r>
            <w:r>
              <w:rPr>
                <w:sz w:val="28"/>
                <w:szCs w:val="28"/>
              </w:rPr>
              <w:t>ปาร์ตี้ตอนสู้บอส Ch1</w:t>
            </w:r>
          </w:p>
        </w:tc>
        <w:tc>
          <w:tcPr>
            <w:tcW w:w="2894" w:type="dxa"/>
          </w:tcPr>
          <w:p w14:paraId="0974E9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11–13</w:t>
            </w:r>
          </w:p>
        </w:tc>
        <w:tc>
          <w:tcPr>
            <w:tcW w:w="2729" w:type="dxa"/>
          </w:tcPr>
          <w:p w14:paraId="6538375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EXP </w:t>
            </w:r>
            <w:r>
              <w:rPr>
                <w:sz w:val="28"/>
                <w:szCs w:val="28"/>
              </w:rPr>
              <w:t xml:space="preserve">ศัตรู / </w:t>
            </w:r>
            <w:r>
              <w:rPr>
                <w:sz w:val="28"/>
                <w:szCs w:val="28"/>
              </w:rPr>
              <w:t>Encounter rate</w:t>
            </w:r>
          </w:p>
        </w:tc>
      </w:tr>
      <w:tr w:rsidR="00501161" w14:paraId="4BC0165B" w14:textId="77777777">
        <w:trPr>
          <w:jc w:val="center"/>
        </w:trPr>
        <w:tc>
          <w:tcPr>
            <w:tcW w:w="3391" w:type="dxa"/>
          </w:tcPr>
          <w:p w14:paraId="3A9FABC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อัตราชนะบอสครั้งแรก</w:t>
            </w:r>
          </w:p>
        </w:tc>
        <w:tc>
          <w:tcPr>
            <w:tcW w:w="2894" w:type="dxa"/>
          </w:tcPr>
          <w:p w14:paraId="1A8E16A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50–70%</w:t>
            </w:r>
          </w:p>
        </w:tc>
        <w:tc>
          <w:tcPr>
            <w:tcW w:w="2729" w:type="dxa"/>
          </w:tcPr>
          <w:p w14:paraId="580826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HP </w:t>
            </w:r>
            <w:r>
              <w:rPr>
                <w:sz w:val="28"/>
                <w:szCs w:val="28"/>
              </w:rPr>
              <w:t>บอส</w:t>
            </w:r>
          </w:p>
        </w:tc>
      </w:tr>
      <w:tr w:rsidR="00501161" w14:paraId="3B161A42" w14:textId="77777777">
        <w:trPr>
          <w:jc w:val="center"/>
        </w:trPr>
        <w:tc>
          <w:tcPr>
            <w:tcW w:w="3391" w:type="dxa"/>
          </w:tcPr>
          <w:p w14:paraId="23268FA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% </w:t>
            </w:r>
            <w:r>
              <w:rPr>
                <w:sz w:val="28"/>
                <w:szCs w:val="28"/>
              </w:rPr>
              <w:t>ผู้เล่นที่ปิด Auto Floor หรือวาดผนังเอง</w:t>
            </w:r>
          </w:p>
        </w:tc>
        <w:tc>
          <w:tcPr>
            <w:tcW w:w="2894" w:type="dxa"/>
          </w:tcPr>
          <w:p w14:paraId="1961D7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&gt; 50%</w:t>
            </w:r>
          </w:p>
        </w:tc>
        <w:tc>
          <w:tcPr>
            <w:tcW w:w="2729" w:type="dxa"/>
          </w:tcPr>
          <w:p w14:paraId="59916D2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รางวัล Map Completion</w:t>
            </w:r>
          </w:p>
        </w:tc>
      </w:tr>
      <w:tr w:rsidR="00501161" w14:paraId="1CFB5820" w14:textId="77777777">
        <w:trPr>
          <w:jc w:val="center"/>
        </w:trPr>
        <w:tc>
          <w:tcPr>
            <w:tcW w:w="3391" w:type="dxa"/>
          </w:tcPr>
          <w:p w14:paraId="59FA37A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อาชีพที่ถูกเลือกเข้าปาร์ตี้</w:t>
            </w:r>
          </w:p>
        </w:tc>
        <w:tc>
          <w:tcPr>
            <w:tcW w:w="2894" w:type="dxa"/>
          </w:tcPr>
          <w:p w14:paraId="6F37090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ไม่มีอาชีพไหน &gt; 70%</w:t>
            </w:r>
          </w:p>
        </w:tc>
        <w:tc>
          <w:tcPr>
            <w:tcW w:w="2729" w:type="dxa"/>
          </w:tcPr>
          <w:p w14:paraId="2D61D37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อัตราแลก SP / ค่าสกิลของอาชีพนั้น</w:t>
            </w:r>
          </w:p>
        </w:tc>
      </w:tr>
      <w:tr w:rsidR="00501161" w14:paraId="286A1416" w14:textId="77777777">
        <w:trPr>
          <w:jc w:val="center"/>
        </w:trPr>
        <w:tc>
          <w:tcPr>
            <w:tcW w:w="3391" w:type="dxa"/>
          </w:tcPr>
          <w:p w14:paraId="717084C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Gold </w:t>
            </w:r>
            <w:r>
              <w:rPr>
                <w:sz w:val="28"/>
                <w:szCs w:val="28"/>
              </w:rPr>
              <w:t>หลังจบรอบเข้าป่า</w:t>
            </w:r>
          </w:p>
        </w:tc>
        <w:tc>
          <w:tcPr>
            <w:tcW w:w="2894" w:type="dxa"/>
          </w:tcPr>
          <w:p w14:paraId="04A3FA7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เหลือ 20–40% </w:t>
            </w:r>
            <w:r>
              <w:rPr>
                <w:sz w:val="28"/>
                <w:szCs w:val="28"/>
              </w:rPr>
              <w:t>หลังจ่ายค่ารักษา+อาหาร</w:t>
            </w:r>
          </w:p>
        </w:tc>
        <w:tc>
          <w:tcPr>
            <w:tcW w:w="2729" w:type="dxa"/>
          </w:tcPr>
          <w:p w14:paraId="21CBF45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Gold </w:t>
            </w:r>
            <w:r>
              <w:rPr>
                <w:sz w:val="28"/>
                <w:szCs w:val="28"/>
              </w:rPr>
              <w:t>ศัตรู / ราคาเรือนหมอหลวง</w:t>
            </w:r>
          </w:p>
        </w:tc>
      </w:tr>
      <w:tr w:rsidR="00501161" w14:paraId="0485D860" w14:textId="77777777">
        <w:trPr>
          <w:jc w:val="center"/>
        </w:trPr>
        <w:tc>
          <w:tcPr>
            <w:tcW w:w="3391" w:type="dxa"/>
          </w:tcPr>
          <w:p w14:paraId="08915F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วันที่ล้มสัตว์ชั้นสูงตัวแรกได้</w:t>
            </w:r>
          </w:p>
        </w:tc>
        <w:tc>
          <w:tcPr>
            <w:tcW w:w="2894" w:type="dxa"/>
          </w:tcPr>
          <w:p w14:paraId="4C03742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วันที่ 12–20</w:t>
            </w:r>
          </w:p>
        </w:tc>
        <w:tc>
          <w:tcPr>
            <w:tcW w:w="2729" w:type="dxa"/>
          </w:tcPr>
          <w:p w14:paraId="3B8BFD6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HP </w:t>
            </w:r>
            <w:r>
              <w:rPr>
                <w:sz w:val="28"/>
                <w:szCs w:val="28"/>
              </w:rPr>
              <w:t>สัตว์ชั้นสูง</w:t>
            </w:r>
          </w:p>
        </w:tc>
      </w:tr>
    </w:tbl>
    <w:p w14:paraId="1DCAA0EF" w14:textId="77777777" w:rsidR="00501161" w:rsidRDefault="00501161">
      <w:pPr>
        <w:spacing w:after="40"/>
      </w:pPr>
    </w:p>
    <w:p w14:paraId="018CC44C" w14:textId="77777777" w:rsidR="00501161" w:rsidRDefault="00C637DA">
      <w:pPr>
        <w:pStyle w:val="Heading1"/>
        <w:pageBreakBefore/>
      </w:pPr>
      <w:bookmarkStart w:id="95" w:name="_Toc243336765"/>
      <w:r>
        <w:lastRenderedPageBreak/>
        <w:t>19. Formula Reference (</w:t>
      </w:r>
      <w:r>
        <w:t>สรุปสูตรคำนวณ)</w:t>
      </w:r>
      <w:bookmarkEnd w:id="95"/>
    </w:p>
    <w:p w14:paraId="1053586D" w14:textId="77777777" w:rsidR="00501161" w:rsidRDefault="00C637DA">
      <w:pPr>
        <w:ind w:firstLine="720"/>
      </w:pPr>
      <w:r>
        <w:t>รวมเฉพาะสูตรที่ต้องใช้ implement ค่าพื้นฐานดูจาก Section ต้นทาง</w:t>
      </w:r>
    </w:p>
    <w:p w14:paraId="687405A5" w14:textId="77777777" w:rsidR="00501161" w:rsidRDefault="00C637DA">
      <w:pPr>
        <w:pStyle w:val="Heading2"/>
      </w:pPr>
      <w:bookmarkStart w:id="96" w:name="_Toc243336766"/>
      <w:r>
        <w:t>19.1 Character</w:t>
      </w:r>
      <w:bookmarkEnd w:id="96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1"/>
        <w:gridCol w:w="5924"/>
      </w:tblGrid>
      <w:tr w:rsidR="00501161" w14:paraId="305A237E" w14:textId="77777777">
        <w:trPr>
          <w:tblHeader/>
          <w:jc w:val="center"/>
        </w:trPr>
        <w:tc>
          <w:tcPr>
            <w:tcW w:w="3091" w:type="dxa"/>
            <w:shd w:val="clear" w:color="auto" w:fill="F2F2F2"/>
          </w:tcPr>
          <w:p w14:paraId="46096B30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สูตร</w:t>
            </w:r>
          </w:p>
        </w:tc>
        <w:tc>
          <w:tcPr>
            <w:tcW w:w="5924" w:type="dxa"/>
            <w:shd w:val="clear" w:color="auto" w:fill="F2F2F2"/>
          </w:tcPr>
          <w:p w14:paraId="7261E34E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การคำนวณ</w:t>
            </w:r>
          </w:p>
        </w:tc>
      </w:tr>
      <w:tr w:rsidR="00501161" w14:paraId="01BF503E" w14:textId="77777777">
        <w:trPr>
          <w:jc w:val="center"/>
        </w:trPr>
        <w:tc>
          <w:tcPr>
            <w:tcW w:w="3091" w:type="dxa"/>
          </w:tcPr>
          <w:p w14:paraId="0D1071D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HP / </w:t>
            </w:r>
            <w:r>
              <w:rPr>
                <w:sz w:val="28"/>
                <w:szCs w:val="28"/>
              </w:rPr>
              <w:t xml:space="preserve">MP </w:t>
            </w:r>
            <w:r>
              <w:rPr>
                <w:sz w:val="28"/>
                <w:szCs w:val="28"/>
              </w:rPr>
              <w:t>ที่ Lv</w:t>
            </w:r>
          </w:p>
        </w:tc>
        <w:tc>
          <w:tcPr>
            <w:tcW w:w="5924" w:type="dxa"/>
          </w:tcPr>
          <w:p w14:paraId="4AED04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Base + Growth × (Lv − 1) + SP </w:t>
            </w:r>
            <w:r>
              <w:rPr>
                <w:sz w:val="28"/>
                <w:szCs w:val="28"/>
              </w:rPr>
              <w:t>ที่ลง × อัตราแลก</w:t>
            </w:r>
          </w:p>
        </w:tc>
      </w:tr>
      <w:tr w:rsidR="00501161" w14:paraId="7978D64A" w14:textId="77777777">
        <w:trPr>
          <w:jc w:val="center"/>
        </w:trPr>
        <w:tc>
          <w:tcPr>
            <w:tcW w:w="3091" w:type="dxa"/>
          </w:tcPr>
          <w:p w14:paraId="2375FE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Stat </w:t>
            </w:r>
            <w:r>
              <w:rPr>
                <w:sz w:val="28"/>
                <w:szCs w:val="28"/>
              </w:rPr>
              <w:t>อื่น</w:t>
            </w:r>
          </w:p>
        </w:tc>
        <w:tc>
          <w:tcPr>
            <w:tcW w:w="5924" w:type="dxa"/>
          </w:tcPr>
          <w:p w14:paraId="00B6A23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Base + SP </w:t>
            </w:r>
            <w:r>
              <w:rPr>
                <w:sz w:val="28"/>
                <w:szCs w:val="28"/>
              </w:rPr>
              <w:t>ที่ลง × อัตราแลก</w:t>
            </w:r>
          </w:p>
        </w:tc>
      </w:tr>
      <w:tr w:rsidR="00501161" w14:paraId="644A3184" w14:textId="77777777">
        <w:trPr>
          <w:jc w:val="center"/>
        </w:trPr>
        <w:tc>
          <w:tcPr>
            <w:tcW w:w="3091" w:type="dxa"/>
          </w:tcPr>
          <w:p w14:paraId="2BC1C05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SP </w:t>
            </w:r>
            <w:r>
              <w:rPr>
                <w:sz w:val="28"/>
                <w:szCs w:val="28"/>
              </w:rPr>
              <w:t>รวม</w:t>
            </w:r>
          </w:p>
        </w:tc>
        <w:tc>
          <w:tcPr>
            <w:tcW w:w="5924" w:type="dxa"/>
          </w:tcPr>
          <w:p w14:paraId="42FC4E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3 + (Lv − 1)</w:t>
            </w:r>
          </w:p>
        </w:tc>
      </w:tr>
      <w:tr w:rsidR="00501161" w14:paraId="49598C1D" w14:textId="77777777">
        <w:trPr>
          <w:jc w:val="center"/>
        </w:trPr>
        <w:tc>
          <w:tcPr>
            <w:tcW w:w="3091" w:type="dxa"/>
          </w:tcPr>
          <w:p w14:paraId="0D5A80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MP </w:t>
            </w:r>
            <w:r>
              <w:rPr>
                <w:sz w:val="28"/>
                <w:szCs w:val="28"/>
              </w:rPr>
              <w:t>สกิลตาม Rank</w:t>
            </w:r>
          </w:p>
        </w:tc>
        <w:tc>
          <w:tcPr>
            <w:tcW w:w="5924" w:type="dxa"/>
          </w:tcPr>
          <w:p w14:paraId="63EE55A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MP Rank1 × (1 + 0.25 × (Rank − 1))</w:t>
            </w:r>
          </w:p>
        </w:tc>
      </w:tr>
      <w:tr w:rsidR="00501161" w14:paraId="084BB76C" w14:textId="77777777">
        <w:trPr>
          <w:jc w:val="center"/>
        </w:trPr>
        <w:tc>
          <w:tcPr>
            <w:tcW w:w="3091" w:type="dxa"/>
          </w:tcPr>
          <w:p w14:paraId="0B610C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EXP </w:t>
            </w:r>
            <w:r>
              <w:rPr>
                <w:sz w:val="28"/>
                <w:szCs w:val="28"/>
              </w:rPr>
              <w:t>ต่อเลเวล (Section 3)</w:t>
            </w:r>
          </w:p>
        </w:tc>
        <w:tc>
          <w:tcPr>
            <w:tcW w:w="5924" w:type="dxa"/>
          </w:tcPr>
          <w:p w14:paraId="251DEE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(L+1)³ − L³ = 3L² + 3L + 1</w:t>
            </w:r>
          </w:p>
        </w:tc>
      </w:tr>
    </w:tbl>
    <w:p w14:paraId="5BC86D98" w14:textId="77777777" w:rsidR="00501161" w:rsidRDefault="00501161">
      <w:pPr>
        <w:spacing w:after="40"/>
      </w:pPr>
    </w:p>
    <w:p w14:paraId="33214560" w14:textId="77777777" w:rsidR="00501161" w:rsidRDefault="00C637DA">
      <w:pPr>
        <w:pStyle w:val="Heading2"/>
      </w:pPr>
      <w:bookmarkStart w:id="97" w:name="_Toc243336767"/>
      <w:r>
        <w:t>19.2 Combat</w:t>
      </w:r>
      <w:bookmarkEnd w:id="97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7176"/>
      </w:tblGrid>
      <w:tr w:rsidR="00501161" w14:paraId="4B8F6483" w14:textId="77777777">
        <w:trPr>
          <w:tblHeader/>
          <w:jc w:val="center"/>
        </w:trPr>
        <w:tc>
          <w:tcPr>
            <w:tcW w:w="1838" w:type="dxa"/>
            <w:shd w:val="clear" w:color="auto" w:fill="F2F2F2"/>
          </w:tcPr>
          <w:p w14:paraId="1E6F2F98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สูตร</w:t>
            </w:r>
          </w:p>
        </w:tc>
        <w:tc>
          <w:tcPr>
            <w:tcW w:w="7176" w:type="dxa"/>
            <w:shd w:val="clear" w:color="auto" w:fill="F2F2F2"/>
          </w:tcPr>
          <w:p w14:paraId="2A81AB2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การคำนวณ</w:t>
            </w:r>
          </w:p>
        </w:tc>
      </w:tr>
      <w:tr w:rsidR="00501161" w14:paraId="60463B08" w14:textId="77777777">
        <w:trPr>
          <w:jc w:val="center"/>
        </w:trPr>
        <w:tc>
          <w:tcPr>
            <w:tcW w:w="1838" w:type="dxa"/>
          </w:tcPr>
          <w:p w14:paraId="570FC6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Physical Base</w:t>
            </w:r>
          </w:p>
        </w:tc>
        <w:tc>
          <w:tcPr>
            <w:tcW w:w="7176" w:type="dxa"/>
          </w:tcPr>
          <w:p w14:paraId="13452F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Weapon ATK × (1 + STR/50) × (1 + ATK Bonus% </w:t>
            </w:r>
            <w:r>
              <w:rPr>
                <w:sz w:val="28"/>
                <w:szCs w:val="28"/>
              </w:rPr>
              <w:t>รวม)</w:t>
            </w:r>
          </w:p>
        </w:tc>
      </w:tr>
      <w:tr w:rsidR="00501161" w14:paraId="675B31C9" w14:textId="77777777">
        <w:trPr>
          <w:jc w:val="center"/>
        </w:trPr>
        <w:tc>
          <w:tcPr>
            <w:tcW w:w="1838" w:type="dxa"/>
          </w:tcPr>
          <w:p w14:paraId="01539107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Magic Base</w:t>
            </w:r>
          </w:p>
        </w:tc>
        <w:tc>
          <w:tcPr>
            <w:tcW w:w="7176" w:type="dxa"/>
          </w:tcPr>
          <w:p w14:paraId="7DEF7B5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Spell Power × (1 + TEC/40) × (1 + Magic Bonus% </w:t>
            </w:r>
            <w:r>
              <w:rPr>
                <w:sz w:val="28"/>
                <w:szCs w:val="28"/>
              </w:rPr>
              <w:t>รวม)</w:t>
            </w:r>
          </w:p>
        </w:tc>
      </w:tr>
      <w:tr w:rsidR="00501161" w14:paraId="176C1F50" w14:textId="77777777">
        <w:trPr>
          <w:jc w:val="center"/>
        </w:trPr>
        <w:tc>
          <w:tcPr>
            <w:tcW w:w="1838" w:type="dxa"/>
          </w:tcPr>
          <w:p w14:paraId="3091E38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Final Damage</w:t>
            </w:r>
          </w:p>
        </w:tc>
        <w:tc>
          <w:tcPr>
            <w:tcW w:w="7176" w:type="dxa"/>
          </w:tcPr>
          <w:p w14:paraId="67D2A76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Base × Skill% × Element × Crit × Variance(0.9–1.1) × 100 / (100 + DEF) · </w:t>
            </w:r>
            <w:r>
              <w:rPr>
                <w:sz w:val="28"/>
                <w:szCs w:val="28"/>
              </w:rPr>
              <w:t>ขั้นต่ำ 1</w:t>
            </w:r>
          </w:p>
        </w:tc>
      </w:tr>
      <w:tr w:rsidR="00501161" w14:paraId="375530A1" w14:textId="77777777">
        <w:trPr>
          <w:jc w:val="center"/>
        </w:trPr>
        <w:tc>
          <w:tcPr>
            <w:tcW w:w="1838" w:type="dxa"/>
          </w:tcPr>
          <w:p w14:paraId="29FA093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DEF </w:t>
            </w:r>
            <w:r>
              <w:rPr>
                <w:sz w:val="28"/>
                <w:szCs w:val="28"/>
              </w:rPr>
              <w:t>ตัวละคร</w:t>
            </w:r>
          </w:p>
        </w:tc>
        <w:tc>
          <w:tcPr>
            <w:tcW w:w="7176" w:type="dxa"/>
          </w:tcPr>
          <w:p w14:paraId="783F816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Physical: </w:t>
            </w:r>
            <w:r>
              <w:rPr>
                <w:sz w:val="28"/>
                <w:szCs w:val="28"/>
              </w:rPr>
              <w:t>Armor DEF + VIT × 2 · Magic: Armor DEF × 0.5 + TEC × 1.5</w:t>
            </w:r>
          </w:p>
        </w:tc>
      </w:tr>
      <w:tr w:rsidR="00501161" w14:paraId="72661F81" w14:textId="77777777">
        <w:trPr>
          <w:jc w:val="center"/>
        </w:trPr>
        <w:tc>
          <w:tcPr>
            <w:tcW w:w="1838" w:type="dxa"/>
          </w:tcPr>
          <w:p w14:paraId="5A37580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Heal</w:t>
            </w:r>
          </w:p>
        </w:tc>
        <w:tc>
          <w:tcPr>
            <w:tcW w:w="7176" w:type="dxa"/>
          </w:tcPr>
          <w:p w14:paraId="183989B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Max HP </w:t>
            </w:r>
            <w:r>
              <w:rPr>
                <w:sz w:val="28"/>
                <w:szCs w:val="28"/>
              </w:rPr>
              <w:t>เป้าหมาย × Heal% × (1 + TEC/200) × (1 + Potion Power ถ้าเป็นยา)</w:t>
            </w:r>
          </w:p>
        </w:tc>
      </w:tr>
      <w:tr w:rsidR="00501161" w14:paraId="2C5F4F9A" w14:textId="77777777">
        <w:trPr>
          <w:jc w:val="center"/>
        </w:trPr>
        <w:tc>
          <w:tcPr>
            <w:tcW w:w="1838" w:type="dxa"/>
          </w:tcPr>
          <w:p w14:paraId="52D37DC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Crit Chance</w:t>
            </w:r>
          </w:p>
        </w:tc>
        <w:tc>
          <w:tcPr>
            <w:tcW w:w="7176" w:type="dxa"/>
          </w:tcPr>
          <w:p w14:paraId="168CA33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5% + LUK × 0.2% + Bonus</w:t>
            </w:r>
          </w:p>
        </w:tc>
      </w:tr>
      <w:tr w:rsidR="00501161" w14:paraId="57447C95" w14:textId="77777777">
        <w:trPr>
          <w:jc w:val="center"/>
        </w:trPr>
        <w:tc>
          <w:tcPr>
            <w:tcW w:w="1838" w:type="dxa"/>
          </w:tcPr>
          <w:p w14:paraId="5F7D84C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Crit Damage</w:t>
            </w:r>
          </w:p>
        </w:tc>
        <w:tc>
          <w:tcPr>
            <w:tcW w:w="7176" w:type="dxa"/>
          </w:tcPr>
          <w:p w14:paraId="6D5B010F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× (1.5 + AGI/100) </w:t>
            </w:r>
            <w:r>
              <w:rPr>
                <w:sz w:val="28"/>
                <w:szCs w:val="28"/>
              </w:rPr>
              <w:t>สูงสุด ×2.5</w:t>
            </w:r>
          </w:p>
        </w:tc>
      </w:tr>
      <w:tr w:rsidR="00501161" w14:paraId="013C161F" w14:textId="77777777">
        <w:trPr>
          <w:jc w:val="center"/>
        </w:trPr>
        <w:tc>
          <w:tcPr>
            <w:tcW w:w="1838" w:type="dxa"/>
          </w:tcPr>
          <w:p w14:paraId="796C3B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Evasion </w:t>
            </w:r>
            <w:r>
              <w:rPr>
                <w:sz w:val="28"/>
                <w:szCs w:val="28"/>
              </w:rPr>
              <w:t>ตัวละคร</w:t>
            </w:r>
          </w:p>
        </w:tc>
        <w:tc>
          <w:tcPr>
            <w:tcW w:w="7176" w:type="dxa"/>
          </w:tcPr>
          <w:p w14:paraId="483DADA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5% + AGI × 0.5% + Bonus −</w:t>
            </w:r>
            <w:r>
              <w:rPr>
                <w:sz w:val="28"/>
                <w:szCs w:val="28"/>
              </w:rPr>
              <w:t xml:space="preserve"> Enemy Accuracy · </w:t>
            </w:r>
            <w:r>
              <w:rPr>
                <w:sz w:val="28"/>
                <w:szCs w:val="28"/>
              </w:rPr>
              <w:t>สูงสุด 75% ต่ำสุด 0%</w:t>
            </w:r>
          </w:p>
        </w:tc>
      </w:tr>
      <w:tr w:rsidR="00501161" w14:paraId="6FDEB15F" w14:textId="77777777">
        <w:trPr>
          <w:jc w:val="center"/>
        </w:trPr>
        <w:tc>
          <w:tcPr>
            <w:tcW w:w="1838" w:type="dxa"/>
          </w:tcPr>
          <w:p w14:paraId="7929620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Hit Chance </w:t>
            </w:r>
            <w:r>
              <w:rPr>
                <w:sz w:val="28"/>
                <w:szCs w:val="28"/>
              </w:rPr>
              <w:t>ของตัวละคร</w:t>
            </w:r>
          </w:p>
        </w:tc>
        <w:tc>
          <w:tcPr>
            <w:tcW w:w="7176" w:type="dxa"/>
          </w:tcPr>
          <w:p w14:paraId="43A36EC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100% − Enemy Evasion + Accuracy Bonus − (Blind 30%)</w:t>
            </w:r>
          </w:p>
        </w:tc>
      </w:tr>
      <w:tr w:rsidR="00501161" w14:paraId="0955D406" w14:textId="77777777">
        <w:trPr>
          <w:jc w:val="center"/>
        </w:trPr>
        <w:tc>
          <w:tcPr>
            <w:tcW w:w="1838" w:type="dxa"/>
          </w:tcPr>
          <w:p w14:paraId="4D476FD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Speed</w:t>
            </w:r>
          </w:p>
        </w:tc>
        <w:tc>
          <w:tcPr>
            <w:tcW w:w="7176" w:type="dxa"/>
          </w:tcPr>
          <w:p w14:paraId="489B4F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AGI × </w:t>
            </w:r>
            <w:r>
              <w:rPr>
                <w:sz w:val="28"/>
                <w:szCs w:val="28"/>
              </w:rPr>
              <w:t>สุ่ม(0.9–1.1) · Defense ลงมือก่อนเสมอ</w:t>
            </w:r>
          </w:p>
        </w:tc>
      </w:tr>
      <w:tr w:rsidR="00501161" w14:paraId="7E8C5B6F" w14:textId="77777777">
        <w:trPr>
          <w:jc w:val="center"/>
        </w:trPr>
        <w:tc>
          <w:tcPr>
            <w:tcW w:w="1838" w:type="dxa"/>
          </w:tcPr>
          <w:p w14:paraId="3CB3A20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Status Chance</w:t>
            </w:r>
          </w:p>
        </w:tc>
        <w:tc>
          <w:tcPr>
            <w:tcW w:w="7176" w:type="dxa"/>
          </w:tcPr>
          <w:p w14:paraId="525AC0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Skill% × (1 + LUK </w:t>
            </w:r>
            <w:r>
              <w:rPr>
                <w:sz w:val="28"/>
                <w:szCs w:val="28"/>
              </w:rPr>
              <w:t>ผู้ใช้/200) × (1 − Resist)</w:t>
            </w:r>
          </w:p>
        </w:tc>
      </w:tr>
      <w:tr w:rsidR="00501161" w14:paraId="2ECD31DA" w14:textId="77777777">
        <w:trPr>
          <w:jc w:val="center"/>
        </w:trPr>
        <w:tc>
          <w:tcPr>
            <w:tcW w:w="1838" w:type="dxa"/>
          </w:tcPr>
          <w:p w14:paraId="699CBBA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Resist </w:t>
            </w:r>
            <w:r>
              <w:rPr>
                <w:sz w:val="28"/>
                <w:szCs w:val="28"/>
              </w:rPr>
              <w:t>ตัวละคร</w:t>
            </w:r>
          </w:p>
        </w:tc>
        <w:tc>
          <w:tcPr>
            <w:tcW w:w="7176" w:type="dxa"/>
          </w:tcPr>
          <w:p w14:paraId="3CD768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VIT/400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สูงสุด 50%) + เครื่องราง</w:t>
            </w:r>
          </w:p>
        </w:tc>
      </w:tr>
      <w:tr w:rsidR="00501161" w14:paraId="61BC6A17" w14:textId="77777777">
        <w:trPr>
          <w:jc w:val="center"/>
        </w:trPr>
        <w:tc>
          <w:tcPr>
            <w:tcW w:w="1838" w:type="dxa"/>
          </w:tcPr>
          <w:p w14:paraId="10FE4A65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Run</w:t>
            </w:r>
          </w:p>
        </w:tc>
        <w:tc>
          <w:tcPr>
            <w:tcW w:w="7176" w:type="dxa"/>
          </w:tcPr>
          <w:p w14:paraId="0678C22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25% + (AGI </w:t>
            </w:r>
            <w:r>
              <w:rPr>
                <w:sz w:val="28"/>
                <w:szCs w:val="28"/>
              </w:rPr>
              <w:t>เฉลี่ยปาร์ตี้ − AGI เฉลี่ยศัตรู) × 0.5% · 10–75% · บอส 0%</w:t>
            </w:r>
          </w:p>
        </w:tc>
      </w:tr>
      <w:tr w:rsidR="00501161" w14:paraId="0F6BDAE2" w14:textId="77777777">
        <w:trPr>
          <w:jc w:val="center"/>
        </w:trPr>
        <w:tc>
          <w:tcPr>
            <w:tcW w:w="1838" w:type="dxa"/>
          </w:tcPr>
          <w:p w14:paraId="143EE91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Bonus Stacking</w:t>
            </w:r>
          </w:p>
        </w:tc>
        <w:tc>
          <w:tcPr>
            <w:tcW w:w="7176" w:type="dxa"/>
          </w:tcPr>
          <w:p w14:paraId="4C81176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บัฟประเภทเดียวกันบวกกัน (Additive) แล้วค่อยคูณ</w:t>
            </w:r>
          </w:p>
        </w:tc>
      </w:tr>
    </w:tbl>
    <w:p w14:paraId="37B8CB5F" w14:textId="77777777" w:rsidR="00501161" w:rsidRDefault="00501161">
      <w:pPr>
        <w:spacing w:after="40"/>
      </w:pPr>
    </w:p>
    <w:p w14:paraId="475EC8FD" w14:textId="77777777" w:rsidR="00501161" w:rsidRDefault="00C637DA">
      <w:pPr>
        <w:pStyle w:val="Heading2"/>
      </w:pPr>
      <w:bookmarkStart w:id="98" w:name="_Toc243336768"/>
      <w:r>
        <w:t>19.3 Enemy</w:t>
      </w:r>
      <w:bookmarkEnd w:id="98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2"/>
        <w:gridCol w:w="7073"/>
      </w:tblGrid>
      <w:tr w:rsidR="00501161" w14:paraId="42B404E7" w14:textId="77777777">
        <w:trPr>
          <w:tblHeader/>
          <w:jc w:val="center"/>
        </w:trPr>
        <w:tc>
          <w:tcPr>
            <w:tcW w:w="1942" w:type="dxa"/>
            <w:shd w:val="clear" w:color="auto" w:fill="F2F2F2"/>
          </w:tcPr>
          <w:p w14:paraId="1A5164B5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สูตร</w:t>
            </w:r>
          </w:p>
        </w:tc>
        <w:tc>
          <w:tcPr>
            <w:tcW w:w="7073" w:type="dxa"/>
            <w:shd w:val="clear" w:color="auto" w:fill="F2F2F2"/>
          </w:tcPr>
          <w:p w14:paraId="3F914294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การคำนวณ</w:t>
            </w:r>
          </w:p>
        </w:tc>
      </w:tr>
      <w:tr w:rsidR="00501161" w14:paraId="6CD1248C" w14:textId="77777777">
        <w:trPr>
          <w:jc w:val="center"/>
        </w:trPr>
        <w:tc>
          <w:tcPr>
            <w:tcW w:w="1942" w:type="dxa"/>
          </w:tcPr>
          <w:p w14:paraId="0F2CE34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HP</w:t>
            </w:r>
          </w:p>
        </w:tc>
        <w:tc>
          <w:tcPr>
            <w:tcW w:w="7073" w:type="dxa"/>
          </w:tcPr>
          <w:p w14:paraId="481871C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(30 + 15 × Lv) × Behavior × Tier</w:t>
            </w:r>
          </w:p>
        </w:tc>
      </w:tr>
      <w:tr w:rsidR="00501161" w14:paraId="71D0070C" w14:textId="77777777">
        <w:trPr>
          <w:jc w:val="center"/>
        </w:trPr>
        <w:tc>
          <w:tcPr>
            <w:tcW w:w="1942" w:type="dxa"/>
          </w:tcPr>
          <w:p w14:paraId="2E73FF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lastRenderedPageBreak/>
              <w:t>ATK</w:t>
            </w:r>
          </w:p>
        </w:tc>
        <w:tc>
          <w:tcPr>
            <w:tcW w:w="7073" w:type="dxa"/>
          </w:tcPr>
          <w:p w14:paraId="331CC576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(8 + 3.2 × Lv) × </w:t>
            </w:r>
            <w:r>
              <w:rPr>
                <w:sz w:val="28"/>
                <w:szCs w:val="28"/>
              </w:rPr>
              <w:t>Tier</w:t>
            </w:r>
          </w:p>
        </w:tc>
      </w:tr>
      <w:tr w:rsidR="00501161" w14:paraId="1A4B0185" w14:textId="77777777">
        <w:trPr>
          <w:jc w:val="center"/>
        </w:trPr>
        <w:tc>
          <w:tcPr>
            <w:tcW w:w="1942" w:type="dxa"/>
          </w:tcPr>
          <w:p w14:paraId="54AB46A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DEF</w:t>
            </w:r>
          </w:p>
        </w:tc>
        <w:tc>
          <w:tcPr>
            <w:tcW w:w="7073" w:type="dxa"/>
          </w:tcPr>
          <w:p w14:paraId="49C15E4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(3 + 1.6 × Lv) × Behavior</w:t>
            </w:r>
          </w:p>
        </w:tc>
      </w:tr>
      <w:tr w:rsidR="00501161" w14:paraId="44838BD5" w14:textId="77777777">
        <w:trPr>
          <w:jc w:val="center"/>
        </w:trPr>
        <w:tc>
          <w:tcPr>
            <w:tcW w:w="1942" w:type="dxa"/>
          </w:tcPr>
          <w:p w14:paraId="4A860D7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EXP</w:t>
            </w:r>
          </w:p>
        </w:tc>
        <w:tc>
          <w:tcPr>
            <w:tcW w:w="7073" w:type="dxa"/>
          </w:tcPr>
          <w:p w14:paraId="13BFEA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(3L² + 3L + 1)/15 × Tier × Level Modifier</w:t>
            </w:r>
          </w:p>
        </w:tc>
      </w:tr>
      <w:tr w:rsidR="00501161" w14:paraId="69CB2499" w14:textId="77777777">
        <w:trPr>
          <w:jc w:val="center"/>
        </w:trPr>
        <w:tc>
          <w:tcPr>
            <w:tcW w:w="1942" w:type="dxa"/>
          </w:tcPr>
          <w:p w14:paraId="05983550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Level Modifier</w:t>
            </w:r>
          </w:p>
        </w:tc>
        <w:tc>
          <w:tcPr>
            <w:tcW w:w="7073" w:type="dxa"/>
          </w:tcPr>
          <w:p w14:paraId="3B41E3C1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+ 0.1 × (Lv </w:t>
            </w:r>
            <w:r>
              <w:rPr>
                <w:sz w:val="28"/>
                <w:szCs w:val="28"/>
              </w:rPr>
              <w:t>ศัตรู − Lv เฉลี่ยปาร์ตี้) · 0.2–2.0</w:t>
            </w:r>
          </w:p>
        </w:tc>
      </w:tr>
      <w:tr w:rsidR="00501161" w14:paraId="2BFE3A78" w14:textId="77777777">
        <w:trPr>
          <w:jc w:val="center"/>
        </w:trPr>
        <w:tc>
          <w:tcPr>
            <w:tcW w:w="1942" w:type="dxa"/>
          </w:tcPr>
          <w:p w14:paraId="3147F858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Gold</w:t>
            </w:r>
          </w:p>
        </w:tc>
        <w:tc>
          <w:tcPr>
            <w:tcW w:w="7073" w:type="dxa"/>
          </w:tcPr>
          <w:p w14:paraId="310F1DF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(5 + 2 × Lv) × Tier</w:t>
            </w:r>
          </w:p>
        </w:tc>
      </w:tr>
      <w:tr w:rsidR="00501161" w14:paraId="7B9E49DF" w14:textId="77777777">
        <w:trPr>
          <w:jc w:val="center"/>
        </w:trPr>
        <w:tc>
          <w:tcPr>
            <w:tcW w:w="1942" w:type="dxa"/>
          </w:tcPr>
          <w:p w14:paraId="5315D2FA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Drop</w:t>
            </w:r>
          </w:p>
        </w:tc>
        <w:tc>
          <w:tcPr>
            <w:tcW w:w="7073" w:type="dxa"/>
          </w:tcPr>
          <w:p w14:paraId="074BA24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Base% × (1 + LUK </w:t>
            </w:r>
            <w:r>
              <w:rPr>
                <w:sz w:val="28"/>
                <w:szCs w:val="28"/>
              </w:rPr>
              <w:t>สูงสุดในปาร์ตี้/200 + วิชาพรานไพร)</w:t>
            </w:r>
          </w:p>
        </w:tc>
      </w:tr>
    </w:tbl>
    <w:p w14:paraId="0284F16B" w14:textId="77777777" w:rsidR="00501161" w:rsidRDefault="00501161">
      <w:pPr>
        <w:spacing w:after="40"/>
      </w:pPr>
    </w:p>
    <w:p w14:paraId="412E3DA9" w14:textId="77777777" w:rsidR="00501161" w:rsidRDefault="00C637DA">
      <w:pPr>
        <w:pStyle w:val="Heading2"/>
      </w:pPr>
      <w:bookmarkStart w:id="99" w:name="_Toc243336769"/>
      <w:r>
        <w:t xml:space="preserve">19.4 Survival &amp; </w:t>
      </w:r>
      <w:r>
        <w:t>Time</w:t>
      </w:r>
      <w:bookmarkEnd w:id="99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04"/>
        <w:gridCol w:w="6610"/>
      </w:tblGrid>
      <w:tr w:rsidR="00501161" w14:paraId="66AECB00" w14:textId="77777777">
        <w:trPr>
          <w:tblHeader/>
          <w:jc w:val="center"/>
        </w:trPr>
        <w:tc>
          <w:tcPr>
            <w:tcW w:w="2404" w:type="dxa"/>
            <w:shd w:val="clear" w:color="auto" w:fill="F2F2F2"/>
          </w:tcPr>
          <w:p w14:paraId="2600412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สูตร</w:t>
            </w:r>
          </w:p>
        </w:tc>
        <w:tc>
          <w:tcPr>
            <w:tcW w:w="6610" w:type="dxa"/>
            <w:shd w:val="clear" w:color="auto" w:fill="F2F2F2"/>
          </w:tcPr>
          <w:p w14:paraId="72D168CF" w14:textId="77777777" w:rsidR="00501161" w:rsidRDefault="00C637DA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>การคำนวณ</w:t>
            </w:r>
          </w:p>
        </w:tc>
      </w:tr>
      <w:tr w:rsidR="00501161" w14:paraId="0CB11A04" w14:textId="77777777">
        <w:trPr>
          <w:jc w:val="center"/>
        </w:trPr>
        <w:tc>
          <w:tcPr>
            <w:tcW w:w="2404" w:type="dxa"/>
          </w:tcPr>
          <w:p w14:paraId="5AAEBE4D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Hunger </w:t>
            </w:r>
            <w:r>
              <w:rPr>
                <w:sz w:val="28"/>
                <w:szCs w:val="28"/>
              </w:rPr>
              <w:t>ต่อก้าว</w:t>
            </w:r>
          </w:p>
        </w:tc>
        <w:tc>
          <w:tcPr>
            <w:tcW w:w="6610" w:type="dxa"/>
          </w:tcPr>
          <w:p w14:paraId="7CC7811C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1 × (1 − Reduction </w:t>
            </w:r>
            <w:r>
              <w:rPr>
                <w:sz w:val="28"/>
                <w:szCs w:val="28"/>
              </w:rPr>
              <w:t>รวม สูงสุด 60%)</w:t>
            </w:r>
          </w:p>
        </w:tc>
      </w:tr>
      <w:tr w:rsidR="00501161" w14:paraId="58606F29" w14:textId="77777777">
        <w:trPr>
          <w:jc w:val="center"/>
        </w:trPr>
        <w:tc>
          <w:tcPr>
            <w:tcW w:w="2404" w:type="dxa"/>
          </w:tcPr>
          <w:p w14:paraId="013FD54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อดอาหาร</w:t>
            </w:r>
          </w:p>
        </w:tc>
        <w:tc>
          <w:tcPr>
            <w:tcW w:w="6610" w:type="dxa"/>
          </w:tcPr>
          <w:p w14:paraId="08E51B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−</w:t>
            </w:r>
            <w:r>
              <w:rPr>
                <w:sz w:val="28"/>
                <w:szCs w:val="28"/>
              </w:rPr>
              <w:t xml:space="preserve">5% Max HP </w:t>
            </w:r>
            <w:r>
              <w:rPr>
                <w:sz w:val="28"/>
                <w:szCs w:val="28"/>
              </w:rPr>
              <w:t>ต่อก้าว ทุกคนที่ยังมีชีวิต</w:t>
            </w:r>
          </w:p>
        </w:tc>
      </w:tr>
      <w:tr w:rsidR="00501161" w14:paraId="6F9B6FBD" w14:textId="77777777">
        <w:trPr>
          <w:jc w:val="center"/>
        </w:trPr>
        <w:tc>
          <w:tcPr>
            <w:tcW w:w="2404" w:type="dxa"/>
          </w:tcPr>
          <w:p w14:paraId="06954E2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Encounter Steps</w:t>
            </w:r>
          </w:p>
        </w:tc>
        <w:tc>
          <w:tcPr>
            <w:tcW w:w="6610" w:type="dxa"/>
          </w:tcPr>
          <w:p w14:paraId="28E4E11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สุ่ม 10–20 × (0.7 กลางคืน) × (0.7 ไม่มีแสง)</w:t>
            </w:r>
          </w:p>
        </w:tc>
      </w:tr>
      <w:tr w:rsidR="00501161" w14:paraId="75229A0D" w14:textId="77777777">
        <w:trPr>
          <w:jc w:val="center"/>
        </w:trPr>
        <w:tc>
          <w:tcPr>
            <w:tcW w:w="2404" w:type="dxa"/>
          </w:tcPr>
          <w:p w14:paraId="391A9D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เวลาในเกม</w:t>
            </w:r>
          </w:p>
        </w:tc>
        <w:tc>
          <w:tcPr>
            <w:tcW w:w="6610" w:type="dxa"/>
          </w:tcPr>
          <w:p w14:paraId="4D208F3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สำรวจ: 1 ชม. = 16 วินาทีจริง · ไฟต์ +30 นาที · Action </w:t>
            </w:r>
            <w:r>
              <w:rPr>
                <w:sz w:val="28"/>
                <w:szCs w:val="28"/>
              </w:rPr>
              <w:t>ในค่ายตาม Section 9.2.2</w:t>
            </w:r>
          </w:p>
        </w:tc>
      </w:tr>
      <w:tr w:rsidR="00501161" w14:paraId="5FC5E068" w14:textId="77777777">
        <w:trPr>
          <w:jc w:val="center"/>
        </w:trPr>
        <w:tc>
          <w:tcPr>
            <w:tcW w:w="2404" w:type="dxa"/>
          </w:tcPr>
          <w:p w14:paraId="4B7CCE99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วันในเกมต่อ Chapter (ประมาณ)</w:t>
            </w:r>
          </w:p>
        </w:tc>
        <w:tc>
          <w:tcPr>
            <w:tcW w:w="6610" w:type="dxa"/>
          </w:tcPr>
          <w:p w14:paraId="0E0E9063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เวลาสำรวจจริง ÷ 16 วินาที + ไฟต์ × 0.5 ชม. + เข้าค่าย × 15 ชม.</w:t>
            </w:r>
          </w:p>
        </w:tc>
      </w:tr>
      <w:tr w:rsidR="00501161" w14:paraId="7DC6E5A9" w14:textId="77777777">
        <w:trPr>
          <w:jc w:val="center"/>
        </w:trPr>
        <w:tc>
          <w:tcPr>
            <w:tcW w:w="2404" w:type="dxa"/>
          </w:tcPr>
          <w:p w14:paraId="453EE9B2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Map Completion</w:t>
            </w:r>
          </w:p>
        </w:tc>
        <w:tc>
          <w:tcPr>
            <w:tcW w:w="6610" w:type="dxa"/>
          </w:tcPr>
          <w:p w14:paraId="19982B6E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พื้นถูก + ผนังถูก) ÷ (พื้นทั้งหมด + ผนังทั้งหมด) × 100</w:t>
            </w:r>
          </w:p>
        </w:tc>
      </w:tr>
      <w:tr w:rsidR="00501161" w14:paraId="010FE2A6" w14:textId="77777777">
        <w:trPr>
          <w:jc w:val="center"/>
        </w:trPr>
        <w:tc>
          <w:tcPr>
            <w:tcW w:w="2404" w:type="dxa"/>
          </w:tcPr>
          <w:p w14:paraId="52658844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>ราคาเรือนหมอหลวง</w:t>
            </w:r>
          </w:p>
        </w:tc>
        <w:tc>
          <w:tcPr>
            <w:tcW w:w="6610" w:type="dxa"/>
          </w:tcPr>
          <w:p w14:paraId="1C298CEB" w14:textId="77777777" w:rsidR="00501161" w:rsidRDefault="00C637DA">
            <w:pPr>
              <w:spacing w:after="0"/>
            </w:pPr>
            <w:r>
              <w:rPr>
                <w:sz w:val="28"/>
                <w:szCs w:val="28"/>
              </w:rPr>
              <w:t xml:space="preserve">HP </w:t>
            </w:r>
            <w:r>
              <w:rPr>
                <w:sz w:val="28"/>
                <w:szCs w:val="28"/>
              </w:rPr>
              <w:t>ที่หาย × 0.1 + MP ที่หาย × 0.3 · ชุบ 20 × Lv</w:t>
            </w:r>
          </w:p>
        </w:tc>
      </w:tr>
    </w:tbl>
    <w:p w14:paraId="5976B486" w14:textId="77777777" w:rsidR="00501161" w:rsidRDefault="00501161">
      <w:pPr>
        <w:spacing w:after="40"/>
      </w:pPr>
    </w:p>
    <w:sectPr w:rsidR="00501161" w:rsidSect="00034616">
      <w:headerReference w:type="default" r:id="rId8"/>
      <w:footerReference w:type="default" r:id="rId9"/>
      <w:pgSz w:w="11906" w:h="16838"/>
      <w:pgMar w:top="1247" w:right="1440" w:bottom="1247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92BC4" w14:textId="77777777" w:rsidR="00000000" w:rsidRDefault="00C637DA">
      <w:pPr>
        <w:spacing w:after="0"/>
      </w:pPr>
      <w:r>
        <w:separator/>
      </w:r>
    </w:p>
  </w:endnote>
  <w:endnote w:type="continuationSeparator" w:id="0">
    <w:p w14:paraId="64EDEE93" w14:textId="77777777" w:rsidR="00000000" w:rsidRDefault="00C637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D948C" w14:textId="77777777" w:rsidR="00501161" w:rsidRDefault="00C637DA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t>—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57B1" w14:textId="77777777" w:rsidR="00000000" w:rsidRDefault="00C637DA">
      <w:pPr>
        <w:spacing w:after="0"/>
      </w:pPr>
      <w:r>
        <w:separator/>
      </w:r>
    </w:p>
  </w:footnote>
  <w:footnote w:type="continuationSeparator" w:id="0">
    <w:p w14:paraId="13A6DEF9" w14:textId="77777777" w:rsidR="00000000" w:rsidRDefault="00C637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C2B5B" w14:textId="77777777" w:rsidR="00501161" w:rsidRDefault="00C637DA">
    <w:pPr>
      <w:pStyle w:val="Header"/>
      <w:jc w:val="right"/>
    </w:pPr>
    <w:r>
      <w:rPr>
        <w:rFonts w:ascii="Calibri" w:eastAsia="Calibri" w:hAnsi="Calibri"/>
        <w:color w:val="777777"/>
        <w:sz w:val="18"/>
        <w:szCs w:val="18"/>
      </w:rPr>
      <w:t>Project Himmaparn — Game Design Document v2.0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1161"/>
    <w:rsid w:val="00AA1D8D"/>
    <w:rsid w:val="00B47730"/>
    <w:rsid w:val="00C637D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104835"/>
  <w14:defaultImageDpi w14:val="300"/>
  <w15:docId w15:val="{447DE679-6817-43E3-987F-72599984C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ordia New" w:eastAsia="Cordia New" w:hAnsi="Cordia New" w:cs="Cordia New"/>
      <w:sz w:val="32"/>
      <w:szCs w:val="32"/>
      <w:lang w:eastAsia="th-TH"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="Calibri" w:eastAsia="Calibri" w:hAnsi="Calibri"/>
      <w:b/>
      <w:bCs/>
      <w:color w:val="0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="Calibri" w:eastAsia="Calibri" w:hAnsi="Calibri"/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/>
      <w:outlineLvl w:val="2"/>
    </w:pPr>
    <w:rPr>
      <w:rFonts w:ascii="Calibri" w:eastAsia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20"/>
      <w:outlineLvl w:val="3"/>
    </w:pPr>
    <w:rPr>
      <w:rFonts w:ascii="Calibri" w:eastAsia="Calibri" w:hAnsi="Calibri"/>
      <w:b/>
      <w:bCs/>
      <w:i/>
      <w:iCs/>
      <w:color w:val="333333"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libri" w:eastAsia="Calibri" w:hAnsi="Calibri"/>
      <w:b/>
      <w:bCs/>
      <w:color w:val="000000"/>
      <w:spacing w:val="5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C637DA"/>
    <w:pPr>
      <w:spacing w:after="100"/>
    </w:pPr>
    <w:rPr>
      <w:szCs w:val="40"/>
    </w:rPr>
  </w:style>
  <w:style w:type="paragraph" w:styleId="TOC2">
    <w:name w:val="toc 2"/>
    <w:basedOn w:val="Normal"/>
    <w:next w:val="Normal"/>
    <w:autoRedefine/>
    <w:uiPriority w:val="39"/>
    <w:unhideWhenUsed/>
    <w:rsid w:val="00C637DA"/>
    <w:pPr>
      <w:spacing w:after="100"/>
      <w:ind w:left="320"/>
    </w:pPr>
    <w:rPr>
      <w:szCs w:val="40"/>
    </w:rPr>
  </w:style>
  <w:style w:type="paragraph" w:styleId="TOC3">
    <w:name w:val="toc 3"/>
    <w:basedOn w:val="Normal"/>
    <w:next w:val="Normal"/>
    <w:autoRedefine/>
    <w:uiPriority w:val="39"/>
    <w:unhideWhenUsed/>
    <w:rsid w:val="00C637DA"/>
    <w:pPr>
      <w:spacing w:after="100" w:line="259" w:lineRule="auto"/>
      <w:ind w:left="440"/>
    </w:pPr>
    <w:rPr>
      <w:rFonts w:asciiTheme="minorHAnsi" w:eastAsiaTheme="minorEastAsia" w:hAnsiTheme="minorHAnsi" w:cstheme="minorBidi"/>
      <w:sz w:val="22"/>
      <w:szCs w:val="28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C637DA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8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C637DA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8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C637DA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8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C637DA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8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C637DA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8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C637DA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8"/>
      <w:lang w:eastAsia="en-US"/>
    </w:rPr>
  </w:style>
  <w:style w:type="character" w:styleId="Hyperlink">
    <w:name w:val="Hyperlink"/>
    <w:basedOn w:val="DefaultParagraphFont"/>
    <w:uiPriority w:val="99"/>
    <w:unhideWhenUsed/>
    <w:rsid w:val="00C637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37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22427</Words>
  <Characters>127840</Characters>
  <Application>Microsoft Office Word</Application>
  <DocSecurity>0</DocSecurity>
  <Lines>1065</Lines>
  <Paragraphs>299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bas ake</cp:lastModifiedBy>
  <cp:revision>2</cp:revision>
  <dcterms:created xsi:type="dcterms:W3CDTF">2026-10-19T14:10:00Z</dcterms:created>
  <dcterms:modified xsi:type="dcterms:W3CDTF">2026-10-19T14:10:00Z</dcterms:modified>
  <cp:category/>
</cp:coreProperties>
</file>